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9AF2" w14:textId="77777777" w:rsidR="00B15096" w:rsidRPr="00B15096" w:rsidRDefault="00000000">
      <w:pPr>
        <w:pStyle w:val="Titolo"/>
        <w:jc w:val="center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ALLEGATI ALL’AVVISO RSPP 2026/2027</w:t>
      </w:r>
    </w:p>
    <w:p w14:paraId="7F4D537B" w14:textId="1905C60D" w:rsidR="009D0745" w:rsidRPr="00B15096" w:rsidRDefault="00B15096">
      <w:pPr>
        <w:pStyle w:val="Titolo"/>
        <w:jc w:val="center"/>
        <w:rPr>
          <w:rFonts w:cstheme="majorHAnsi"/>
          <w:b w:val="0"/>
          <w:bCs/>
          <w:color w:val="auto"/>
          <w:sz w:val="22"/>
          <w:szCs w:val="22"/>
        </w:rPr>
      </w:pPr>
      <w:proofErr w:type="spellStart"/>
      <w:r w:rsidRPr="00B15096">
        <w:rPr>
          <w:rFonts w:cstheme="majorHAnsi"/>
          <w:b w:val="0"/>
          <w:bCs/>
          <w:color w:val="auto"/>
          <w:sz w:val="22"/>
          <w:szCs w:val="22"/>
        </w:rPr>
        <w:t>Modulistica</w:t>
      </w:r>
      <w:proofErr w:type="spellEnd"/>
      <w:r w:rsidRPr="00B15096">
        <w:rPr>
          <w:rFonts w:cstheme="majorHAnsi"/>
          <w:b w:val="0"/>
          <w:bCs/>
          <w:color w:val="auto"/>
          <w:sz w:val="22"/>
          <w:szCs w:val="22"/>
        </w:rPr>
        <w:t xml:space="preserve"> di </w:t>
      </w:r>
      <w:proofErr w:type="spellStart"/>
      <w:r w:rsidRPr="00B15096">
        <w:rPr>
          <w:rFonts w:cstheme="majorHAnsi"/>
          <w:b w:val="0"/>
          <w:bCs/>
          <w:color w:val="auto"/>
          <w:sz w:val="22"/>
          <w:szCs w:val="22"/>
        </w:rPr>
        <w:t>partecipazione</w:t>
      </w:r>
      <w:proofErr w:type="spellEnd"/>
      <w:r w:rsidRPr="00B15096">
        <w:rPr>
          <w:rFonts w:cstheme="majorHAnsi"/>
          <w:b w:val="0"/>
          <w:bCs/>
          <w:color w:val="auto"/>
          <w:sz w:val="22"/>
          <w:szCs w:val="22"/>
        </w:rPr>
        <w:t xml:space="preserve"> – </w:t>
      </w:r>
      <w:proofErr w:type="spellStart"/>
      <w:r w:rsidRPr="00B15096">
        <w:rPr>
          <w:rFonts w:cstheme="majorHAnsi"/>
          <w:b w:val="0"/>
          <w:bCs/>
          <w:color w:val="auto"/>
          <w:sz w:val="22"/>
          <w:szCs w:val="22"/>
        </w:rPr>
        <w:t>allegati</w:t>
      </w:r>
      <w:proofErr w:type="spellEnd"/>
      <w:r w:rsidRPr="00B15096">
        <w:rPr>
          <w:rFonts w:cstheme="majorHAnsi"/>
          <w:b w:val="0"/>
          <w:bCs/>
          <w:color w:val="auto"/>
          <w:sz w:val="22"/>
          <w:szCs w:val="22"/>
        </w:rPr>
        <w:t xml:space="preserve"> 1, 2, 3 e 4</w:t>
      </w:r>
    </w:p>
    <w:p w14:paraId="712FA4C7" w14:textId="77777777" w:rsidR="00B15096" w:rsidRPr="00B15096" w:rsidRDefault="00B15096">
      <w:pPr>
        <w:jc w:val="center"/>
        <w:rPr>
          <w:rFonts w:asciiTheme="majorHAnsi" w:hAnsiTheme="majorHAnsi" w:cstheme="majorHAnsi"/>
          <w:color w:val="auto"/>
          <w:sz w:val="22"/>
        </w:rPr>
      </w:pPr>
    </w:p>
    <w:p w14:paraId="1583A775" w14:textId="77777777" w:rsidR="009D0745" w:rsidRDefault="00000000" w:rsidP="00B15096">
      <w:pPr>
        <w:pStyle w:val="Titolo1"/>
        <w:jc w:val="center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ALLEGATO 1 – DOMANDA DI PARTECIPAZIONE</w:t>
      </w:r>
    </w:p>
    <w:p w14:paraId="74F63EEA" w14:textId="77777777" w:rsidR="00B15096" w:rsidRPr="00B15096" w:rsidRDefault="00B15096" w:rsidP="00B15096"/>
    <w:p w14:paraId="76BBDE82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Al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Dirigente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scolastico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dell’I.C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. Statale di Petritoli</w:t>
      </w:r>
    </w:p>
    <w:p w14:paraId="20542B7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Il/La sottoscritto/a ______________________________________________________________</w:t>
      </w:r>
    </w:p>
    <w:p w14:paraId="58147960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nato/a a ______________________________ il __________ C.F. ___________________________</w:t>
      </w:r>
    </w:p>
    <w:p w14:paraId="24814F76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residente in ____________________________________ via ______________________________</w:t>
      </w:r>
    </w:p>
    <w:p w14:paraId="0FD237D0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telefono _________________________ e-mail _________________________________________</w:t>
      </w:r>
    </w:p>
    <w:p w14:paraId="0EB3E727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PEC ___________________________________ P. IVA (se presente) _________________________</w:t>
      </w:r>
    </w:p>
    <w:p w14:paraId="26B78CAD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CHIEDE di partecipare all’avviso per l’individuazione del RSPP dell’I.C. Petritoli per 12 mesi, in qualità di:</w:t>
      </w:r>
    </w:p>
    <w:p w14:paraId="6A9C8397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dipendente dell’I.C. Petritoli;</w:t>
      </w:r>
    </w:p>
    <w:p w14:paraId="1171214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dipendente di altra istituzione scolastica (Istituto: __________________________);</w:t>
      </w:r>
    </w:p>
    <w:p w14:paraId="3C169070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professionista esterno;</w:t>
      </w:r>
    </w:p>
    <w:p w14:paraId="48AFE4E4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legale rappresentante di società/ente (ragione sociale: ______________________).</w:t>
      </w:r>
    </w:p>
    <w:p w14:paraId="1EECCE41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DICHIARA, ai sensi degli artt. 46 e 47 del D.P.R. 445/2000 e consapevole delle conseguenze degli artt. 75 e 76:</w:t>
      </w:r>
    </w:p>
    <w:p w14:paraId="7DB15BC4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 possedere i requisiti prescritti dall’art. 32 del </w:t>
      </w:r>
      <w:proofErr w:type="gramStart"/>
      <w:r w:rsidRPr="00B15096">
        <w:rPr>
          <w:rFonts w:asciiTheme="majorHAnsi" w:hAnsiTheme="majorHAnsi" w:cstheme="majorHAnsi"/>
          <w:color w:val="auto"/>
          <w:sz w:val="22"/>
        </w:rPr>
        <w:t>D.Lgs</w:t>
      </w:r>
      <w:proofErr w:type="gramEnd"/>
      <w:r w:rsidRPr="00B15096">
        <w:rPr>
          <w:rFonts w:asciiTheme="majorHAnsi" w:hAnsiTheme="majorHAnsi" w:cstheme="majorHAnsi"/>
          <w:color w:val="auto"/>
          <w:sz w:val="22"/>
        </w:rPr>
        <w:t>. 81/2008 e di essere in regola con gli aggiornamenti;</w:t>
      </w:r>
    </w:p>
    <w:p w14:paraId="181A6B56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 non trovarsi in condizioni di incompatibilità, conflitto di interessi o altre cause ostative applicabili;</w:t>
      </w:r>
    </w:p>
    <w:p w14:paraId="489482E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 essere disponibile allo svolgimento personale dell’incarico e alle prestazioni in tutti i plessi;</w:t>
      </w:r>
    </w:p>
    <w:p w14:paraId="046ECEC2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 accettare integralmente le condizioni dell’avviso, inclusi i tempi minimi e la soglia tecnica;</w:t>
      </w:r>
    </w:p>
    <w:p w14:paraId="29FE9F1A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di avere preso visione dell’informativa sul trattamento dei dati pubblicata dall’Istituto.</w:t>
      </w:r>
    </w:p>
    <w:p w14:paraId="282A6BE2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Si allegano: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Allegato 2;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Allegato 3;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CV;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documentazione formativa;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documento d</w:t>
      </w:r>
      <w:r w:rsidRPr="00B15096">
        <w:rPr>
          <w:rFonts w:ascii="Calibri" w:hAnsi="Calibri" w:cs="Calibri"/>
          <w:color w:val="auto"/>
          <w:sz w:val="22"/>
        </w:rPr>
        <w:t>’</w:t>
      </w:r>
      <w:r w:rsidRPr="00B15096">
        <w:rPr>
          <w:rFonts w:asciiTheme="majorHAnsi" w:hAnsiTheme="majorHAnsi" w:cstheme="majorHAnsi"/>
          <w:color w:val="auto"/>
          <w:sz w:val="22"/>
        </w:rPr>
        <w:t>identit</w:t>
      </w:r>
      <w:r w:rsidRPr="00B15096">
        <w:rPr>
          <w:rFonts w:ascii="Calibri" w:hAnsi="Calibri" w:cs="Calibri"/>
          <w:color w:val="auto"/>
          <w:sz w:val="22"/>
        </w:rPr>
        <w:t>à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ove necessario;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Allegato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4 (solo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esterni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).</w:t>
      </w:r>
    </w:p>
    <w:p w14:paraId="014D6305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73E0A5AA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1DFF64E5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D99795F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7E7982DB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Luogo e data ________________________________    Firma ______________________________</w:t>
      </w:r>
    </w:p>
    <w:p w14:paraId="169E0FE3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br w:type="page"/>
      </w:r>
    </w:p>
    <w:p w14:paraId="584758B1" w14:textId="4422573E" w:rsidR="00B15096" w:rsidRDefault="00000000" w:rsidP="00B15096">
      <w:pPr>
        <w:pStyle w:val="Titolo1"/>
        <w:jc w:val="center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lastRenderedPageBreak/>
        <w:t>ALLEGATO 2 – REQUISITI, TITOLI ED ESPERIENZE</w:t>
      </w:r>
    </w:p>
    <w:p w14:paraId="31F67EFC" w14:textId="77777777" w:rsidR="00B15096" w:rsidRPr="00B15096" w:rsidRDefault="00B15096" w:rsidP="00B15096"/>
    <w:p w14:paraId="0D3E3FB6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Dichiarante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__________________________________________  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Referente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/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ente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__________________________</w:t>
      </w:r>
    </w:p>
    <w:p w14:paraId="37BA7A5F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81EDD5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1. Titolo di studio e requisiti di accesso ex art. 32 </w:t>
      </w:r>
      <w:proofErr w:type="gramStart"/>
      <w:r w:rsidRPr="00B15096">
        <w:rPr>
          <w:rFonts w:asciiTheme="majorHAnsi" w:hAnsiTheme="majorHAnsi" w:cstheme="majorHAnsi"/>
          <w:color w:val="auto"/>
          <w:sz w:val="22"/>
        </w:rPr>
        <w:t>D.Lgs</w:t>
      </w:r>
      <w:proofErr w:type="gramEnd"/>
      <w:r w:rsidRPr="00B15096">
        <w:rPr>
          <w:rFonts w:asciiTheme="majorHAnsi" w:hAnsiTheme="majorHAnsi" w:cstheme="majorHAnsi"/>
          <w:color w:val="auto"/>
          <w:sz w:val="22"/>
        </w:rPr>
        <w:t>. 81/2008:</w:t>
      </w:r>
    </w:p>
    <w:p w14:paraId="431E439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Titolo di studio, ateneo/istituto e data: ___________________________________________________</w:t>
      </w:r>
    </w:p>
    <w:p w14:paraId="7B141B1F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Percorso RSPP (moduli, equiparazioni/esoneri): ____________________________________________</w:t>
      </w:r>
    </w:p>
    <w:p w14:paraId="4D616C9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Formazione e ultimo aggiornamento RSPP (date, ore, ente): __________________________________</w:t>
      </w:r>
    </w:p>
    <w:p w14:paraId="2D8FF8A2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Eventuale albo professionale / elenco professionisti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antincendio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e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estremi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: ______________________</w:t>
      </w:r>
    </w:p>
    <w:p w14:paraId="697DDB39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07422A8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2. Criterio A1 – Incarichi RSPP presso scuole negli ultimi cinque anni (indicare durata e numero di sedi; aggiungere righe se necessario).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2381"/>
        <w:gridCol w:w="1843"/>
      </w:tblGrid>
      <w:tr w:rsidR="00B15096" w:rsidRPr="00B15096" w14:paraId="5414CD76" w14:textId="77777777">
        <w:trPr>
          <w:tblHeader/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1066686B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Istituto / ente e riferimento verificabile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43C08F83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Periodo dal–al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4D4E68BC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N. plessi</w:t>
            </w:r>
          </w:p>
        </w:tc>
      </w:tr>
      <w:tr w:rsidR="00B15096" w:rsidRPr="00B15096" w14:paraId="06791BF4" w14:textId="77777777">
        <w:trPr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3D1B078D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50FD8456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28CAC876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</w:t>
            </w:r>
          </w:p>
        </w:tc>
      </w:tr>
      <w:tr w:rsidR="00B15096" w:rsidRPr="00B15096" w14:paraId="68F4DC54" w14:textId="77777777">
        <w:trPr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6F32253F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71CBD845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3434CEF8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</w:t>
            </w:r>
          </w:p>
        </w:tc>
      </w:tr>
      <w:tr w:rsidR="00B15096" w:rsidRPr="00B15096" w14:paraId="45644FA0" w14:textId="77777777">
        <w:trPr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14B5735C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10175908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6ABF3BC1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</w:t>
            </w:r>
          </w:p>
        </w:tc>
      </w:tr>
      <w:tr w:rsidR="00B15096" w:rsidRPr="00B15096" w14:paraId="489D3543" w14:textId="77777777">
        <w:trPr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344F9846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6C918587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25BC6C8D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</w:t>
            </w:r>
          </w:p>
        </w:tc>
      </w:tr>
      <w:tr w:rsidR="00B15096" w:rsidRPr="00B15096" w14:paraId="74C181E7" w14:textId="77777777">
        <w:trPr>
          <w:jc w:val="center"/>
        </w:trPr>
        <w:tc>
          <w:tcPr>
            <w:tcW w:w="51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52113596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</w:t>
            </w:r>
          </w:p>
        </w:tc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7941AB0F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</w:t>
            </w:r>
          </w:p>
        </w:tc>
        <w:tc>
          <w:tcPr>
            <w:tcW w:w="18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674C4A0B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</w:t>
            </w:r>
          </w:p>
        </w:tc>
      </w:tr>
    </w:tbl>
    <w:p w14:paraId="45B74B92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3EA16910" w14:textId="1C500AB4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3. Criterio A2 – Incarichi RSPP in organizzazioni plurisedi, con almeno tre sedi operative, negli ultimi cinque anni: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6"/>
        <w:gridCol w:w="3090"/>
      </w:tblGrid>
      <w:tr w:rsidR="00B15096" w:rsidRPr="00B15096" w14:paraId="67C72E1E" w14:textId="77777777">
        <w:trPr>
          <w:tblHeader/>
          <w:jc w:val="center"/>
        </w:trPr>
        <w:tc>
          <w:tcPr>
            <w:tcW w:w="6236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51486540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Ente, n. sedi e riferimento verificabile</w:t>
            </w:r>
          </w:p>
        </w:tc>
        <w:tc>
          <w:tcPr>
            <w:tcW w:w="3090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61612B4E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Periodo dal–al</w:t>
            </w:r>
          </w:p>
        </w:tc>
      </w:tr>
      <w:tr w:rsidR="00B15096" w:rsidRPr="00B15096" w14:paraId="5AFFDEDC" w14:textId="77777777">
        <w:trPr>
          <w:jc w:val="center"/>
        </w:trPr>
        <w:tc>
          <w:tcPr>
            <w:tcW w:w="6236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5F412C7B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____________________________________________</w:t>
            </w:r>
          </w:p>
        </w:tc>
        <w:tc>
          <w:tcPr>
            <w:tcW w:w="3090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625466FD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</w:t>
            </w:r>
          </w:p>
        </w:tc>
      </w:tr>
      <w:tr w:rsidR="00B15096" w:rsidRPr="00B15096" w14:paraId="1B7527D6" w14:textId="77777777">
        <w:trPr>
          <w:jc w:val="center"/>
        </w:trPr>
        <w:tc>
          <w:tcPr>
            <w:tcW w:w="6236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25158DCB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____________________________________________</w:t>
            </w:r>
          </w:p>
        </w:tc>
        <w:tc>
          <w:tcPr>
            <w:tcW w:w="3090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F8FAFC"/>
            <w:vAlign w:val="center"/>
          </w:tcPr>
          <w:p w14:paraId="46ED5F7D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</w:t>
            </w:r>
          </w:p>
        </w:tc>
      </w:tr>
      <w:tr w:rsidR="00B15096" w:rsidRPr="00B15096" w14:paraId="0529DF1B" w14:textId="77777777">
        <w:trPr>
          <w:jc w:val="center"/>
        </w:trPr>
        <w:tc>
          <w:tcPr>
            <w:tcW w:w="6236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78860605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____________________________________________</w:t>
            </w:r>
          </w:p>
        </w:tc>
        <w:tc>
          <w:tcPr>
            <w:tcW w:w="3090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48A1E062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</w:t>
            </w:r>
          </w:p>
        </w:tc>
      </w:tr>
    </w:tbl>
    <w:p w14:paraId="21832BFE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42D1FFB4" w14:textId="5DB68228" w:rsid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4. Criterio A3 – Esperienze in contesti di rischio territoriali e strutturali analoghi,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negli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ultimi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cinque anni:</w:t>
      </w:r>
    </w:p>
    <w:p w14:paraId="0D2CD97B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436F2EAF" w14:textId="403B6D04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A3.a –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Valutazione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e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gestione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del rischio sismico, con procedure di emergenza ed evacuazione: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402"/>
        <w:gridCol w:w="3543"/>
      </w:tblGrid>
      <w:tr w:rsidR="00B15096" w:rsidRPr="00B15096" w14:paraId="351C0EF7" w14:textId="77777777">
        <w:trPr>
          <w:tblHeader/>
          <w:jc w:val="center"/>
        </w:trPr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1B5ED6D4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Ente e periodo</w:t>
            </w:r>
          </w:p>
        </w:tc>
        <w:tc>
          <w:tcPr>
            <w:tcW w:w="34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20644208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Attività svolta e ruolo effettivo</w:t>
            </w:r>
          </w:p>
        </w:tc>
        <w:tc>
          <w:tcPr>
            <w:tcW w:w="35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4145FD88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Riferimento verificabile</w:t>
            </w:r>
          </w:p>
        </w:tc>
      </w:tr>
      <w:tr w:rsidR="00B15096" w:rsidRPr="00B15096" w14:paraId="03D45257" w14:textId="77777777">
        <w:trPr>
          <w:jc w:val="center"/>
        </w:trPr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1076FB4A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</w:t>
            </w:r>
          </w:p>
        </w:tc>
        <w:tc>
          <w:tcPr>
            <w:tcW w:w="34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3F930C64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</w:t>
            </w:r>
          </w:p>
        </w:tc>
        <w:tc>
          <w:tcPr>
            <w:tcW w:w="35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074F2F40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</w:t>
            </w:r>
          </w:p>
        </w:tc>
      </w:tr>
    </w:tbl>
    <w:p w14:paraId="24931522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03678DE7" w14:textId="0D4B80A6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A3.b –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Criticità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degli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edifici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scolastici con interlocuzione tecnica con enti proprietari e misure gestionali: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402"/>
        <w:gridCol w:w="3543"/>
      </w:tblGrid>
      <w:tr w:rsidR="00B15096" w:rsidRPr="00B15096" w14:paraId="4F7F986C" w14:textId="77777777">
        <w:trPr>
          <w:tblHeader/>
          <w:jc w:val="center"/>
        </w:trPr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36BB9688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Ente e periodo</w:t>
            </w:r>
          </w:p>
        </w:tc>
        <w:tc>
          <w:tcPr>
            <w:tcW w:w="34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558AC169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Attività svolta e ruolo effettivo</w:t>
            </w:r>
          </w:p>
        </w:tc>
        <w:tc>
          <w:tcPr>
            <w:tcW w:w="35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shd w:val="clear" w:color="auto" w:fill="DCE7F0"/>
            <w:vAlign w:val="center"/>
          </w:tcPr>
          <w:p w14:paraId="472AC976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b/>
                <w:color w:val="auto"/>
                <w:sz w:val="22"/>
              </w:rPr>
              <w:t>Riferimento verificabile</w:t>
            </w:r>
          </w:p>
        </w:tc>
      </w:tr>
      <w:tr w:rsidR="00B15096" w:rsidRPr="00B15096" w14:paraId="1673203D" w14:textId="77777777">
        <w:trPr>
          <w:jc w:val="center"/>
        </w:trPr>
        <w:tc>
          <w:tcPr>
            <w:tcW w:w="2381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6D0737EE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</w:t>
            </w: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lastRenderedPageBreak/>
              <w:t>_</w:t>
            </w:r>
          </w:p>
        </w:tc>
        <w:tc>
          <w:tcPr>
            <w:tcW w:w="3402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48F9975A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lastRenderedPageBreak/>
              <w:t>________________________</w:t>
            </w:r>
          </w:p>
        </w:tc>
        <w:tc>
          <w:tcPr>
            <w:tcW w:w="3543" w:type="dxa"/>
            <w:tcBorders>
              <w:top w:val="single" w:sz="4" w:space="0" w:color="DEE5EC"/>
              <w:left w:val="single" w:sz="4" w:space="0" w:color="DEE5EC"/>
              <w:bottom w:val="single" w:sz="4" w:space="0" w:color="DEE5EC"/>
              <w:right w:val="single" w:sz="4" w:space="0" w:color="DEE5EC"/>
            </w:tcBorders>
            <w:vAlign w:val="center"/>
          </w:tcPr>
          <w:p w14:paraId="2A303522" w14:textId="77777777" w:rsidR="009D0745" w:rsidRPr="00B15096" w:rsidRDefault="00000000">
            <w:pPr>
              <w:spacing w:before="20" w:after="20" w:line="254" w:lineRule="auto"/>
              <w:rPr>
                <w:rFonts w:asciiTheme="majorHAnsi" w:hAnsiTheme="majorHAnsi" w:cstheme="majorHAnsi"/>
                <w:color w:val="auto"/>
                <w:sz w:val="22"/>
              </w:rPr>
            </w:pPr>
            <w:r w:rsidRPr="00B15096">
              <w:rPr>
                <w:rFonts w:asciiTheme="majorHAnsi" w:hAnsiTheme="majorHAnsi" w:cstheme="majorHAnsi"/>
                <w:color w:val="auto"/>
                <w:sz w:val="22"/>
              </w:rPr>
              <w:t>________________________</w:t>
            </w:r>
          </w:p>
        </w:tc>
      </w:tr>
    </w:tbl>
    <w:p w14:paraId="0E152EF1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59A87131" w14:textId="399E6F00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Precisare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separatamente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la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relazione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tecnica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, procedura, verbale o altra evidenza verificabile; la sola indicazione del nome dell’ente non consente di attribuire il punteggio A3.</w:t>
      </w:r>
    </w:p>
    <w:p w14:paraId="7035AD6D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E0B4503" w14:textId="0C9FF98F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5. Criterio C – Attività antincendio documentate svolte negli ultimi cinque anni:</w:t>
      </w:r>
    </w:p>
    <w:p w14:paraId="01634043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C1 – valutazione rischio incendio / misure compensative | Ente, data, atto: ______________________</w:t>
      </w:r>
    </w:p>
    <w:p w14:paraId="57A4F85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C2 – piani di emergenza ed esercitazioni con report | Ente, data, atto: ________________________</w:t>
      </w:r>
    </w:p>
    <w:p w14:paraId="6ED8360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C3 – raccordo antincendio con enti proprietari / autorità | Ente, data, atto: ___________________</w:t>
      </w:r>
    </w:p>
    <w:p w14:paraId="1ABA1DF8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779DFC6A" w14:textId="564B1D91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6. Criterio D – Ulteriori titoli (master pertinente; iscrizione elenco professionisti antincendio): __________</w:t>
      </w:r>
    </w:p>
    <w:p w14:paraId="02E9662C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Dichiaro la veridicità delle informazioni e la possibilità di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verifica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degli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estremi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indicati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.</w:t>
      </w:r>
    </w:p>
    <w:p w14:paraId="68E2A8DB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4E6E6F8C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6B57FB43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5F765A35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03E7DED5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7B433D4E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0C46D24C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0FEF93E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767C343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5E83BE36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4BBCAC91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3042D88E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6C4308F1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390FAEEF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66BED7F9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6A780B40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4F015C9B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Luogo e data ________________________________    Firma ______________________________</w:t>
      </w:r>
    </w:p>
    <w:p w14:paraId="024A901D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br w:type="page"/>
      </w:r>
    </w:p>
    <w:p w14:paraId="01875EF0" w14:textId="77777777" w:rsidR="009D0745" w:rsidRDefault="00000000" w:rsidP="00B15096">
      <w:pPr>
        <w:pStyle w:val="Titolo1"/>
        <w:jc w:val="center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lastRenderedPageBreak/>
        <w:t>ALLEGATO 3 – PROPOSTA TECNICO-ORGANIZZATIVA</w:t>
      </w:r>
    </w:p>
    <w:p w14:paraId="7B6D5E73" w14:textId="77777777" w:rsidR="00B15096" w:rsidRPr="00B15096" w:rsidRDefault="00B15096" w:rsidP="00B15096"/>
    <w:p w14:paraId="4151CBB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Candidato / professionista incaricato _________________________________________________</w:t>
      </w:r>
    </w:p>
    <w:p w14:paraId="7A013AF6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Presentare una proposta redatta in massimo tre pagine A4, sviluppando separatamente i quattro quesiti. Ogni risposta è valutata da 0 a 5 punti secondo le regole dell’art. 10 del bando. Gli impegni assunti costituiscono obblighi contrattuali ove valutati.</w:t>
      </w:r>
    </w:p>
    <w:p w14:paraId="1C3FD665" w14:textId="77777777" w:rsidR="009D0745" w:rsidRPr="00B15096" w:rsidRDefault="00000000">
      <w:pPr>
        <w:pStyle w:val="Titolo2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B1. Sopralluoghi e gestione delle sedi</w:t>
      </w:r>
    </w:p>
    <w:p w14:paraId="5810B13D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Illustrare la programmazione delle ricognizioni nei 10 edifici, con copertura dei 14 plessi, tenendo conto della distribuzione territoriale, dei rischi sismici e strutturali, dei percorsi di esodo e del raccordo con i Comuni proprietari. Indicare priorità, documenti da produrre e tempi. Non è premiata la provenienza geografica del candidato.</w:t>
      </w:r>
    </w:p>
    <w:p w14:paraId="136C551E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[Sviluppare il quesito in un elaborato allegato, con riferimento a questa intestazione.]</w:t>
      </w:r>
    </w:p>
    <w:p w14:paraId="3E0A1F37" w14:textId="77777777" w:rsidR="009D0745" w:rsidRPr="00B15096" w:rsidRDefault="00000000">
      <w:pPr>
        <w:pStyle w:val="Titolo2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B2. Caso concreto di criticità antincendio</w:t>
      </w:r>
    </w:p>
    <w:p w14:paraId="255C471E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Descrivere quali azioni tecniche e gestionali suggerireste al Dirigente qualora fosse segnalata una criticità su esodo, impianti o presidi, distinguendo scuola ed ente proprietario.</w:t>
      </w:r>
    </w:p>
    <w:p w14:paraId="6020FDF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[Sviluppare il quesito in un elaborato allegato, con riferimento a questa intestazione.]</w:t>
      </w:r>
    </w:p>
    <w:p w14:paraId="6CBC1C83" w14:textId="77777777" w:rsidR="009D0745" w:rsidRPr="00B15096" w:rsidRDefault="00000000">
      <w:pPr>
        <w:pStyle w:val="Titolo2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B3. Prime attività in 60 giorni</w:t>
      </w:r>
    </w:p>
    <w:p w14:paraId="079EAC61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Indicare un piano sintetico di verifica dell’applicazione del decreto 31 marzo 2026, comprese le misure compensative, in base alla documentazione disponibile.</w:t>
      </w:r>
    </w:p>
    <w:p w14:paraId="6D47B02B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[Sviluppare il quesito in un elaborato allegato, con riferimento a questa intestazione.]</w:t>
      </w:r>
    </w:p>
    <w:p w14:paraId="723E64E5" w14:textId="77777777" w:rsidR="009D0745" w:rsidRPr="00B15096" w:rsidRDefault="00000000">
      <w:pPr>
        <w:pStyle w:val="Titolo2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B4. Assistenza, report ed esercitazioni</w:t>
      </w:r>
    </w:p>
    <w:p w14:paraId="5EB18805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Spiegare come saranno organizzate assistenza da remoto, esercitazioni in presenza, validazione dei verbali e consegne tecniche.</w:t>
      </w:r>
    </w:p>
    <w:p w14:paraId="5BBC1822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[Sviluppare il quesito in un elaborato allegato, con riferimento a questa intestazione.]</w:t>
      </w:r>
    </w:p>
    <w:p w14:paraId="59F6B4E7" w14:textId="77777777" w:rsidR="009D0745" w:rsidRPr="00B15096" w:rsidRDefault="00000000">
      <w:pPr>
        <w:pStyle w:val="Titolo2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t>Tempi garantiti (criterio E)</w:t>
      </w:r>
    </w:p>
    <w:p w14:paraId="6886F8FA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Intervento urgente in presenza (giorni lavorativi):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1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2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3</w:t>
      </w:r>
    </w:p>
    <w:p w14:paraId="1D0A80B7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Risposta da remoto (ore lavorative):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4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8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giorno lavorativo successivo</w:t>
      </w:r>
    </w:p>
    <w:p w14:paraId="36F8A38E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Invio verbale dopo sopralluogo (giorni lavorativi):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3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5   </w:t>
      </w:r>
      <w:r w:rsidRPr="00B15096">
        <w:rPr>
          <w:rFonts w:ascii="Segoe UI Symbol" w:hAnsi="Segoe UI Symbol" w:cs="Segoe UI Symbol"/>
          <w:color w:val="auto"/>
          <w:sz w:val="22"/>
        </w:rPr>
        <w:t>☐</w:t>
      </w:r>
      <w:r w:rsidRPr="00B15096">
        <w:rPr>
          <w:rFonts w:asciiTheme="majorHAnsi" w:hAnsiTheme="majorHAnsi" w:cstheme="majorHAnsi"/>
          <w:color w:val="auto"/>
          <w:sz w:val="22"/>
        </w:rPr>
        <w:t xml:space="preserve"> entro 10</w:t>
      </w:r>
    </w:p>
    <w:p w14:paraId="7BA74577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Gli impegni indicati sono vincolanti in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caso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di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conferimento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dell’incarico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.</w:t>
      </w:r>
    </w:p>
    <w:p w14:paraId="38CD879B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62189C00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5B20DFFD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Luogo e data ________________________________    Firma ______________________________</w:t>
      </w:r>
    </w:p>
    <w:p w14:paraId="173DCD32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br w:type="page"/>
      </w:r>
    </w:p>
    <w:p w14:paraId="38F5BA4D" w14:textId="77777777" w:rsidR="009D0745" w:rsidRDefault="00000000" w:rsidP="00B15096">
      <w:pPr>
        <w:pStyle w:val="Titolo1"/>
        <w:jc w:val="center"/>
        <w:rPr>
          <w:rFonts w:cstheme="majorHAnsi"/>
          <w:color w:val="auto"/>
          <w:sz w:val="22"/>
          <w:szCs w:val="22"/>
        </w:rPr>
      </w:pPr>
      <w:r w:rsidRPr="00B15096">
        <w:rPr>
          <w:rFonts w:cstheme="majorHAnsi"/>
          <w:color w:val="auto"/>
          <w:sz w:val="22"/>
          <w:szCs w:val="22"/>
        </w:rPr>
        <w:lastRenderedPageBreak/>
        <w:t>ALLEGATO 4 – OFFERTA ECONOMICA (SOLO SOGGETTI ESTERNI)</w:t>
      </w:r>
    </w:p>
    <w:p w14:paraId="37737077" w14:textId="77777777" w:rsidR="00B15096" w:rsidRPr="00B15096" w:rsidRDefault="00B15096" w:rsidP="00B15096"/>
    <w:p w14:paraId="6D32E7C4" w14:textId="77777777" w:rsidR="00B15096" w:rsidRPr="00B15096" w:rsidRDefault="00B15096" w:rsidP="00B15096"/>
    <w:p w14:paraId="45F8EC3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Il/La sottoscritto/a ______________________________________________________________</w:t>
      </w:r>
    </w:p>
    <w:p w14:paraId="798B0EC9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per sé / in rappresentanza dell’operatore economico ___________________________________</w:t>
      </w:r>
    </w:p>
    <w:p w14:paraId="66C32B2E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OFFRE il seguente corrispettivo annuale onnicomprensivo per tutte le prestazioni degli artt. 6 e 7 dell’avviso, incluso un sopralluogo/intervento straordinario di mezza giornata se richiesto:</w:t>
      </w:r>
    </w:p>
    <w:p w14:paraId="685C6EC8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Euro _________________________</w:t>
      </w:r>
      <w:proofErr w:type="gramStart"/>
      <w:r w:rsidRPr="00B15096">
        <w:rPr>
          <w:rFonts w:asciiTheme="majorHAnsi" w:hAnsiTheme="majorHAnsi" w:cstheme="majorHAnsi"/>
          <w:color w:val="auto"/>
          <w:sz w:val="22"/>
        </w:rPr>
        <w:t xml:space="preserve">   (</w:t>
      </w:r>
      <w:proofErr w:type="gramEnd"/>
      <w:r w:rsidRPr="00B15096">
        <w:rPr>
          <w:rFonts w:asciiTheme="majorHAnsi" w:hAnsiTheme="majorHAnsi" w:cstheme="majorHAnsi"/>
          <w:color w:val="auto"/>
          <w:sz w:val="22"/>
        </w:rPr>
        <w:t>in lettere ________________________________________)</w:t>
      </w:r>
    </w:p>
    <w:p w14:paraId="3D12DE26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DICHIARA che il prezzo indicato comprende integralmente oneri fiscali, contributivi, trasferte, rimborsi, spese e qualunque altro onere a carico dell’Istituto, ed è comunque non superiore a euro 2.000,00 annui.</w:t>
      </w:r>
    </w:p>
    <w:p w14:paraId="17E13C70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Regime fiscale applicato (IVA, esenzioni, ecc.): __________________________________________</w:t>
      </w:r>
    </w:p>
    <w:p w14:paraId="36D845FE" w14:textId="77777777" w:rsidR="009D0745" w:rsidRPr="00B15096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>Professionista persona fisica proposto quale RSPP: ______________________________________</w:t>
      </w:r>
    </w:p>
    <w:p w14:paraId="2201E8AF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DICHIARA inoltre che l’offerta è formulata tenendo conto dell’intero carico di lavoro richiesto, che è sostenibile e che rimarrà ferma per 90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giorni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dalla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scadenza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dell’avviso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>.</w:t>
      </w:r>
    </w:p>
    <w:p w14:paraId="697FDE9B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313D2C4C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2ED1CCBD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3E483906" w14:textId="77777777" w:rsidR="009D0745" w:rsidRDefault="00000000">
      <w:pPr>
        <w:rPr>
          <w:rFonts w:asciiTheme="majorHAnsi" w:hAnsiTheme="majorHAnsi" w:cstheme="majorHAnsi"/>
          <w:color w:val="auto"/>
          <w:sz w:val="22"/>
        </w:rPr>
      </w:pPr>
      <w:r w:rsidRPr="00B15096">
        <w:rPr>
          <w:rFonts w:asciiTheme="majorHAnsi" w:hAnsiTheme="majorHAnsi" w:cstheme="majorHAnsi"/>
          <w:color w:val="auto"/>
          <w:sz w:val="22"/>
        </w:rPr>
        <w:t xml:space="preserve">Luogo e data ________________________________    </w:t>
      </w:r>
      <w:proofErr w:type="spellStart"/>
      <w:r w:rsidRPr="00B15096">
        <w:rPr>
          <w:rFonts w:asciiTheme="majorHAnsi" w:hAnsiTheme="majorHAnsi" w:cstheme="majorHAnsi"/>
          <w:color w:val="auto"/>
          <w:sz w:val="22"/>
        </w:rPr>
        <w:t>Firma</w:t>
      </w:r>
      <w:proofErr w:type="spellEnd"/>
      <w:r w:rsidRPr="00B15096">
        <w:rPr>
          <w:rFonts w:asciiTheme="majorHAnsi" w:hAnsiTheme="majorHAnsi" w:cstheme="majorHAnsi"/>
          <w:color w:val="auto"/>
          <w:sz w:val="22"/>
        </w:rPr>
        <w:t xml:space="preserve"> ______________________________</w:t>
      </w:r>
    </w:p>
    <w:p w14:paraId="709BC08A" w14:textId="77777777" w:rsid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1B312211" w14:textId="77777777" w:rsidR="00B15096" w:rsidRPr="00B15096" w:rsidRDefault="00B15096">
      <w:pPr>
        <w:rPr>
          <w:rFonts w:asciiTheme="majorHAnsi" w:hAnsiTheme="majorHAnsi" w:cstheme="majorHAnsi"/>
          <w:color w:val="auto"/>
          <w:sz w:val="22"/>
        </w:rPr>
      </w:pPr>
    </w:p>
    <w:p w14:paraId="73C05E8A" w14:textId="77777777" w:rsidR="009D0745" w:rsidRDefault="00000000">
      <w:pPr>
        <w:rPr>
          <w:rFonts w:hint="eastAsia"/>
        </w:rPr>
      </w:pPr>
      <w:r w:rsidRPr="00B15096">
        <w:rPr>
          <w:rFonts w:asciiTheme="majorHAnsi" w:hAnsiTheme="majorHAnsi" w:cstheme="majorHAnsi"/>
          <w:color w:val="auto"/>
          <w:sz w:val="22"/>
        </w:rPr>
        <w:t>Avvertenza: il corrispettivo complessivo sarà confrontato in termini di onere totale per la scuola; l’offerta economica non è richiesta al personale delle categorie prioritarie di cui all’art. 3, pu</w:t>
      </w:r>
      <w:r>
        <w:t>nti 1 e 2.</w:t>
      </w:r>
    </w:p>
    <w:sectPr w:rsidR="009D0745" w:rsidSect="00034616">
      <w:headerReference w:type="default" r:id="rId8"/>
      <w:pgSz w:w="11906" w:h="16838"/>
      <w:pgMar w:top="1247" w:right="1276" w:bottom="1191" w:left="1276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1C7E" w14:textId="77777777" w:rsidR="00507447" w:rsidRDefault="0050744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291BCFB" w14:textId="77777777" w:rsidR="00507447" w:rsidRDefault="0050744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A4A0" w14:textId="77777777" w:rsidR="00507447" w:rsidRDefault="0050744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7FDD15C" w14:textId="77777777" w:rsidR="00507447" w:rsidRDefault="0050744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463"/>
      <w:gridCol w:w="6019"/>
      <w:gridCol w:w="2088"/>
    </w:tblGrid>
    <w:tr w:rsidR="00B15096" w:rsidRPr="00B15096" w14:paraId="0CFBCE38" w14:textId="77777777" w:rsidTr="00494FB7">
      <w:tc>
        <w:tcPr>
          <w:tcW w:w="1471" w:type="dxa"/>
          <w:vAlign w:val="center"/>
        </w:tcPr>
        <w:p w14:paraId="2937BFC9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noProof/>
              <w:color w:val="auto"/>
              <w:sz w:val="22"/>
              <w:lang w:val="de-DE" w:eastAsia="de-DE"/>
            </w:rPr>
          </w:pPr>
          <w:r w:rsidRPr="00B15096">
            <w:rPr>
              <w:rFonts w:ascii="Times New Roman" w:eastAsia="Times New Roman" w:hAnsi="Times New Roman" w:cs="Times New Roman"/>
              <w:color w:val="auto"/>
              <w:sz w:val="24"/>
              <w:szCs w:val="20"/>
              <w:lang w:val="it-IT" w:eastAsia="it-IT"/>
            </w:rPr>
            <w:object w:dxaOrig="1140" w:dyaOrig="1290" w14:anchorId="7787A0F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64.5pt">
                <v:imagedata r:id="rId1" o:title=""/>
              </v:shape>
              <o:OLEObject Type="Embed" ProgID="Word.Picture.8" ShapeID="_x0000_i1025" DrawAspect="Content" ObjectID="_1853911634" r:id="rId2"/>
            </w:object>
          </w:r>
        </w:p>
      </w:tc>
      <w:tc>
        <w:tcPr>
          <w:tcW w:w="6270" w:type="dxa"/>
        </w:tcPr>
        <w:p w14:paraId="5AC54C92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b/>
              <w:bCs/>
              <w:smallCaps/>
              <w:color w:val="auto"/>
              <w:spacing w:val="20"/>
              <w:sz w:val="28"/>
              <w:szCs w:val="28"/>
              <w:lang w:val="it-IT"/>
            </w:rPr>
          </w:pPr>
          <w:r w:rsidRPr="00B15096">
            <w:rPr>
              <w:rFonts w:ascii="Calibri" w:eastAsia="Arial" w:hAnsi="Calibri" w:cs="Calibri"/>
              <w:b/>
              <w:bCs/>
              <w:smallCaps/>
              <w:color w:val="auto"/>
              <w:spacing w:val="20"/>
              <w:sz w:val="28"/>
              <w:szCs w:val="28"/>
              <w:lang w:val="it-IT"/>
            </w:rPr>
            <w:t>ISTITUTO COMPRENSIVO PETRITOLI</w:t>
          </w:r>
        </w:p>
        <w:p w14:paraId="5E1772FA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color w:val="auto"/>
              <w:szCs w:val="18"/>
              <w:lang w:val="it-IT"/>
            </w:rPr>
          </w:pPr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Via </w:t>
          </w:r>
          <w:proofErr w:type="spellStart"/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>Agelli</w:t>
          </w:r>
          <w:proofErr w:type="spellEnd"/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, 10 - 63848 Petritoli (FM) - Tel. 0734 658180 </w:t>
          </w:r>
        </w:p>
        <w:p w14:paraId="44A2B6EA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color w:val="auto"/>
              <w:szCs w:val="18"/>
              <w:lang w:val="it-IT"/>
            </w:rPr>
          </w:pPr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Cod. APIC82700Q - </w:t>
          </w:r>
          <w:proofErr w:type="spellStart"/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>Cod.Fisc</w:t>
          </w:r>
          <w:proofErr w:type="spellEnd"/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>.: 90030400445</w:t>
          </w:r>
        </w:p>
        <w:p w14:paraId="314FFD89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color w:val="auto"/>
              <w:szCs w:val="18"/>
              <w:lang w:val="it-IT"/>
            </w:rPr>
          </w:pPr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Sito web </w:t>
          </w:r>
          <w:hyperlink r:id="rId3" w:history="1">
            <w:r w:rsidRPr="00B15096">
              <w:rPr>
                <w:rFonts w:ascii="Calibri" w:eastAsia="Arial" w:hAnsi="Calibri" w:cs="Calibri"/>
                <w:color w:val="0000FF"/>
                <w:szCs w:val="18"/>
                <w:u w:val="single"/>
                <w:lang w:val="it-IT"/>
              </w:rPr>
              <w:t>www.icpetritoli.edu.it</w:t>
            </w:r>
          </w:hyperlink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 – </w:t>
          </w:r>
        </w:p>
        <w:p w14:paraId="64BE3208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color w:val="auto"/>
              <w:szCs w:val="18"/>
              <w:lang w:val="it-IT"/>
            </w:rPr>
          </w:pPr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E-mail istituzionale </w:t>
          </w:r>
          <w:hyperlink r:id="rId4" w:history="1">
            <w:r w:rsidRPr="00B15096">
              <w:rPr>
                <w:rFonts w:ascii="Calibri" w:eastAsia="Arial" w:hAnsi="Calibri" w:cs="Calibri"/>
                <w:color w:val="0000FF"/>
                <w:szCs w:val="18"/>
                <w:u w:val="single"/>
                <w:lang w:val="it-IT"/>
              </w:rPr>
              <w:t>apic82700q@istruzione.it</w:t>
            </w:r>
          </w:hyperlink>
        </w:p>
        <w:p w14:paraId="6F923EC3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color w:val="0000FF"/>
              <w:sz w:val="22"/>
              <w:u w:val="single"/>
              <w:lang w:val="it-IT"/>
            </w:rPr>
          </w:pPr>
          <w:r w:rsidRPr="00B15096">
            <w:rPr>
              <w:rFonts w:ascii="Calibri" w:eastAsia="Arial" w:hAnsi="Calibri" w:cs="Calibri"/>
              <w:color w:val="auto"/>
              <w:szCs w:val="18"/>
              <w:lang w:val="it-IT"/>
            </w:rPr>
            <w:t xml:space="preserve">E-mail: PEC </w:t>
          </w:r>
          <w:hyperlink r:id="rId5" w:history="1">
            <w:r w:rsidRPr="00B15096">
              <w:rPr>
                <w:rFonts w:ascii="Calibri" w:eastAsia="Arial" w:hAnsi="Calibri" w:cs="Calibri"/>
                <w:color w:val="0000FF"/>
                <w:szCs w:val="18"/>
                <w:u w:val="single"/>
                <w:lang w:val="it-IT"/>
              </w:rPr>
              <w:t>apic82700q@pec.istruzione.it</w:t>
            </w:r>
          </w:hyperlink>
        </w:p>
      </w:tc>
      <w:tc>
        <w:tcPr>
          <w:tcW w:w="2113" w:type="dxa"/>
        </w:tcPr>
        <w:p w14:paraId="587EA138" w14:textId="77777777" w:rsidR="00B15096" w:rsidRPr="00B15096" w:rsidRDefault="00B15096" w:rsidP="00B15096">
          <w:pPr>
            <w:widowControl w:val="0"/>
            <w:spacing w:after="0" w:line="240" w:lineRule="auto"/>
            <w:jc w:val="center"/>
            <w:rPr>
              <w:rFonts w:ascii="Calibri" w:eastAsia="Arial" w:hAnsi="Calibri" w:cs="Calibri"/>
              <w:noProof/>
              <w:color w:val="auto"/>
              <w:sz w:val="22"/>
              <w:lang w:val="it-IT" w:eastAsia="de-DE"/>
            </w:rPr>
          </w:pPr>
          <w:r w:rsidRPr="00B15096">
            <w:rPr>
              <w:rFonts w:ascii="Times New Roman" w:eastAsia="Times New Roman" w:hAnsi="Times New Roman" w:cs="Times New Roman"/>
              <w:noProof/>
              <w:color w:val="auto"/>
              <w:sz w:val="20"/>
              <w:szCs w:val="20"/>
              <w:lang w:val="it-IT" w:eastAsia="it-IT"/>
            </w:rPr>
            <w:drawing>
              <wp:inline distT="0" distB="0" distL="0" distR="0" wp14:anchorId="3322EAE6" wp14:editId="5D9A4801">
                <wp:extent cx="955675" cy="775970"/>
                <wp:effectExtent l="0" t="0" r="0" b="5080"/>
                <wp:docPr id="2" name="Immagine 3" descr="Logo IC Petritol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 IC Petritol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5675" cy="775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5573B1" w14:textId="640A3B08" w:rsidR="009D0745" w:rsidRPr="00B15096" w:rsidRDefault="009D0745" w:rsidP="00B15096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819477">
    <w:abstractNumId w:val="8"/>
  </w:num>
  <w:num w:numId="2" w16cid:durableId="1718432705">
    <w:abstractNumId w:val="6"/>
  </w:num>
  <w:num w:numId="3" w16cid:durableId="981934030">
    <w:abstractNumId w:val="5"/>
  </w:num>
  <w:num w:numId="4" w16cid:durableId="274483410">
    <w:abstractNumId w:val="4"/>
  </w:num>
  <w:num w:numId="5" w16cid:durableId="902789021">
    <w:abstractNumId w:val="7"/>
  </w:num>
  <w:num w:numId="6" w16cid:durableId="274555893">
    <w:abstractNumId w:val="3"/>
  </w:num>
  <w:num w:numId="7" w16cid:durableId="1473668511">
    <w:abstractNumId w:val="2"/>
  </w:num>
  <w:num w:numId="8" w16cid:durableId="1719747157">
    <w:abstractNumId w:val="1"/>
  </w:num>
  <w:num w:numId="9" w16cid:durableId="296107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447"/>
    <w:rsid w:val="009D0745"/>
    <w:rsid w:val="00AA1D8D"/>
    <w:rsid w:val="00B15096"/>
    <w:rsid w:val="00B47730"/>
    <w:rsid w:val="00CB0664"/>
    <w:rsid w:val="00F807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26C91"/>
  <w14:defaultImageDpi w14:val="300"/>
  <w15:docId w15:val="{1BABF058-F4E5-4D7D-85A7-EA843F49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9" w:lineRule="auto"/>
    </w:pPr>
    <w:rPr>
      <w:rFonts w:ascii="Aptos" w:hAnsi="Aptos"/>
      <w:color w:val="1E2832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C3754"/>
      <w:sz w:val="23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C3754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200" w:line="240" w:lineRule="auto"/>
      <w:contextualSpacing/>
    </w:pPr>
    <w:rPr>
      <w:rFonts w:asciiTheme="majorHAnsi" w:eastAsiaTheme="majorEastAsia" w:hAnsiTheme="majorHAnsi" w:cstheme="majorBidi"/>
      <w:b/>
      <w:color w:val="1C3754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petritoli.edu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6" Type="http://schemas.openxmlformats.org/officeDocument/2006/relationships/image" Target="media/image2.png"/><Relationship Id="rId5" Type="http://schemas.openxmlformats.org/officeDocument/2006/relationships/hyperlink" Target="mailto:apic82700q@pec.istruzione.it" TargetMode="External"/><Relationship Id="rId4" Type="http://schemas.openxmlformats.org/officeDocument/2006/relationships/hyperlink" Target="mailto:apic82700q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Giada Pasquini</cp:lastModifiedBy>
  <cp:revision>2</cp:revision>
  <dcterms:created xsi:type="dcterms:W3CDTF">2013-12-23T23:15:00Z</dcterms:created>
  <dcterms:modified xsi:type="dcterms:W3CDTF">2026-10-19T08:41:00Z</dcterms:modified>
  <cp:category/>
</cp:coreProperties>
</file>