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D6552" w14:textId="35DB9E1D" w:rsidR="00C74886" w:rsidRDefault="00B42F49" w:rsidP="00B42F49">
      <w:pPr>
        <w:jc w:val="center"/>
        <w:rPr>
          <w:b/>
          <w:sz w:val="22"/>
        </w:rPr>
      </w:pPr>
      <w:r>
        <w:rPr>
          <w:b/>
          <w:noProof/>
          <w:sz w:val="22"/>
        </w:rPr>
        <w:drawing>
          <wp:anchor distT="0" distB="0" distL="114300" distR="114300" simplePos="0" relativeHeight="251654656" behindDoc="0" locked="0" layoutInCell="1" allowOverlap="1" wp14:anchorId="020F10E7" wp14:editId="58308903">
            <wp:simplePos x="0" y="0"/>
            <wp:positionH relativeFrom="column">
              <wp:posOffset>-52705</wp:posOffset>
            </wp:positionH>
            <wp:positionV relativeFrom="paragraph">
              <wp:posOffset>-384810</wp:posOffset>
            </wp:positionV>
            <wp:extent cx="6169660" cy="859790"/>
            <wp:effectExtent l="0" t="0" r="2540" b="0"/>
            <wp:wrapNone/>
            <wp:docPr id="68695583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9660" cy="859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076F94" w14:textId="562AB39C" w:rsidR="00B42F49" w:rsidRPr="00B42F49" w:rsidRDefault="00B42F49" w:rsidP="00B42F49">
      <w:pPr>
        <w:jc w:val="center"/>
        <w:rPr>
          <w:b/>
          <w:sz w:val="22"/>
        </w:rPr>
      </w:pPr>
      <w:r>
        <w:rPr>
          <w:b/>
          <w:noProof/>
          <w:sz w:val="22"/>
        </w:rPr>
        <w:drawing>
          <wp:anchor distT="0" distB="0" distL="114300" distR="114300" simplePos="0" relativeHeight="251664896" behindDoc="1" locked="0" layoutInCell="1" allowOverlap="1" wp14:anchorId="65F60D9E" wp14:editId="3F698491">
            <wp:simplePos x="0" y="0"/>
            <wp:positionH relativeFrom="column">
              <wp:posOffset>-334645</wp:posOffset>
            </wp:positionH>
            <wp:positionV relativeFrom="paragraph">
              <wp:posOffset>163195</wp:posOffset>
            </wp:positionV>
            <wp:extent cx="6645275" cy="487680"/>
            <wp:effectExtent l="0" t="0" r="0" b="0"/>
            <wp:wrapSquare wrapText="bothSides"/>
            <wp:docPr id="1874158977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3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275" cy="48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C3943B3" w14:textId="454D9980" w:rsidR="00B42F49" w:rsidRDefault="00B42F49" w:rsidP="00C74886">
      <w:pPr>
        <w:jc w:val="center"/>
        <w:rPr>
          <w:b/>
          <w:sz w:val="24"/>
        </w:rPr>
      </w:pPr>
      <w:r w:rsidRPr="00C74886">
        <w:rPr>
          <w:noProof/>
        </w:rPr>
        <w:drawing>
          <wp:anchor distT="0" distB="0" distL="114300" distR="114300" simplePos="0" relativeHeight="251663872" behindDoc="1" locked="0" layoutInCell="1" allowOverlap="1" wp14:anchorId="216EFE96" wp14:editId="0B6A1789">
            <wp:simplePos x="0" y="0"/>
            <wp:positionH relativeFrom="column">
              <wp:posOffset>-52705</wp:posOffset>
            </wp:positionH>
            <wp:positionV relativeFrom="paragraph">
              <wp:posOffset>338455</wp:posOffset>
            </wp:positionV>
            <wp:extent cx="6188710" cy="674370"/>
            <wp:effectExtent l="0" t="0" r="0" b="0"/>
            <wp:wrapTight wrapText="bothSides">
              <wp:wrapPolygon edited="0">
                <wp:start x="7447" y="0"/>
                <wp:lineTo x="1995" y="6102"/>
                <wp:lineTo x="1995" y="10983"/>
                <wp:lineTo x="931" y="11593"/>
                <wp:lineTo x="931" y="20136"/>
                <wp:lineTo x="13630" y="20746"/>
                <wp:lineTo x="17620" y="20746"/>
                <wp:lineTo x="20678" y="19525"/>
                <wp:lineTo x="20412" y="11593"/>
                <wp:lineTo x="19681" y="10983"/>
                <wp:lineTo x="19814" y="6102"/>
                <wp:lineTo x="14428" y="0"/>
                <wp:lineTo x="7447" y="0"/>
              </wp:wrapPolygon>
            </wp:wrapTight>
            <wp:docPr id="1057933183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674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B1E6FB5" w14:textId="77777777" w:rsidR="00B42F49" w:rsidRDefault="00B42F49" w:rsidP="00C74886">
      <w:pPr>
        <w:jc w:val="center"/>
        <w:rPr>
          <w:b/>
          <w:sz w:val="24"/>
        </w:rPr>
      </w:pPr>
    </w:p>
    <w:p w14:paraId="07F37D60" w14:textId="77777777" w:rsidR="00B42F49" w:rsidRDefault="00B42F49" w:rsidP="00C74886">
      <w:pPr>
        <w:jc w:val="center"/>
        <w:rPr>
          <w:b/>
          <w:sz w:val="24"/>
        </w:rPr>
      </w:pPr>
    </w:p>
    <w:p w14:paraId="22CA055B" w14:textId="49B03524" w:rsidR="0050604E" w:rsidRPr="001B4316" w:rsidRDefault="005B3282" w:rsidP="00C74886">
      <w:pPr>
        <w:jc w:val="center"/>
        <w:rPr>
          <w:rFonts w:ascii="Times New Roman" w:hAnsi="Times New Roman" w:cs="Times New Roman"/>
          <w:sz w:val="20"/>
          <w:szCs w:val="20"/>
        </w:rPr>
      </w:pPr>
      <w:r w:rsidRPr="001B4316">
        <w:rPr>
          <w:rFonts w:ascii="Times New Roman" w:hAnsi="Times New Roman" w:cs="Times New Roman"/>
          <w:b/>
          <w:sz w:val="20"/>
          <w:szCs w:val="20"/>
        </w:rPr>
        <w:t>COMUNICAZIONE PER I GENITORI – AUTORIZZAZIONE USCITA</w:t>
      </w:r>
    </w:p>
    <w:p w14:paraId="3B3C388B" w14:textId="77777777" w:rsidR="0050604E" w:rsidRPr="001B4316" w:rsidRDefault="005B3282" w:rsidP="00C74886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1B4316">
        <w:rPr>
          <w:rFonts w:ascii="Times New Roman" w:hAnsi="Times New Roman" w:cs="Times New Roman"/>
          <w:sz w:val="20"/>
          <w:szCs w:val="20"/>
        </w:rPr>
        <w:t>La/Il sottoscritta/o ________________________________________________,</w:t>
      </w:r>
      <w:r w:rsidRPr="001B4316">
        <w:rPr>
          <w:rFonts w:ascii="Times New Roman" w:hAnsi="Times New Roman" w:cs="Times New Roman"/>
          <w:sz w:val="20"/>
          <w:szCs w:val="20"/>
        </w:rPr>
        <w:br/>
        <w:t>genitore/tutore di ______________________________________________ della classe 5ª PCP,</w:t>
      </w:r>
    </w:p>
    <w:p w14:paraId="10520716" w14:textId="77777777" w:rsidR="0050604E" w:rsidRPr="001B4316" w:rsidRDefault="005B3282" w:rsidP="00C74886">
      <w:pPr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B4316">
        <w:rPr>
          <w:rFonts w:ascii="Times New Roman" w:hAnsi="Times New Roman" w:cs="Times New Roman"/>
          <w:b/>
          <w:sz w:val="20"/>
          <w:szCs w:val="20"/>
        </w:rPr>
        <w:t>autorizza quanto segue:</w:t>
      </w:r>
    </w:p>
    <w:p w14:paraId="35E6A19F" w14:textId="1FDCA536" w:rsidR="0050604E" w:rsidRPr="001B4316" w:rsidRDefault="005B3282" w:rsidP="000F6807">
      <w:pPr>
        <w:spacing w:after="120" w:line="360" w:lineRule="auto"/>
        <w:rPr>
          <w:rFonts w:ascii="Times New Roman" w:hAnsi="Times New Roman" w:cs="Times New Roman"/>
          <w:sz w:val="20"/>
          <w:szCs w:val="20"/>
        </w:rPr>
      </w:pPr>
      <w:r w:rsidRPr="001B4316">
        <w:rPr>
          <w:rFonts w:ascii="Times New Roman" w:hAnsi="Times New Roman" w:cs="Times New Roman"/>
          <w:b/>
          <w:sz w:val="20"/>
          <w:szCs w:val="20"/>
        </w:rPr>
        <w:t xml:space="preserve">• </w:t>
      </w:r>
      <w:proofErr w:type="spellStart"/>
      <w:r w:rsidRPr="001B4316">
        <w:rPr>
          <w:rFonts w:ascii="Times New Roman" w:hAnsi="Times New Roman" w:cs="Times New Roman"/>
          <w:b/>
          <w:sz w:val="20"/>
          <w:szCs w:val="20"/>
        </w:rPr>
        <w:t>Partecipazione</w:t>
      </w:r>
      <w:proofErr w:type="spellEnd"/>
      <w:r w:rsidRPr="001B4316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1B4316">
        <w:rPr>
          <w:rFonts w:ascii="Times New Roman" w:hAnsi="Times New Roman" w:cs="Times New Roman"/>
          <w:b/>
          <w:sz w:val="20"/>
          <w:szCs w:val="20"/>
        </w:rPr>
        <w:t>all’attività</w:t>
      </w:r>
      <w:proofErr w:type="spellEnd"/>
    </w:p>
    <w:p w14:paraId="6BD3274D" w14:textId="77777777" w:rsidR="0050604E" w:rsidRPr="001B4316" w:rsidRDefault="005B3282" w:rsidP="000F6807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1B4316">
        <w:rPr>
          <w:rFonts w:ascii="Times New Roman" w:hAnsi="Times New Roman" w:cs="Times New Roman"/>
          <w:sz w:val="20"/>
          <w:szCs w:val="20"/>
        </w:rPr>
        <w:t>Autorizza</w:t>
      </w:r>
      <w:proofErr w:type="spellEnd"/>
      <w:r w:rsidRPr="001B4316">
        <w:rPr>
          <w:rFonts w:ascii="Times New Roman" w:hAnsi="Times New Roman" w:cs="Times New Roman"/>
          <w:sz w:val="20"/>
          <w:szCs w:val="20"/>
        </w:rPr>
        <w:t xml:space="preserve"> la/il propria/o </w:t>
      </w:r>
      <w:proofErr w:type="spellStart"/>
      <w:r w:rsidRPr="001B4316">
        <w:rPr>
          <w:rFonts w:ascii="Times New Roman" w:hAnsi="Times New Roman" w:cs="Times New Roman"/>
          <w:sz w:val="20"/>
          <w:szCs w:val="20"/>
        </w:rPr>
        <w:t>figlia</w:t>
      </w:r>
      <w:proofErr w:type="spellEnd"/>
      <w:r w:rsidRPr="001B4316">
        <w:rPr>
          <w:rFonts w:ascii="Times New Roman" w:hAnsi="Times New Roman" w:cs="Times New Roman"/>
          <w:sz w:val="20"/>
          <w:szCs w:val="20"/>
        </w:rPr>
        <w:t>/o a partecipare, lunedì 12 ottobre 2026, all’attività promossa dalla Rete ECCO e dalla Città metropolitana di Bologna, in occasione dell’ottantesimo anniversario del voto delle donne.</w:t>
      </w:r>
    </w:p>
    <w:p w14:paraId="1E97AD4F" w14:textId="77777777" w:rsidR="0050604E" w:rsidRPr="001B4316" w:rsidRDefault="005B3282" w:rsidP="000F6807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1B4316">
        <w:rPr>
          <w:rFonts w:ascii="Times New Roman" w:hAnsi="Times New Roman" w:cs="Times New Roman"/>
          <w:sz w:val="20"/>
          <w:szCs w:val="20"/>
        </w:rPr>
        <w:t>L’iniziativa</w:t>
      </w:r>
      <w:proofErr w:type="spellEnd"/>
      <w:r w:rsidRPr="001B4316">
        <w:rPr>
          <w:rFonts w:ascii="Times New Roman" w:hAnsi="Times New Roman" w:cs="Times New Roman"/>
          <w:sz w:val="20"/>
          <w:szCs w:val="20"/>
        </w:rPr>
        <w:t xml:space="preserve">, dal </w:t>
      </w:r>
      <w:proofErr w:type="spellStart"/>
      <w:r w:rsidRPr="001B4316">
        <w:rPr>
          <w:rFonts w:ascii="Times New Roman" w:hAnsi="Times New Roman" w:cs="Times New Roman"/>
          <w:sz w:val="20"/>
          <w:szCs w:val="20"/>
        </w:rPr>
        <w:t>titolo</w:t>
      </w:r>
      <w:proofErr w:type="spellEnd"/>
      <w:r w:rsidRPr="001B4316">
        <w:rPr>
          <w:rFonts w:ascii="Times New Roman" w:hAnsi="Times New Roman" w:cs="Times New Roman"/>
          <w:sz w:val="20"/>
          <w:szCs w:val="20"/>
        </w:rPr>
        <w:t xml:space="preserve"> “Il filo della memoria – 80 anni di voto e libertà”, si svolgerà presso la Sala Consiglio della Città metropolitana di Bologna, in via Zamboni 13, dalle ore 9:30 alle ore 12:30.</w:t>
      </w:r>
    </w:p>
    <w:p w14:paraId="2E6B576E" w14:textId="40271857" w:rsidR="0050604E" w:rsidRPr="001B4316" w:rsidRDefault="005B3282" w:rsidP="000F6807">
      <w:pPr>
        <w:spacing w:after="120" w:line="360" w:lineRule="auto"/>
        <w:rPr>
          <w:rFonts w:ascii="Times New Roman" w:hAnsi="Times New Roman" w:cs="Times New Roman"/>
          <w:sz w:val="20"/>
          <w:szCs w:val="20"/>
        </w:rPr>
      </w:pPr>
      <w:r w:rsidRPr="001B4316">
        <w:rPr>
          <w:rFonts w:ascii="Times New Roman" w:hAnsi="Times New Roman" w:cs="Times New Roman"/>
          <w:b/>
          <w:sz w:val="20"/>
          <w:szCs w:val="20"/>
        </w:rPr>
        <w:t xml:space="preserve">• </w:t>
      </w:r>
      <w:proofErr w:type="spellStart"/>
      <w:r w:rsidRPr="001B4316">
        <w:rPr>
          <w:rFonts w:ascii="Times New Roman" w:hAnsi="Times New Roman" w:cs="Times New Roman"/>
          <w:b/>
          <w:sz w:val="20"/>
          <w:szCs w:val="20"/>
        </w:rPr>
        <w:t>Ritrovo</w:t>
      </w:r>
      <w:proofErr w:type="spellEnd"/>
      <w:r w:rsidRPr="001B4316">
        <w:rPr>
          <w:rFonts w:ascii="Times New Roman" w:hAnsi="Times New Roman" w:cs="Times New Roman"/>
          <w:b/>
          <w:sz w:val="20"/>
          <w:szCs w:val="20"/>
        </w:rPr>
        <w:t xml:space="preserve"> e </w:t>
      </w:r>
      <w:proofErr w:type="spellStart"/>
      <w:r w:rsidRPr="001B4316">
        <w:rPr>
          <w:rFonts w:ascii="Times New Roman" w:hAnsi="Times New Roman" w:cs="Times New Roman"/>
          <w:b/>
          <w:sz w:val="20"/>
          <w:szCs w:val="20"/>
        </w:rPr>
        <w:t>autonomia</w:t>
      </w:r>
      <w:proofErr w:type="spellEnd"/>
      <w:r w:rsidRPr="001B4316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1B4316">
        <w:rPr>
          <w:rFonts w:ascii="Times New Roman" w:hAnsi="Times New Roman" w:cs="Times New Roman"/>
          <w:b/>
          <w:sz w:val="20"/>
          <w:szCs w:val="20"/>
        </w:rPr>
        <w:t>negli</w:t>
      </w:r>
      <w:proofErr w:type="spellEnd"/>
      <w:r w:rsidRPr="001B4316">
        <w:rPr>
          <w:rFonts w:ascii="Times New Roman" w:hAnsi="Times New Roman" w:cs="Times New Roman"/>
          <w:b/>
          <w:sz w:val="20"/>
          <w:szCs w:val="20"/>
        </w:rPr>
        <w:t xml:space="preserve"> spostamenti</w:t>
      </w:r>
    </w:p>
    <w:p w14:paraId="6705DBF8" w14:textId="52C27831" w:rsidR="0050604E" w:rsidRPr="001B4316" w:rsidRDefault="005B3282" w:rsidP="000F6807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1B4316">
        <w:rPr>
          <w:rFonts w:ascii="Times New Roman" w:hAnsi="Times New Roman" w:cs="Times New Roman"/>
          <w:sz w:val="20"/>
          <w:szCs w:val="20"/>
        </w:rPr>
        <w:t>Gli</w:t>
      </w:r>
      <w:proofErr w:type="spellEnd"/>
      <w:r w:rsidRPr="001B431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B4316">
        <w:rPr>
          <w:rFonts w:ascii="Times New Roman" w:hAnsi="Times New Roman" w:cs="Times New Roman"/>
          <w:sz w:val="20"/>
          <w:szCs w:val="20"/>
        </w:rPr>
        <w:t>studenti</w:t>
      </w:r>
      <w:proofErr w:type="spellEnd"/>
      <w:r w:rsidRPr="001B431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B4316">
        <w:rPr>
          <w:rFonts w:ascii="Times New Roman" w:hAnsi="Times New Roman" w:cs="Times New Roman"/>
          <w:sz w:val="20"/>
          <w:szCs w:val="20"/>
        </w:rPr>
        <w:t>si</w:t>
      </w:r>
      <w:proofErr w:type="spellEnd"/>
      <w:r w:rsidRPr="001B431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B4316">
        <w:rPr>
          <w:rFonts w:ascii="Times New Roman" w:hAnsi="Times New Roman" w:cs="Times New Roman"/>
          <w:sz w:val="20"/>
          <w:szCs w:val="20"/>
        </w:rPr>
        <w:t>incontreranno</w:t>
      </w:r>
      <w:proofErr w:type="spellEnd"/>
      <w:r w:rsidRPr="001B4316">
        <w:rPr>
          <w:rFonts w:ascii="Times New Roman" w:hAnsi="Times New Roman" w:cs="Times New Roman"/>
          <w:sz w:val="20"/>
          <w:szCs w:val="20"/>
        </w:rPr>
        <w:t xml:space="preserve"> con i</w:t>
      </w:r>
      <w:r w:rsidR="00C74886" w:rsidRPr="001B4316">
        <w:rPr>
          <w:rFonts w:ascii="Times New Roman" w:hAnsi="Times New Roman" w:cs="Times New Roman"/>
          <w:sz w:val="20"/>
          <w:szCs w:val="20"/>
        </w:rPr>
        <w:t>l</w:t>
      </w:r>
      <w:r w:rsidRPr="001B431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B4316">
        <w:rPr>
          <w:rFonts w:ascii="Times New Roman" w:hAnsi="Times New Roman" w:cs="Times New Roman"/>
          <w:sz w:val="20"/>
          <w:szCs w:val="20"/>
        </w:rPr>
        <w:t>docent</w:t>
      </w:r>
      <w:r w:rsidR="00C74886" w:rsidRPr="001B4316">
        <w:rPr>
          <w:rFonts w:ascii="Times New Roman" w:hAnsi="Times New Roman" w:cs="Times New Roman"/>
          <w:sz w:val="20"/>
          <w:szCs w:val="20"/>
        </w:rPr>
        <w:t>e</w:t>
      </w:r>
      <w:proofErr w:type="spellEnd"/>
      <w:r w:rsidRPr="001B431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B4316">
        <w:rPr>
          <w:rFonts w:ascii="Times New Roman" w:hAnsi="Times New Roman" w:cs="Times New Roman"/>
          <w:sz w:val="20"/>
          <w:szCs w:val="20"/>
        </w:rPr>
        <w:t>accompagnator</w:t>
      </w:r>
      <w:r w:rsidR="00C74886" w:rsidRPr="001B4316">
        <w:rPr>
          <w:rFonts w:ascii="Times New Roman" w:hAnsi="Times New Roman" w:cs="Times New Roman"/>
          <w:sz w:val="20"/>
          <w:szCs w:val="20"/>
        </w:rPr>
        <w:t>e</w:t>
      </w:r>
      <w:proofErr w:type="spellEnd"/>
      <w:r w:rsidRPr="001B4316">
        <w:rPr>
          <w:rFonts w:ascii="Times New Roman" w:hAnsi="Times New Roman" w:cs="Times New Roman"/>
          <w:sz w:val="20"/>
          <w:szCs w:val="20"/>
        </w:rPr>
        <w:t xml:space="preserve"> </w:t>
      </w:r>
      <w:r w:rsidRPr="001B4316">
        <w:rPr>
          <w:rFonts w:ascii="Times New Roman" w:hAnsi="Times New Roman" w:cs="Times New Roman"/>
          <w:b/>
          <w:bCs/>
          <w:sz w:val="20"/>
          <w:szCs w:val="20"/>
        </w:rPr>
        <w:t xml:space="preserve">alle ore 9:00 </w:t>
      </w:r>
      <w:proofErr w:type="spellStart"/>
      <w:r w:rsidRPr="001B4316">
        <w:rPr>
          <w:rFonts w:ascii="Times New Roman" w:hAnsi="Times New Roman" w:cs="Times New Roman"/>
          <w:b/>
          <w:bCs/>
          <w:sz w:val="20"/>
          <w:szCs w:val="20"/>
        </w:rPr>
        <w:t>presso</w:t>
      </w:r>
      <w:proofErr w:type="spellEnd"/>
      <w:r w:rsidRPr="001B4316">
        <w:rPr>
          <w:rFonts w:ascii="Times New Roman" w:hAnsi="Times New Roman" w:cs="Times New Roman"/>
          <w:b/>
          <w:bCs/>
          <w:sz w:val="20"/>
          <w:szCs w:val="20"/>
        </w:rPr>
        <w:t xml:space="preserve"> il Piazzale </w:t>
      </w:r>
      <w:proofErr w:type="spellStart"/>
      <w:r w:rsidRPr="001B4316">
        <w:rPr>
          <w:rFonts w:ascii="Times New Roman" w:hAnsi="Times New Roman" w:cs="Times New Roman"/>
          <w:b/>
          <w:bCs/>
          <w:sz w:val="20"/>
          <w:szCs w:val="20"/>
        </w:rPr>
        <w:t>Ovest</w:t>
      </w:r>
      <w:proofErr w:type="spellEnd"/>
      <w:r w:rsidRPr="001B4316">
        <w:rPr>
          <w:rFonts w:ascii="Times New Roman" w:hAnsi="Times New Roman" w:cs="Times New Roman"/>
          <w:b/>
          <w:bCs/>
          <w:sz w:val="20"/>
          <w:szCs w:val="20"/>
        </w:rPr>
        <w:t xml:space="preserve"> della Stazione Centrale di Bologna,</w:t>
      </w:r>
      <w:r w:rsidRPr="001B4316">
        <w:rPr>
          <w:rFonts w:ascii="Times New Roman" w:hAnsi="Times New Roman" w:cs="Times New Roman"/>
          <w:sz w:val="20"/>
          <w:szCs w:val="20"/>
        </w:rPr>
        <w:t xml:space="preserve"> per </w:t>
      </w:r>
      <w:proofErr w:type="spellStart"/>
      <w:r w:rsidRPr="001B4316">
        <w:rPr>
          <w:rFonts w:ascii="Times New Roman" w:hAnsi="Times New Roman" w:cs="Times New Roman"/>
          <w:sz w:val="20"/>
          <w:szCs w:val="20"/>
        </w:rPr>
        <w:t>raggiungere</w:t>
      </w:r>
      <w:proofErr w:type="spellEnd"/>
      <w:r w:rsidRPr="001B431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B4316">
        <w:rPr>
          <w:rFonts w:ascii="Times New Roman" w:hAnsi="Times New Roman" w:cs="Times New Roman"/>
          <w:sz w:val="20"/>
          <w:szCs w:val="20"/>
        </w:rPr>
        <w:t>successivamente</w:t>
      </w:r>
      <w:proofErr w:type="spellEnd"/>
      <w:r w:rsidRPr="001B4316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1B4316">
        <w:rPr>
          <w:rFonts w:ascii="Times New Roman" w:hAnsi="Times New Roman" w:cs="Times New Roman"/>
          <w:sz w:val="20"/>
          <w:szCs w:val="20"/>
        </w:rPr>
        <w:t>sede</w:t>
      </w:r>
      <w:proofErr w:type="spellEnd"/>
      <w:r w:rsidRPr="001B4316">
        <w:rPr>
          <w:rFonts w:ascii="Times New Roman" w:hAnsi="Times New Roman" w:cs="Times New Roman"/>
          <w:sz w:val="20"/>
          <w:szCs w:val="20"/>
        </w:rPr>
        <w:t xml:space="preserve"> dell’attività.</w:t>
      </w:r>
    </w:p>
    <w:p w14:paraId="66D49E18" w14:textId="77777777" w:rsidR="0050604E" w:rsidRPr="001B4316" w:rsidRDefault="005B3282" w:rsidP="000F6807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1B4316">
        <w:rPr>
          <w:rFonts w:ascii="Times New Roman" w:hAnsi="Times New Roman" w:cs="Times New Roman"/>
          <w:sz w:val="20"/>
          <w:szCs w:val="20"/>
        </w:rPr>
        <w:t>Autorizzo</w:t>
      </w:r>
      <w:proofErr w:type="spellEnd"/>
      <w:r w:rsidRPr="001B431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B4316">
        <w:rPr>
          <w:rFonts w:ascii="Times New Roman" w:hAnsi="Times New Roman" w:cs="Times New Roman"/>
          <w:sz w:val="20"/>
          <w:szCs w:val="20"/>
        </w:rPr>
        <w:t>inoltre</w:t>
      </w:r>
      <w:proofErr w:type="spellEnd"/>
      <w:r w:rsidRPr="001B4316">
        <w:rPr>
          <w:rFonts w:ascii="Times New Roman" w:hAnsi="Times New Roman" w:cs="Times New Roman"/>
          <w:sz w:val="20"/>
          <w:szCs w:val="20"/>
        </w:rPr>
        <w:t xml:space="preserve"> la/il propria/o figlia/o, al termine dell’attività, </w:t>
      </w:r>
      <w:r w:rsidRPr="001B4316">
        <w:rPr>
          <w:rFonts w:ascii="Times New Roman" w:hAnsi="Times New Roman" w:cs="Times New Roman"/>
          <w:b/>
          <w:bCs/>
          <w:sz w:val="20"/>
          <w:szCs w:val="20"/>
        </w:rPr>
        <w:t>prevista per le ore 12:30,</w:t>
      </w:r>
      <w:r w:rsidRPr="001B4316">
        <w:rPr>
          <w:rFonts w:ascii="Times New Roman" w:hAnsi="Times New Roman" w:cs="Times New Roman"/>
          <w:sz w:val="20"/>
          <w:szCs w:val="20"/>
        </w:rPr>
        <w:t xml:space="preserve"> a:</w:t>
      </w:r>
    </w:p>
    <w:p w14:paraId="05C1F93B" w14:textId="77777777" w:rsidR="0050604E" w:rsidRPr="001B4316" w:rsidRDefault="005B3282" w:rsidP="000F6807">
      <w:pPr>
        <w:spacing w:after="120" w:line="240" w:lineRule="auto"/>
        <w:ind w:left="340"/>
        <w:rPr>
          <w:rFonts w:ascii="Times New Roman" w:hAnsi="Times New Roman" w:cs="Times New Roman"/>
          <w:sz w:val="20"/>
          <w:szCs w:val="20"/>
        </w:rPr>
      </w:pPr>
      <w:r w:rsidRPr="001B4316">
        <w:rPr>
          <w:rFonts w:ascii="Times New Roman" w:hAnsi="Times New Roman" w:cs="Times New Roman"/>
          <w:sz w:val="20"/>
          <w:szCs w:val="20"/>
        </w:rPr>
        <w:t xml:space="preserve">• </w:t>
      </w:r>
      <w:proofErr w:type="spellStart"/>
      <w:r w:rsidRPr="001B4316">
        <w:rPr>
          <w:rFonts w:ascii="Times New Roman" w:hAnsi="Times New Roman" w:cs="Times New Roman"/>
          <w:sz w:val="20"/>
          <w:szCs w:val="20"/>
        </w:rPr>
        <w:t>raggiungere</w:t>
      </w:r>
      <w:proofErr w:type="spellEnd"/>
      <w:r w:rsidRPr="001B431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B4316">
        <w:rPr>
          <w:rFonts w:ascii="Times New Roman" w:hAnsi="Times New Roman" w:cs="Times New Roman"/>
          <w:sz w:val="20"/>
          <w:szCs w:val="20"/>
        </w:rPr>
        <w:t>autonomamente</w:t>
      </w:r>
      <w:proofErr w:type="spellEnd"/>
      <w:r w:rsidRPr="001B4316">
        <w:rPr>
          <w:rFonts w:ascii="Times New Roman" w:hAnsi="Times New Roman" w:cs="Times New Roman"/>
          <w:sz w:val="20"/>
          <w:szCs w:val="20"/>
        </w:rPr>
        <w:t xml:space="preserve"> la Stazione Centrale di Bologna;</w:t>
      </w:r>
    </w:p>
    <w:p w14:paraId="7D82FF3B" w14:textId="77777777" w:rsidR="0050604E" w:rsidRPr="001B4316" w:rsidRDefault="005B3282" w:rsidP="000F6807">
      <w:pPr>
        <w:spacing w:after="120" w:line="240" w:lineRule="auto"/>
        <w:ind w:left="340"/>
        <w:rPr>
          <w:rFonts w:ascii="Times New Roman" w:hAnsi="Times New Roman" w:cs="Times New Roman"/>
          <w:sz w:val="20"/>
          <w:szCs w:val="20"/>
        </w:rPr>
      </w:pPr>
      <w:r w:rsidRPr="001B4316">
        <w:rPr>
          <w:rFonts w:ascii="Times New Roman" w:hAnsi="Times New Roman" w:cs="Times New Roman"/>
          <w:sz w:val="20"/>
          <w:szCs w:val="20"/>
        </w:rPr>
        <w:t xml:space="preserve">• fare </w:t>
      </w:r>
      <w:proofErr w:type="spellStart"/>
      <w:r w:rsidRPr="001B4316">
        <w:rPr>
          <w:rFonts w:ascii="Times New Roman" w:hAnsi="Times New Roman" w:cs="Times New Roman"/>
          <w:sz w:val="20"/>
          <w:szCs w:val="20"/>
        </w:rPr>
        <w:t>rientro</w:t>
      </w:r>
      <w:proofErr w:type="spellEnd"/>
      <w:r w:rsidRPr="001B431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B4316">
        <w:rPr>
          <w:rFonts w:ascii="Times New Roman" w:hAnsi="Times New Roman" w:cs="Times New Roman"/>
          <w:sz w:val="20"/>
          <w:szCs w:val="20"/>
        </w:rPr>
        <w:t>autonomamente</w:t>
      </w:r>
      <w:proofErr w:type="spellEnd"/>
      <w:r w:rsidRPr="001B431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B4316">
        <w:rPr>
          <w:rFonts w:ascii="Times New Roman" w:hAnsi="Times New Roman" w:cs="Times New Roman"/>
          <w:sz w:val="20"/>
          <w:szCs w:val="20"/>
        </w:rPr>
        <w:t>presso</w:t>
      </w:r>
      <w:proofErr w:type="spellEnd"/>
      <w:r w:rsidRPr="001B4316">
        <w:rPr>
          <w:rFonts w:ascii="Times New Roman" w:hAnsi="Times New Roman" w:cs="Times New Roman"/>
          <w:sz w:val="20"/>
          <w:szCs w:val="20"/>
        </w:rPr>
        <w:t xml:space="preserve"> la propria abitazione, utilizzando i mezzi di trasporto necessari.</w:t>
      </w:r>
    </w:p>
    <w:p w14:paraId="2586807B" w14:textId="77777777" w:rsidR="0050604E" w:rsidRPr="001B4316" w:rsidRDefault="005B3282" w:rsidP="000F6807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1B4316">
        <w:rPr>
          <w:rFonts w:ascii="Times New Roman" w:hAnsi="Times New Roman" w:cs="Times New Roman"/>
          <w:sz w:val="20"/>
          <w:szCs w:val="20"/>
        </w:rPr>
        <w:t xml:space="preserve">La </w:t>
      </w:r>
      <w:proofErr w:type="spellStart"/>
      <w:r w:rsidRPr="001B4316">
        <w:rPr>
          <w:rFonts w:ascii="Times New Roman" w:hAnsi="Times New Roman" w:cs="Times New Roman"/>
          <w:sz w:val="20"/>
          <w:szCs w:val="20"/>
        </w:rPr>
        <w:t>presente</w:t>
      </w:r>
      <w:proofErr w:type="spellEnd"/>
      <w:r w:rsidRPr="001B431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B4316">
        <w:rPr>
          <w:rFonts w:ascii="Times New Roman" w:hAnsi="Times New Roman" w:cs="Times New Roman"/>
          <w:sz w:val="20"/>
          <w:szCs w:val="20"/>
        </w:rPr>
        <w:t>autorizzazione</w:t>
      </w:r>
      <w:proofErr w:type="spellEnd"/>
      <w:r w:rsidRPr="001B4316">
        <w:rPr>
          <w:rFonts w:ascii="Times New Roman" w:hAnsi="Times New Roman" w:cs="Times New Roman"/>
          <w:sz w:val="20"/>
          <w:szCs w:val="20"/>
        </w:rPr>
        <w:t xml:space="preserve"> è necessaria per consentire alla/allo studentessa/studente di rientrare </w:t>
      </w:r>
      <w:proofErr w:type="spellStart"/>
      <w:r w:rsidRPr="001B4316">
        <w:rPr>
          <w:rFonts w:ascii="Times New Roman" w:hAnsi="Times New Roman" w:cs="Times New Roman"/>
          <w:sz w:val="20"/>
          <w:szCs w:val="20"/>
        </w:rPr>
        <w:t>autonomamente</w:t>
      </w:r>
      <w:proofErr w:type="spellEnd"/>
      <w:r w:rsidRPr="001B4316">
        <w:rPr>
          <w:rFonts w:ascii="Times New Roman" w:hAnsi="Times New Roman" w:cs="Times New Roman"/>
          <w:sz w:val="20"/>
          <w:szCs w:val="20"/>
        </w:rPr>
        <w:t xml:space="preserve"> al </w:t>
      </w:r>
      <w:proofErr w:type="spellStart"/>
      <w:r w:rsidRPr="001B4316">
        <w:rPr>
          <w:rFonts w:ascii="Times New Roman" w:hAnsi="Times New Roman" w:cs="Times New Roman"/>
          <w:sz w:val="20"/>
          <w:szCs w:val="20"/>
        </w:rPr>
        <w:t>termine</w:t>
      </w:r>
      <w:proofErr w:type="spellEnd"/>
      <w:r w:rsidRPr="001B431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B4316">
        <w:rPr>
          <w:rFonts w:ascii="Times New Roman" w:hAnsi="Times New Roman" w:cs="Times New Roman"/>
          <w:sz w:val="20"/>
          <w:szCs w:val="20"/>
        </w:rPr>
        <w:t>dell’attività</w:t>
      </w:r>
      <w:proofErr w:type="spellEnd"/>
      <w:r w:rsidRPr="001B4316">
        <w:rPr>
          <w:rFonts w:ascii="Times New Roman" w:hAnsi="Times New Roman" w:cs="Times New Roman"/>
          <w:sz w:val="20"/>
          <w:szCs w:val="20"/>
        </w:rPr>
        <w:t>.</w:t>
      </w:r>
    </w:p>
    <w:p w14:paraId="0C43C8AD" w14:textId="08AF46E1" w:rsidR="001B4316" w:rsidRPr="001B4316" w:rsidRDefault="001B4316" w:rsidP="000F6807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1B4316">
        <w:rPr>
          <w:rFonts w:ascii="Times New Roman" w:hAnsi="Times New Roman" w:cs="Times New Roman"/>
          <w:sz w:val="20"/>
          <w:szCs w:val="20"/>
        </w:rPr>
        <w:t xml:space="preserve">La </w:t>
      </w:r>
      <w:proofErr w:type="spellStart"/>
      <w:r w:rsidRPr="001B4316">
        <w:rPr>
          <w:rFonts w:ascii="Times New Roman" w:hAnsi="Times New Roman" w:cs="Times New Roman"/>
          <w:sz w:val="20"/>
          <w:szCs w:val="20"/>
        </w:rPr>
        <w:t>partecipazione</w:t>
      </w:r>
      <w:proofErr w:type="spellEnd"/>
      <w:r w:rsidRPr="001B431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B4316">
        <w:rPr>
          <w:rFonts w:ascii="Times New Roman" w:hAnsi="Times New Roman" w:cs="Times New Roman"/>
          <w:sz w:val="20"/>
          <w:szCs w:val="20"/>
        </w:rPr>
        <w:t>all’evento</w:t>
      </w:r>
      <w:proofErr w:type="spellEnd"/>
      <w:r w:rsidRPr="001B4316">
        <w:rPr>
          <w:rFonts w:ascii="Times New Roman" w:hAnsi="Times New Roman" w:cs="Times New Roman"/>
          <w:sz w:val="20"/>
          <w:szCs w:val="20"/>
        </w:rPr>
        <w:t xml:space="preserve"> e </w:t>
      </w:r>
      <w:proofErr w:type="spellStart"/>
      <w:r w:rsidRPr="001B4316">
        <w:rPr>
          <w:rFonts w:ascii="Times New Roman" w:hAnsi="Times New Roman" w:cs="Times New Roman"/>
          <w:sz w:val="20"/>
          <w:szCs w:val="20"/>
        </w:rPr>
        <w:t>gratuita</w:t>
      </w:r>
      <w:proofErr w:type="spellEnd"/>
    </w:p>
    <w:p w14:paraId="33FBC6E0" w14:textId="5A9305FA" w:rsidR="0050604E" w:rsidRPr="001B4316" w:rsidRDefault="0050604E" w:rsidP="000F6807">
      <w:pPr>
        <w:spacing w:after="120" w:line="360" w:lineRule="auto"/>
        <w:rPr>
          <w:rFonts w:ascii="Times New Roman" w:hAnsi="Times New Roman" w:cs="Times New Roman"/>
          <w:sz w:val="20"/>
          <w:szCs w:val="20"/>
        </w:rPr>
      </w:pPr>
    </w:p>
    <w:p w14:paraId="497CD27D" w14:textId="555921A9" w:rsidR="0050604E" w:rsidRDefault="0050604E" w:rsidP="000F6807">
      <w:pPr>
        <w:spacing w:line="360" w:lineRule="auto"/>
      </w:pPr>
    </w:p>
    <w:p w14:paraId="10C0BF92" w14:textId="77777777" w:rsidR="001B4316" w:rsidRDefault="001B4316" w:rsidP="000F6807">
      <w:pPr>
        <w:spacing w:line="360" w:lineRule="auto"/>
      </w:pPr>
    </w:p>
    <w:tbl>
      <w:tblPr>
        <w:tblW w:w="10466" w:type="dxa"/>
        <w:tblLook w:val="04A0" w:firstRow="1" w:lastRow="0" w:firstColumn="1" w:lastColumn="0" w:noHBand="0" w:noVBand="1"/>
      </w:tblPr>
      <w:tblGrid>
        <w:gridCol w:w="5233"/>
        <w:gridCol w:w="5233"/>
      </w:tblGrid>
      <w:tr w:rsidR="0050604E" w14:paraId="7D01411D" w14:textId="77777777" w:rsidTr="000F6807">
        <w:trPr>
          <w:trHeight w:val="502"/>
        </w:trPr>
        <w:tc>
          <w:tcPr>
            <w:tcW w:w="5233" w:type="dxa"/>
          </w:tcPr>
          <w:p w14:paraId="54A3F1C1" w14:textId="77777777" w:rsidR="0050604E" w:rsidRDefault="005B3282" w:rsidP="00E913B4">
            <w:pPr>
              <w:jc w:val="center"/>
            </w:pPr>
            <w:r>
              <w:t>Luogo e Data</w:t>
            </w:r>
          </w:p>
        </w:tc>
        <w:tc>
          <w:tcPr>
            <w:tcW w:w="5233" w:type="dxa"/>
          </w:tcPr>
          <w:p w14:paraId="307E6BFB" w14:textId="77777777" w:rsidR="0050604E" w:rsidRDefault="005B3282" w:rsidP="00E913B4">
            <w:pPr>
              <w:jc w:val="center"/>
            </w:pPr>
            <w:r>
              <w:t>Firma del genitore/tutore</w:t>
            </w:r>
          </w:p>
        </w:tc>
      </w:tr>
      <w:tr w:rsidR="0050604E" w14:paraId="69321104" w14:textId="77777777" w:rsidTr="000F6807">
        <w:trPr>
          <w:trHeight w:val="502"/>
        </w:trPr>
        <w:tc>
          <w:tcPr>
            <w:tcW w:w="5233" w:type="dxa"/>
          </w:tcPr>
          <w:p w14:paraId="342BF9EF" w14:textId="614AABF7" w:rsidR="0050604E" w:rsidRDefault="005B3282" w:rsidP="00E913B4">
            <w:pPr>
              <w:jc w:val="center"/>
            </w:pPr>
            <w:r>
              <w:t>___________________________</w:t>
            </w:r>
          </w:p>
        </w:tc>
        <w:tc>
          <w:tcPr>
            <w:tcW w:w="5233" w:type="dxa"/>
          </w:tcPr>
          <w:p w14:paraId="16201E2B" w14:textId="1B8931C6" w:rsidR="0050604E" w:rsidRDefault="000F6807" w:rsidP="00E913B4">
            <w:pPr>
              <w:jc w:val="center"/>
            </w:pPr>
            <w:r>
              <w:t>______</w:t>
            </w:r>
            <w:r w:rsidR="005B3282">
              <w:t>_______________________</w:t>
            </w:r>
          </w:p>
        </w:tc>
      </w:tr>
    </w:tbl>
    <w:p w14:paraId="40C3A58A" w14:textId="77777777" w:rsidR="005B3282" w:rsidRDefault="005B3282"/>
    <w:sectPr w:rsidR="005B3282" w:rsidSect="000F6807">
      <w:pgSz w:w="12240" w:h="15840"/>
      <w:pgMar w:top="1134" w:right="1247" w:bottom="56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72833624">
    <w:abstractNumId w:val="8"/>
  </w:num>
  <w:num w:numId="2" w16cid:durableId="833762566">
    <w:abstractNumId w:val="6"/>
  </w:num>
  <w:num w:numId="3" w16cid:durableId="417605798">
    <w:abstractNumId w:val="5"/>
  </w:num>
  <w:num w:numId="4" w16cid:durableId="320933317">
    <w:abstractNumId w:val="4"/>
  </w:num>
  <w:num w:numId="5" w16cid:durableId="1221601788">
    <w:abstractNumId w:val="7"/>
  </w:num>
  <w:num w:numId="6" w16cid:durableId="913702934">
    <w:abstractNumId w:val="3"/>
  </w:num>
  <w:num w:numId="7" w16cid:durableId="1644964680">
    <w:abstractNumId w:val="2"/>
  </w:num>
  <w:num w:numId="8" w16cid:durableId="2128087521">
    <w:abstractNumId w:val="1"/>
  </w:num>
  <w:num w:numId="9" w16cid:durableId="1222332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6807"/>
    <w:rsid w:val="0015074B"/>
    <w:rsid w:val="001534B0"/>
    <w:rsid w:val="001B4316"/>
    <w:rsid w:val="0029639D"/>
    <w:rsid w:val="002E7FE4"/>
    <w:rsid w:val="00326F90"/>
    <w:rsid w:val="00502C10"/>
    <w:rsid w:val="0050604E"/>
    <w:rsid w:val="005B3282"/>
    <w:rsid w:val="00AA1D8D"/>
    <w:rsid w:val="00B42F49"/>
    <w:rsid w:val="00B47730"/>
    <w:rsid w:val="00C74886"/>
    <w:rsid w:val="00CB0664"/>
    <w:rsid w:val="00E913B4"/>
    <w:rsid w:val="00F244D6"/>
    <w:rsid w:val="00F3239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D10A41"/>
  <w14:defaultImageDpi w14:val="300"/>
  <w15:docId w15:val="{4FA2742D-1C44-4A95-B9AF-D6C0929D1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hAnsi="Arial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llegamentoipertestuale">
    <w:name w:val="Hyperlink"/>
    <w:basedOn w:val="Carpredefinitoparagrafo"/>
    <w:uiPriority w:val="99"/>
    <w:unhideWhenUsed/>
    <w:rsid w:val="00C74886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748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1467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 Segreteria 04</cp:lastModifiedBy>
  <cp:revision>2</cp:revision>
  <dcterms:created xsi:type="dcterms:W3CDTF">2026-10-06T11:11:00Z</dcterms:created>
  <dcterms:modified xsi:type="dcterms:W3CDTF">2026-10-06T11:11:00Z</dcterms:modified>
  <cp:category/>
</cp:coreProperties>
</file>