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6AAB" w:rsidRPr="001803AB" w:rsidRDefault="00000000" w:rsidP="001803AB">
      <w:pPr>
        <w:pStyle w:val="Titolo1"/>
        <w:rPr>
          <w:rFonts w:cstheme="majorHAnsi"/>
          <w:color w:val="000000" w:themeColor="text1"/>
          <w:lang w:val="it-IT"/>
        </w:rPr>
      </w:pPr>
      <w:r w:rsidRPr="001803AB">
        <w:rPr>
          <w:rFonts w:cstheme="majorHAnsi"/>
          <w:color w:val="000000" w:themeColor="text1"/>
          <w:lang w:val="it-IT"/>
        </w:rPr>
        <w:t>ALLEGATO A</w:t>
      </w:r>
    </w:p>
    <w:p w:rsidR="00BF6AAB" w:rsidRPr="001803AB" w:rsidRDefault="00000000">
      <w:pPr>
        <w:jc w:val="center"/>
        <w:rPr>
          <w:rFonts w:asciiTheme="majorHAnsi" w:hAnsiTheme="majorHAnsi" w:cstheme="majorHAnsi"/>
          <w:b/>
          <w:bCs/>
          <w:lang w:val="it-IT"/>
        </w:rPr>
      </w:pPr>
      <w:r w:rsidRPr="001803AB">
        <w:rPr>
          <w:rFonts w:asciiTheme="majorHAnsi" w:hAnsiTheme="majorHAnsi" w:cstheme="majorHAnsi"/>
          <w:b/>
          <w:bCs/>
          <w:lang w:val="it-IT"/>
        </w:rPr>
        <w:t>DOMANDA DI PARTECIPAZIONE ALLA SELEZIONE INTERNA PER L’INCARICO DI ESPERTO DI MONITORAGGIO</w:t>
      </w:r>
      <w:r w:rsidR="001803AB" w:rsidRPr="001803AB">
        <w:rPr>
          <w:rFonts w:asciiTheme="majorHAnsi" w:hAnsiTheme="majorHAnsi" w:cstheme="majorHAnsi"/>
          <w:b/>
          <w:bCs/>
          <w:lang w:val="it-IT"/>
        </w:rPr>
        <w:t xml:space="preserve"> </w:t>
      </w:r>
      <w:r w:rsidR="001803AB" w:rsidRPr="001803AB">
        <w:rPr>
          <w:rFonts w:asciiTheme="majorHAnsi" w:hAnsiTheme="majorHAnsi" w:cstheme="majorHAnsi"/>
          <w:b/>
          <w:bCs/>
          <w:lang w:val="it-IT"/>
        </w:rPr>
        <w:t>DEL PROGETTO FAMI PROG-226 “UNA SCUOLA DI PAROLE” CUP C34C25000000006</w:t>
      </w:r>
    </w:p>
    <w:p w:rsidR="00BF6AAB" w:rsidRDefault="00000000" w:rsidP="001803AB">
      <w:pPr>
        <w:jc w:val="right"/>
        <w:rPr>
          <w:rFonts w:asciiTheme="majorHAnsi" w:hAnsiTheme="majorHAnsi" w:cstheme="majorHAnsi"/>
          <w:lang w:val="it-IT"/>
        </w:rPr>
      </w:pPr>
      <w:r w:rsidRPr="001803AB">
        <w:rPr>
          <w:rFonts w:asciiTheme="majorHAnsi" w:hAnsiTheme="majorHAnsi" w:cstheme="majorHAnsi"/>
          <w:lang w:val="it-IT"/>
        </w:rPr>
        <w:t>Al Dirigente Scolastico</w:t>
      </w:r>
    </w:p>
    <w:p w:rsidR="00447B55" w:rsidRPr="001803AB" w:rsidRDefault="00447B55" w:rsidP="001803AB">
      <w:pPr>
        <w:jc w:val="right"/>
        <w:rPr>
          <w:rFonts w:asciiTheme="majorHAnsi" w:hAnsiTheme="majorHAnsi" w:cstheme="majorHAnsi"/>
          <w:lang w:val="it-IT"/>
        </w:rPr>
      </w:pPr>
    </w:p>
    <w:p w:rsidR="00BF6AAB" w:rsidRPr="001803AB" w:rsidRDefault="00000000">
      <w:pPr>
        <w:rPr>
          <w:rFonts w:asciiTheme="majorHAnsi" w:hAnsiTheme="majorHAnsi" w:cstheme="majorHAnsi"/>
          <w:lang w:val="it-IT"/>
        </w:rPr>
      </w:pPr>
      <w:r w:rsidRPr="001803AB">
        <w:rPr>
          <w:rFonts w:asciiTheme="majorHAnsi" w:hAnsiTheme="majorHAnsi" w:cstheme="majorHAnsi"/>
          <w:lang w:val="it-IT"/>
        </w:rPr>
        <w:t>Il/La sottoscritto/a:</w:t>
      </w:r>
    </w:p>
    <w:p w:rsidR="00BF6AAB" w:rsidRPr="001803AB" w:rsidRDefault="00000000">
      <w:pPr>
        <w:rPr>
          <w:rFonts w:asciiTheme="majorHAnsi" w:hAnsiTheme="majorHAnsi" w:cstheme="majorHAnsi"/>
          <w:lang w:val="it-IT"/>
        </w:rPr>
      </w:pPr>
      <w:r w:rsidRPr="001803AB">
        <w:rPr>
          <w:rFonts w:asciiTheme="majorHAnsi" w:hAnsiTheme="majorHAnsi" w:cstheme="majorHAnsi"/>
          <w:lang w:val="it-IT"/>
        </w:rPr>
        <w:t>Cognome e Nome: _________________________________________________</w:t>
      </w:r>
    </w:p>
    <w:p w:rsidR="00BF6AAB" w:rsidRPr="001803AB" w:rsidRDefault="00000000">
      <w:pPr>
        <w:rPr>
          <w:rFonts w:asciiTheme="majorHAnsi" w:hAnsiTheme="majorHAnsi" w:cstheme="majorHAnsi"/>
          <w:lang w:val="it-IT"/>
        </w:rPr>
      </w:pPr>
      <w:r w:rsidRPr="001803AB">
        <w:rPr>
          <w:rFonts w:asciiTheme="majorHAnsi" w:hAnsiTheme="majorHAnsi" w:cstheme="majorHAnsi"/>
          <w:lang w:val="it-IT"/>
        </w:rPr>
        <w:t>Luogo e data di nascita: _________________________________________________</w:t>
      </w:r>
    </w:p>
    <w:p w:rsidR="00BF6AAB" w:rsidRPr="001803AB" w:rsidRDefault="00000000">
      <w:pPr>
        <w:rPr>
          <w:rFonts w:asciiTheme="majorHAnsi" w:hAnsiTheme="majorHAnsi" w:cstheme="majorHAnsi"/>
          <w:lang w:val="it-IT"/>
        </w:rPr>
      </w:pPr>
      <w:r w:rsidRPr="001803AB">
        <w:rPr>
          <w:rFonts w:asciiTheme="majorHAnsi" w:hAnsiTheme="majorHAnsi" w:cstheme="majorHAnsi"/>
          <w:lang w:val="it-IT"/>
        </w:rPr>
        <w:t>Codice Fiscale: _________________________________________________</w:t>
      </w:r>
    </w:p>
    <w:p w:rsidR="00BF6AAB" w:rsidRPr="001803AB" w:rsidRDefault="00000000">
      <w:pPr>
        <w:rPr>
          <w:rFonts w:asciiTheme="majorHAnsi" w:hAnsiTheme="majorHAnsi" w:cstheme="majorHAnsi"/>
          <w:lang w:val="it-IT"/>
        </w:rPr>
      </w:pPr>
      <w:r w:rsidRPr="001803AB">
        <w:rPr>
          <w:rFonts w:asciiTheme="majorHAnsi" w:hAnsiTheme="majorHAnsi" w:cstheme="majorHAnsi"/>
          <w:lang w:val="it-IT"/>
        </w:rPr>
        <w:t>Residenza (indirizzo completo): _________________________________________________</w:t>
      </w:r>
    </w:p>
    <w:p w:rsidR="00BF6AAB" w:rsidRPr="001803AB" w:rsidRDefault="00000000">
      <w:pPr>
        <w:rPr>
          <w:rFonts w:asciiTheme="majorHAnsi" w:hAnsiTheme="majorHAnsi" w:cstheme="majorHAnsi"/>
          <w:lang w:val="it-IT"/>
        </w:rPr>
      </w:pPr>
      <w:r w:rsidRPr="001803AB">
        <w:rPr>
          <w:rFonts w:asciiTheme="majorHAnsi" w:hAnsiTheme="majorHAnsi" w:cstheme="majorHAnsi"/>
          <w:lang w:val="it-IT"/>
        </w:rPr>
        <w:t>Numero di telefono: _________________________________________________</w:t>
      </w:r>
    </w:p>
    <w:p w:rsidR="00BF6AAB" w:rsidRPr="001803AB" w:rsidRDefault="00000000">
      <w:pPr>
        <w:rPr>
          <w:rFonts w:asciiTheme="majorHAnsi" w:hAnsiTheme="majorHAnsi" w:cstheme="majorHAnsi"/>
          <w:lang w:val="it-IT"/>
        </w:rPr>
      </w:pPr>
      <w:r w:rsidRPr="001803AB">
        <w:rPr>
          <w:rFonts w:asciiTheme="majorHAnsi" w:hAnsiTheme="majorHAnsi" w:cstheme="majorHAnsi"/>
          <w:lang w:val="it-IT"/>
        </w:rPr>
        <w:t>Indirizzo email: _________________________________________________</w:t>
      </w:r>
    </w:p>
    <w:p w:rsidR="00BF6AAB" w:rsidRPr="001803AB" w:rsidRDefault="00000000">
      <w:pPr>
        <w:rPr>
          <w:rFonts w:asciiTheme="majorHAnsi" w:hAnsiTheme="majorHAnsi" w:cstheme="majorHAnsi"/>
          <w:lang w:val="it-IT"/>
        </w:rPr>
      </w:pPr>
      <w:r w:rsidRPr="001803AB">
        <w:rPr>
          <w:rFonts w:asciiTheme="majorHAnsi" w:hAnsiTheme="majorHAnsi" w:cstheme="majorHAnsi"/>
          <w:lang w:val="it-IT"/>
        </w:rPr>
        <w:t>Ruolo e sede di servizio presso il CPIA: _________________________________________________</w:t>
      </w:r>
    </w:p>
    <w:p w:rsidR="00BF6AAB" w:rsidRPr="001803AB" w:rsidRDefault="00000000" w:rsidP="001803AB">
      <w:pPr>
        <w:jc w:val="center"/>
        <w:rPr>
          <w:rFonts w:asciiTheme="majorHAnsi" w:hAnsiTheme="majorHAnsi" w:cstheme="majorHAnsi"/>
          <w:b/>
          <w:bCs/>
          <w:lang w:val="it-IT"/>
        </w:rPr>
      </w:pPr>
      <w:r w:rsidRPr="001803AB">
        <w:rPr>
          <w:rFonts w:asciiTheme="majorHAnsi" w:hAnsiTheme="majorHAnsi" w:cstheme="majorHAnsi"/>
          <w:lang w:val="it-IT"/>
        </w:rPr>
        <w:br/>
      </w:r>
      <w:r w:rsidRPr="001803AB">
        <w:rPr>
          <w:rFonts w:asciiTheme="majorHAnsi" w:hAnsiTheme="majorHAnsi" w:cstheme="majorHAnsi"/>
          <w:b/>
          <w:bCs/>
          <w:lang w:val="it-IT"/>
        </w:rPr>
        <w:t>CHIEDE</w:t>
      </w:r>
    </w:p>
    <w:p w:rsidR="00BF6AAB" w:rsidRPr="001803AB" w:rsidRDefault="00000000" w:rsidP="001803AB">
      <w:pPr>
        <w:jc w:val="both"/>
        <w:rPr>
          <w:rFonts w:asciiTheme="majorHAnsi" w:hAnsiTheme="majorHAnsi" w:cstheme="majorHAnsi"/>
          <w:lang w:val="it-IT"/>
        </w:rPr>
      </w:pPr>
      <w:r w:rsidRPr="001803AB">
        <w:rPr>
          <w:rFonts w:asciiTheme="majorHAnsi" w:hAnsiTheme="majorHAnsi" w:cstheme="majorHAnsi"/>
          <w:lang w:val="it-IT"/>
        </w:rPr>
        <w:t>di partecipare alla selezione interna per l’incarico di ESPERTO DI MONITORAGGIO nell’ambito del progetto FAMI 2021–2027 – Obiettivo Specifico 2 – ON 2 “Integrazione e Inclusione”</w:t>
      </w:r>
      <w:r w:rsidR="001803AB" w:rsidRPr="001803AB">
        <w:rPr>
          <w:rFonts w:asciiTheme="majorHAnsi" w:hAnsiTheme="majorHAnsi" w:cstheme="majorHAnsi"/>
          <w:lang w:val="it-IT"/>
        </w:rPr>
        <w:t xml:space="preserve"> </w:t>
      </w:r>
      <w:r w:rsidR="001803AB" w:rsidRPr="001803AB">
        <w:rPr>
          <w:rFonts w:asciiTheme="majorHAnsi" w:hAnsiTheme="majorHAnsi" w:cstheme="majorHAnsi"/>
          <w:lang w:val="it-IT"/>
        </w:rPr>
        <w:t>PROG-226 “UNA SCUOLA DI PAROLE” CUP C34C25000000006</w:t>
      </w:r>
    </w:p>
    <w:p w:rsidR="00BF6AAB" w:rsidRPr="001803AB" w:rsidRDefault="00000000">
      <w:pPr>
        <w:rPr>
          <w:rFonts w:asciiTheme="majorHAnsi" w:hAnsiTheme="majorHAnsi" w:cstheme="majorHAnsi"/>
          <w:lang w:val="it-IT"/>
        </w:rPr>
      </w:pPr>
      <w:r w:rsidRPr="001803AB">
        <w:rPr>
          <w:rFonts w:asciiTheme="majorHAnsi" w:hAnsiTheme="majorHAnsi" w:cstheme="majorHAnsi"/>
          <w:lang w:val="it-IT"/>
        </w:rPr>
        <w:br/>
        <w:t>A tal fine, allega alla presente:</w:t>
      </w:r>
    </w:p>
    <w:p w:rsidR="00BF6AAB" w:rsidRPr="001803AB" w:rsidRDefault="00000000">
      <w:pPr>
        <w:rPr>
          <w:rFonts w:asciiTheme="majorHAnsi" w:hAnsiTheme="majorHAnsi" w:cstheme="majorHAnsi"/>
          <w:lang w:val="it-IT"/>
        </w:rPr>
      </w:pPr>
      <w:r w:rsidRPr="001803AB">
        <w:rPr>
          <w:rFonts w:asciiTheme="majorHAnsi" w:hAnsiTheme="majorHAnsi" w:cstheme="majorHAnsi"/>
          <w:lang w:val="it-IT"/>
        </w:rPr>
        <w:t>1. Curriculum vitae aggiornato e firmato;</w:t>
      </w:r>
    </w:p>
    <w:p w:rsidR="00BF6AAB" w:rsidRPr="001803AB" w:rsidRDefault="001803AB">
      <w:pPr>
        <w:rPr>
          <w:rFonts w:asciiTheme="majorHAnsi" w:hAnsiTheme="majorHAnsi" w:cstheme="majorHAnsi"/>
          <w:lang w:val="it-IT"/>
        </w:rPr>
      </w:pPr>
      <w:r>
        <w:rPr>
          <w:rFonts w:asciiTheme="majorHAnsi" w:hAnsiTheme="majorHAnsi" w:cstheme="majorHAnsi"/>
          <w:lang w:val="it-IT"/>
        </w:rPr>
        <w:t>2</w:t>
      </w:r>
      <w:r w:rsidR="00000000" w:rsidRPr="001803AB">
        <w:rPr>
          <w:rFonts w:asciiTheme="majorHAnsi" w:hAnsiTheme="majorHAnsi" w:cstheme="majorHAnsi"/>
          <w:lang w:val="it-IT"/>
        </w:rPr>
        <w:t xml:space="preserve">. </w:t>
      </w:r>
      <w:r>
        <w:rPr>
          <w:rFonts w:asciiTheme="majorHAnsi" w:hAnsiTheme="majorHAnsi" w:cstheme="majorHAnsi"/>
          <w:lang w:val="it-IT"/>
        </w:rPr>
        <w:t>Dichiarazione cause di incompatibilità e inconferibilità</w:t>
      </w:r>
      <w:r w:rsidR="00000000" w:rsidRPr="001803AB">
        <w:rPr>
          <w:rFonts w:asciiTheme="majorHAnsi" w:hAnsiTheme="majorHAnsi" w:cstheme="majorHAnsi"/>
          <w:lang w:val="it-IT"/>
        </w:rPr>
        <w:t>.</w:t>
      </w:r>
    </w:p>
    <w:p w:rsidR="00BF6AAB" w:rsidRPr="001803AB" w:rsidRDefault="00000000">
      <w:pPr>
        <w:rPr>
          <w:rFonts w:asciiTheme="majorHAnsi" w:hAnsiTheme="majorHAnsi" w:cstheme="majorHAnsi"/>
          <w:lang w:val="it-IT"/>
        </w:rPr>
      </w:pPr>
      <w:r w:rsidRPr="001803AB">
        <w:rPr>
          <w:rFonts w:asciiTheme="majorHAnsi" w:hAnsiTheme="majorHAnsi" w:cstheme="majorHAnsi"/>
          <w:lang w:val="it-IT"/>
        </w:rPr>
        <w:br/>
        <w:t>Dichiara di essere consapevole che l’incarico sarà conferito nel rispetto della normativa vigente e subordinatamente alla disponibilità dei fondi e alla rendicontazione delle attività svolte.</w:t>
      </w:r>
    </w:p>
    <w:p w:rsidR="00BF6AAB" w:rsidRPr="001803AB" w:rsidRDefault="00000000">
      <w:pPr>
        <w:rPr>
          <w:rFonts w:asciiTheme="majorHAnsi" w:hAnsiTheme="majorHAnsi" w:cstheme="majorHAnsi"/>
        </w:rPr>
      </w:pPr>
      <w:r w:rsidRPr="001803AB">
        <w:rPr>
          <w:rFonts w:asciiTheme="majorHAnsi" w:hAnsiTheme="majorHAnsi" w:cstheme="majorHAnsi"/>
          <w:lang w:val="it-IT"/>
        </w:rPr>
        <w:br/>
      </w:r>
      <w:r w:rsidRPr="001803AB">
        <w:rPr>
          <w:rFonts w:asciiTheme="majorHAnsi" w:hAnsiTheme="majorHAnsi" w:cstheme="majorHAnsi"/>
        </w:rPr>
        <w:t>Data: ____________________</w:t>
      </w:r>
    </w:p>
    <w:p w:rsidR="00BF6AAB" w:rsidRPr="001803AB" w:rsidRDefault="00000000" w:rsidP="001803AB">
      <w:pPr>
        <w:jc w:val="right"/>
        <w:rPr>
          <w:rFonts w:asciiTheme="majorHAnsi" w:hAnsiTheme="majorHAnsi" w:cstheme="majorHAnsi"/>
        </w:rPr>
      </w:pPr>
      <w:r w:rsidRPr="001803AB">
        <w:rPr>
          <w:rFonts w:asciiTheme="majorHAnsi" w:hAnsiTheme="majorHAnsi" w:cstheme="majorHAnsi"/>
        </w:rPr>
        <w:br/>
        <w:t>Firma: ____________________</w:t>
      </w:r>
    </w:p>
    <w:sectPr w:rsidR="00BF6AAB" w:rsidRPr="001803AB" w:rsidSect="00447B55">
      <w:pgSz w:w="12240" w:h="15840"/>
      <w:pgMar w:top="474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2749595">
    <w:abstractNumId w:val="8"/>
  </w:num>
  <w:num w:numId="2" w16cid:durableId="1076590564">
    <w:abstractNumId w:val="6"/>
  </w:num>
  <w:num w:numId="3" w16cid:durableId="1992756761">
    <w:abstractNumId w:val="5"/>
  </w:num>
  <w:num w:numId="4" w16cid:durableId="969743342">
    <w:abstractNumId w:val="4"/>
  </w:num>
  <w:num w:numId="5" w16cid:durableId="1446191220">
    <w:abstractNumId w:val="7"/>
  </w:num>
  <w:num w:numId="6" w16cid:durableId="532964728">
    <w:abstractNumId w:val="3"/>
  </w:num>
  <w:num w:numId="7" w16cid:durableId="763377544">
    <w:abstractNumId w:val="2"/>
  </w:num>
  <w:num w:numId="8" w16cid:durableId="974406207">
    <w:abstractNumId w:val="1"/>
  </w:num>
  <w:num w:numId="9" w16cid:durableId="112528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803AB"/>
    <w:rsid w:val="0029639D"/>
    <w:rsid w:val="00326F90"/>
    <w:rsid w:val="00447B55"/>
    <w:rsid w:val="006243DC"/>
    <w:rsid w:val="00AA1D8D"/>
    <w:rsid w:val="00B47730"/>
    <w:rsid w:val="00BF6AAB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407EFF"/>
  <w14:defaultImageDpi w14:val="300"/>
  <w15:docId w15:val="{3E7D421C-F0DA-F54A-8EDE-197A165F3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BOMM36300D - CPIA 2 Bologna</cp:lastModifiedBy>
  <cp:revision>2</cp:revision>
  <dcterms:created xsi:type="dcterms:W3CDTF">2025-07-23T15:54:00Z</dcterms:created>
  <dcterms:modified xsi:type="dcterms:W3CDTF">2025-07-23T15:54:00Z</dcterms:modified>
  <cp:category/>
</cp:coreProperties>
</file>