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395" w:rsidRPr="00FE0CF4" w:rsidRDefault="00BE6F89">
      <w:pPr>
        <w:jc w:val="center"/>
        <w:rPr>
          <w:rFonts w:asciiTheme="majorHAnsi" w:hAnsiTheme="majorHAnsi" w:cstheme="majorHAnsi"/>
          <w:sz w:val="22"/>
        </w:rPr>
      </w:pPr>
      <w:r w:rsidRPr="00FE0CF4">
        <w:rPr>
          <w:rFonts w:asciiTheme="majorHAnsi" w:hAnsiTheme="majorHAnsi" w:cstheme="majorHAnsi"/>
          <w:noProof/>
          <w:sz w:val="22"/>
        </w:rPr>
        <w:drawing>
          <wp:inline distT="0" distB="0" distL="0" distR="0">
            <wp:extent cx="6408000" cy="62445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pia_header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62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927" w:rsidRPr="00FE0CF4" w:rsidRDefault="00AB1045">
      <w:pPr>
        <w:jc w:val="center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pict>
          <v:rect id="_x0000_i1025" style="width:0;height:1.5pt" o:hralign="center" o:hrstd="t" o:hr="t" fillcolor="#a0a0a0" stroked="f"/>
        </w:pict>
      </w:r>
    </w:p>
    <w:p w:rsidR="002B3395" w:rsidRPr="00FE0CF4" w:rsidRDefault="002B3395">
      <w:pPr>
        <w:rPr>
          <w:rFonts w:asciiTheme="majorHAnsi" w:hAnsiTheme="majorHAnsi" w:cstheme="majorHAnsi"/>
          <w:b/>
          <w:sz w:val="22"/>
        </w:rPr>
      </w:pPr>
    </w:p>
    <w:p w:rsidR="007056C1" w:rsidRPr="00FE0CF4" w:rsidRDefault="007056C1">
      <w:pPr>
        <w:jc w:val="center"/>
        <w:rPr>
          <w:rFonts w:asciiTheme="majorHAnsi" w:hAnsiTheme="majorHAnsi" w:cstheme="majorHAnsi"/>
          <w:b/>
          <w:sz w:val="22"/>
        </w:rPr>
      </w:pPr>
    </w:p>
    <w:p w:rsidR="00BA0927" w:rsidRPr="00FE0CF4" w:rsidRDefault="00BE6F89">
      <w:pPr>
        <w:keepNext/>
        <w:jc w:val="center"/>
        <w:rPr>
          <w:rFonts w:asciiTheme="majorHAnsi" w:hAnsiTheme="majorHAnsi" w:cstheme="majorHAnsi"/>
          <w:sz w:val="22"/>
        </w:rPr>
      </w:pPr>
      <w:r w:rsidRPr="00FE0CF4">
        <w:rPr>
          <w:rFonts w:asciiTheme="majorHAnsi" w:hAnsiTheme="majorHAnsi" w:cstheme="majorHAnsi"/>
          <w:b/>
          <w:sz w:val="22"/>
        </w:rPr>
        <w:t>ALLEGATO A – DOMANDA DI PARTECIPAZIONE</w:t>
      </w:r>
    </w:p>
    <w:p w:rsidR="00BA0927" w:rsidRPr="00FE0CF4" w:rsidRDefault="00BE6F89">
      <w:pPr>
        <w:spacing w:after="160"/>
        <w:jc w:val="center"/>
        <w:rPr>
          <w:rFonts w:asciiTheme="majorHAnsi" w:hAnsiTheme="majorHAnsi" w:cstheme="majorHAnsi"/>
          <w:sz w:val="22"/>
        </w:rPr>
      </w:pPr>
      <w:proofErr w:type="spellStart"/>
      <w:r w:rsidRPr="00FE0CF4">
        <w:rPr>
          <w:rFonts w:asciiTheme="majorHAnsi" w:hAnsiTheme="majorHAnsi" w:cstheme="majorHAnsi"/>
          <w:sz w:val="22"/>
        </w:rPr>
        <w:t>Avviso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interno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– </w:t>
      </w:r>
      <w:proofErr w:type="spellStart"/>
      <w:r w:rsidRPr="00FE0CF4">
        <w:rPr>
          <w:rFonts w:asciiTheme="majorHAnsi" w:hAnsiTheme="majorHAnsi" w:cstheme="majorHAnsi"/>
          <w:sz w:val="22"/>
        </w:rPr>
        <w:t>Snodi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formativi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IA – D.M. 219/2025</w:t>
      </w:r>
    </w:p>
    <w:p w:rsidR="0099233E" w:rsidRPr="00FE0CF4" w:rsidRDefault="0099233E">
      <w:pPr>
        <w:spacing w:after="160"/>
        <w:jc w:val="center"/>
        <w:rPr>
          <w:rFonts w:asciiTheme="majorHAnsi" w:hAnsiTheme="majorHAnsi" w:cstheme="majorHAnsi"/>
          <w:sz w:val="22"/>
        </w:rPr>
      </w:pPr>
    </w:p>
    <w:p w:rsidR="00BA0927" w:rsidRPr="00FE0CF4" w:rsidRDefault="00BE6F89">
      <w:pPr>
        <w:spacing w:before="80"/>
        <w:jc w:val="right"/>
        <w:rPr>
          <w:rFonts w:asciiTheme="majorHAnsi" w:hAnsiTheme="majorHAnsi" w:cstheme="majorHAnsi"/>
          <w:sz w:val="22"/>
        </w:rPr>
      </w:pPr>
      <w:r w:rsidRPr="00FE0CF4">
        <w:rPr>
          <w:rFonts w:asciiTheme="majorHAnsi" w:hAnsiTheme="majorHAnsi" w:cstheme="majorHAnsi"/>
          <w:sz w:val="22"/>
        </w:rPr>
        <w:t xml:space="preserve">Al CPIA 2 </w:t>
      </w:r>
      <w:proofErr w:type="spellStart"/>
      <w:r w:rsidRPr="00FE0CF4">
        <w:rPr>
          <w:rFonts w:asciiTheme="majorHAnsi" w:hAnsiTheme="majorHAnsi" w:cstheme="majorHAnsi"/>
          <w:sz w:val="22"/>
        </w:rPr>
        <w:t>metropolitano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di Bologna “Eduard C. Lindeman”</w:t>
      </w:r>
    </w:p>
    <w:p w:rsidR="007056C1" w:rsidRPr="00FE0CF4" w:rsidRDefault="00AB1045">
      <w:pPr>
        <w:spacing w:after="200"/>
        <w:jc w:val="right"/>
        <w:rPr>
          <w:rFonts w:asciiTheme="majorHAnsi" w:hAnsiTheme="majorHAnsi" w:cstheme="majorHAnsi"/>
          <w:sz w:val="22"/>
        </w:rPr>
      </w:pPr>
      <w:hyperlink r:id="rId9" w:history="1">
        <w:r w:rsidR="007056C1" w:rsidRPr="00FE0CF4">
          <w:rPr>
            <w:rStyle w:val="Collegamentoipertestuale"/>
            <w:rFonts w:asciiTheme="majorHAnsi" w:hAnsiTheme="majorHAnsi" w:cstheme="majorHAnsi"/>
            <w:sz w:val="22"/>
          </w:rPr>
          <w:t>BOMM36300D@istruzione.it</w:t>
        </w:r>
      </w:hyperlink>
      <w:r w:rsidR="007056C1" w:rsidRPr="00FE0CF4">
        <w:rPr>
          <w:rFonts w:asciiTheme="majorHAnsi" w:hAnsiTheme="majorHAnsi" w:cstheme="majorHAnsi"/>
          <w:sz w:val="22"/>
        </w:rPr>
        <w:t xml:space="preserve"> </w:t>
      </w:r>
    </w:p>
    <w:p w:rsidR="0099233E" w:rsidRPr="00FE0CF4" w:rsidRDefault="0099233E">
      <w:pPr>
        <w:spacing w:before="80"/>
        <w:rPr>
          <w:rFonts w:asciiTheme="majorHAnsi" w:hAnsiTheme="majorHAnsi" w:cstheme="majorHAnsi"/>
          <w:sz w:val="22"/>
        </w:rPr>
      </w:pPr>
    </w:p>
    <w:p w:rsidR="0099233E" w:rsidRPr="00FE0CF4" w:rsidRDefault="00BE6F89">
      <w:pPr>
        <w:spacing w:before="80"/>
        <w:rPr>
          <w:rFonts w:asciiTheme="majorHAnsi" w:hAnsiTheme="majorHAnsi" w:cstheme="majorHAnsi"/>
          <w:sz w:val="22"/>
        </w:rPr>
      </w:pPr>
      <w:r w:rsidRPr="00FE0CF4">
        <w:rPr>
          <w:rFonts w:asciiTheme="majorHAnsi" w:hAnsiTheme="majorHAnsi" w:cstheme="majorHAnsi"/>
          <w:sz w:val="22"/>
        </w:rPr>
        <w:t xml:space="preserve">Il/La </w:t>
      </w:r>
      <w:proofErr w:type="spellStart"/>
      <w:r w:rsidRPr="00FE0CF4">
        <w:rPr>
          <w:rFonts w:asciiTheme="majorHAnsi" w:hAnsiTheme="majorHAnsi" w:cstheme="majorHAnsi"/>
          <w:sz w:val="22"/>
        </w:rPr>
        <w:t>sottoscritto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/a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755"/>
      </w:tblGrid>
      <w:tr w:rsidR="0099233E" w:rsidRPr="00FE0CF4" w:rsidTr="00580C72">
        <w:tc>
          <w:tcPr>
            <w:tcW w:w="2547" w:type="dxa"/>
          </w:tcPr>
          <w:p w:rsidR="0099233E" w:rsidRPr="00FE0CF4" w:rsidRDefault="0099233E">
            <w:pPr>
              <w:spacing w:before="80"/>
              <w:rPr>
                <w:rFonts w:asciiTheme="majorHAnsi" w:hAnsiTheme="majorHAnsi" w:cstheme="majorHAnsi"/>
                <w:sz w:val="22"/>
              </w:rPr>
            </w:pPr>
            <w:r w:rsidRPr="00FE0CF4">
              <w:rPr>
                <w:rFonts w:asciiTheme="majorHAnsi" w:hAnsiTheme="majorHAnsi" w:cstheme="majorHAnsi"/>
                <w:sz w:val="22"/>
              </w:rPr>
              <w:t>Nome</w:t>
            </w:r>
          </w:p>
        </w:tc>
        <w:tc>
          <w:tcPr>
            <w:tcW w:w="7755" w:type="dxa"/>
          </w:tcPr>
          <w:p w:rsidR="0099233E" w:rsidRPr="00FE0CF4" w:rsidRDefault="0099233E">
            <w:pPr>
              <w:spacing w:before="80"/>
              <w:rPr>
                <w:rFonts w:asciiTheme="majorHAnsi" w:hAnsiTheme="majorHAnsi" w:cstheme="majorHAnsi"/>
                <w:sz w:val="22"/>
              </w:rPr>
            </w:pPr>
          </w:p>
        </w:tc>
      </w:tr>
      <w:tr w:rsidR="0099233E" w:rsidRPr="00FE0CF4" w:rsidTr="00580C72">
        <w:tc>
          <w:tcPr>
            <w:tcW w:w="2547" w:type="dxa"/>
          </w:tcPr>
          <w:p w:rsidR="0099233E" w:rsidRPr="00FE0CF4" w:rsidRDefault="0099233E">
            <w:pPr>
              <w:spacing w:before="80"/>
              <w:rPr>
                <w:rFonts w:asciiTheme="majorHAnsi" w:hAnsiTheme="majorHAnsi" w:cstheme="majorHAnsi"/>
                <w:sz w:val="22"/>
              </w:rPr>
            </w:pPr>
            <w:proofErr w:type="spellStart"/>
            <w:r w:rsidRPr="00FE0CF4">
              <w:rPr>
                <w:rFonts w:asciiTheme="majorHAnsi" w:hAnsiTheme="majorHAnsi" w:cstheme="majorHAnsi"/>
                <w:sz w:val="22"/>
              </w:rPr>
              <w:t>Cognome</w:t>
            </w:r>
            <w:proofErr w:type="spellEnd"/>
          </w:p>
        </w:tc>
        <w:tc>
          <w:tcPr>
            <w:tcW w:w="7755" w:type="dxa"/>
          </w:tcPr>
          <w:p w:rsidR="0099233E" w:rsidRPr="00FE0CF4" w:rsidRDefault="0099233E">
            <w:pPr>
              <w:spacing w:before="80"/>
              <w:rPr>
                <w:rFonts w:asciiTheme="majorHAnsi" w:hAnsiTheme="majorHAnsi" w:cstheme="majorHAnsi"/>
                <w:sz w:val="22"/>
              </w:rPr>
            </w:pPr>
          </w:p>
        </w:tc>
      </w:tr>
      <w:tr w:rsidR="0099233E" w:rsidRPr="00FE0CF4" w:rsidTr="00580C72">
        <w:tc>
          <w:tcPr>
            <w:tcW w:w="2547" w:type="dxa"/>
          </w:tcPr>
          <w:p w:rsidR="0099233E" w:rsidRPr="00FE0CF4" w:rsidRDefault="0099233E">
            <w:pPr>
              <w:spacing w:before="80"/>
              <w:rPr>
                <w:rFonts w:asciiTheme="majorHAnsi" w:hAnsiTheme="majorHAnsi" w:cstheme="majorHAnsi"/>
                <w:sz w:val="22"/>
              </w:rPr>
            </w:pPr>
            <w:proofErr w:type="spellStart"/>
            <w:r w:rsidRPr="00FE0CF4">
              <w:rPr>
                <w:rFonts w:asciiTheme="majorHAnsi" w:hAnsiTheme="majorHAnsi" w:cstheme="majorHAnsi"/>
                <w:sz w:val="22"/>
              </w:rPr>
              <w:t>Luogo</w:t>
            </w:r>
            <w:proofErr w:type="spellEnd"/>
            <w:r w:rsidRPr="00FE0CF4">
              <w:rPr>
                <w:rFonts w:asciiTheme="majorHAnsi" w:hAnsiTheme="majorHAnsi" w:cstheme="majorHAnsi"/>
                <w:sz w:val="22"/>
              </w:rPr>
              <w:t xml:space="preserve"> di </w:t>
            </w:r>
            <w:proofErr w:type="spellStart"/>
            <w:r w:rsidRPr="00FE0CF4">
              <w:rPr>
                <w:rFonts w:asciiTheme="majorHAnsi" w:hAnsiTheme="majorHAnsi" w:cstheme="majorHAnsi"/>
                <w:sz w:val="22"/>
              </w:rPr>
              <w:t>nascita</w:t>
            </w:r>
            <w:proofErr w:type="spellEnd"/>
          </w:p>
        </w:tc>
        <w:tc>
          <w:tcPr>
            <w:tcW w:w="7755" w:type="dxa"/>
          </w:tcPr>
          <w:p w:rsidR="0099233E" w:rsidRPr="00FE0CF4" w:rsidRDefault="0099233E">
            <w:pPr>
              <w:spacing w:before="80"/>
              <w:rPr>
                <w:rFonts w:asciiTheme="majorHAnsi" w:hAnsiTheme="majorHAnsi" w:cstheme="majorHAnsi"/>
                <w:sz w:val="22"/>
              </w:rPr>
            </w:pPr>
          </w:p>
        </w:tc>
      </w:tr>
      <w:tr w:rsidR="0099233E" w:rsidRPr="00FE0CF4" w:rsidTr="00580C72">
        <w:tc>
          <w:tcPr>
            <w:tcW w:w="2547" w:type="dxa"/>
          </w:tcPr>
          <w:p w:rsidR="0099233E" w:rsidRPr="00FE0CF4" w:rsidRDefault="0099233E">
            <w:pPr>
              <w:spacing w:before="80"/>
              <w:rPr>
                <w:rFonts w:asciiTheme="majorHAnsi" w:hAnsiTheme="majorHAnsi" w:cstheme="majorHAnsi"/>
                <w:sz w:val="22"/>
              </w:rPr>
            </w:pPr>
            <w:r w:rsidRPr="00FE0CF4">
              <w:rPr>
                <w:rFonts w:asciiTheme="majorHAnsi" w:hAnsiTheme="majorHAnsi" w:cstheme="majorHAnsi"/>
                <w:sz w:val="22"/>
              </w:rPr>
              <w:t xml:space="preserve">Data di </w:t>
            </w:r>
            <w:proofErr w:type="spellStart"/>
            <w:r w:rsidRPr="00FE0CF4">
              <w:rPr>
                <w:rFonts w:asciiTheme="majorHAnsi" w:hAnsiTheme="majorHAnsi" w:cstheme="majorHAnsi"/>
                <w:sz w:val="22"/>
              </w:rPr>
              <w:t>nascita</w:t>
            </w:r>
            <w:proofErr w:type="spellEnd"/>
          </w:p>
        </w:tc>
        <w:tc>
          <w:tcPr>
            <w:tcW w:w="7755" w:type="dxa"/>
          </w:tcPr>
          <w:p w:rsidR="0099233E" w:rsidRPr="00FE0CF4" w:rsidRDefault="0099233E">
            <w:pPr>
              <w:spacing w:before="80"/>
              <w:rPr>
                <w:rFonts w:asciiTheme="majorHAnsi" w:hAnsiTheme="majorHAnsi" w:cstheme="majorHAnsi"/>
                <w:sz w:val="22"/>
              </w:rPr>
            </w:pPr>
          </w:p>
        </w:tc>
      </w:tr>
      <w:tr w:rsidR="0099233E" w:rsidRPr="00FE0CF4" w:rsidTr="00580C72">
        <w:tc>
          <w:tcPr>
            <w:tcW w:w="2547" w:type="dxa"/>
          </w:tcPr>
          <w:p w:rsidR="0099233E" w:rsidRPr="00FE0CF4" w:rsidRDefault="0099233E">
            <w:pPr>
              <w:spacing w:before="80"/>
              <w:rPr>
                <w:rFonts w:asciiTheme="majorHAnsi" w:hAnsiTheme="majorHAnsi" w:cstheme="majorHAnsi"/>
                <w:sz w:val="22"/>
              </w:rPr>
            </w:pPr>
            <w:proofErr w:type="spellStart"/>
            <w:r w:rsidRPr="00FE0CF4">
              <w:rPr>
                <w:rFonts w:asciiTheme="majorHAnsi" w:hAnsiTheme="majorHAnsi" w:cstheme="majorHAnsi"/>
                <w:sz w:val="22"/>
              </w:rPr>
              <w:t>Codice</w:t>
            </w:r>
            <w:proofErr w:type="spellEnd"/>
            <w:r w:rsidRPr="00FE0CF4">
              <w:rPr>
                <w:rFonts w:asciiTheme="majorHAnsi" w:hAnsiTheme="majorHAnsi" w:cstheme="majorHAnsi"/>
                <w:sz w:val="22"/>
              </w:rPr>
              <w:t xml:space="preserve"> </w:t>
            </w:r>
            <w:proofErr w:type="spellStart"/>
            <w:r w:rsidRPr="00FE0CF4">
              <w:rPr>
                <w:rFonts w:asciiTheme="majorHAnsi" w:hAnsiTheme="majorHAnsi" w:cstheme="majorHAnsi"/>
                <w:sz w:val="22"/>
              </w:rPr>
              <w:t>fiscale</w:t>
            </w:r>
            <w:proofErr w:type="spellEnd"/>
          </w:p>
        </w:tc>
        <w:tc>
          <w:tcPr>
            <w:tcW w:w="7755" w:type="dxa"/>
          </w:tcPr>
          <w:p w:rsidR="0099233E" w:rsidRPr="00FE0CF4" w:rsidRDefault="0099233E">
            <w:pPr>
              <w:spacing w:before="80"/>
              <w:rPr>
                <w:rFonts w:asciiTheme="majorHAnsi" w:hAnsiTheme="majorHAnsi" w:cstheme="majorHAnsi"/>
                <w:sz w:val="22"/>
              </w:rPr>
            </w:pPr>
          </w:p>
        </w:tc>
      </w:tr>
      <w:tr w:rsidR="0099233E" w:rsidRPr="00FE0CF4" w:rsidTr="00580C72">
        <w:tc>
          <w:tcPr>
            <w:tcW w:w="2547" w:type="dxa"/>
          </w:tcPr>
          <w:p w:rsidR="0099233E" w:rsidRPr="00FE0CF4" w:rsidRDefault="0099233E">
            <w:pPr>
              <w:spacing w:before="80"/>
              <w:rPr>
                <w:rFonts w:asciiTheme="majorHAnsi" w:hAnsiTheme="majorHAnsi" w:cstheme="majorHAnsi"/>
                <w:sz w:val="22"/>
              </w:rPr>
            </w:pPr>
            <w:r w:rsidRPr="00FE0CF4">
              <w:rPr>
                <w:rFonts w:asciiTheme="majorHAnsi" w:hAnsiTheme="majorHAnsi" w:cstheme="majorHAnsi"/>
                <w:sz w:val="22"/>
              </w:rPr>
              <w:t>e-mail</w:t>
            </w:r>
          </w:p>
        </w:tc>
        <w:tc>
          <w:tcPr>
            <w:tcW w:w="7755" w:type="dxa"/>
          </w:tcPr>
          <w:p w:rsidR="0099233E" w:rsidRPr="00FE0CF4" w:rsidRDefault="0099233E">
            <w:pPr>
              <w:spacing w:before="80"/>
              <w:rPr>
                <w:rFonts w:asciiTheme="majorHAnsi" w:hAnsiTheme="majorHAnsi" w:cstheme="majorHAnsi"/>
                <w:sz w:val="22"/>
              </w:rPr>
            </w:pPr>
          </w:p>
        </w:tc>
      </w:tr>
      <w:tr w:rsidR="0099233E" w:rsidRPr="00FE0CF4" w:rsidTr="00580C72">
        <w:tc>
          <w:tcPr>
            <w:tcW w:w="2547" w:type="dxa"/>
          </w:tcPr>
          <w:p w:rsidR="0099233E" w:rsidRPr="00FE0CF4" w:rsidRDefault="0099233E">
            <w:pPr>
              <w:spacing w:before="80"/>
              <w:rPr>
                <w:rFonts w:asciiTheme="majorHAnsi" w:hAnsiTheme="majorHAnsi" w:cstheme="majorHAnsi"/>
                <w:sz w:val="22"/>
              </w:rPr>
            </w:pPr>
            <w:r w:rsidRPr="00FE0CF4">
              <w:rPr>
                <w:rFonts w:asciiTheme="majorHAnsi" w:hAnsiTheme="majorHAnsi" w:cstheme="majorHAnsi"/>
                <w:sz w:val="22"/>
              </w:rPr>
              <w:t>PEC</w:t>
            </w:r>
          </w:p>
        </w:tc>
        <w:tc>
          <w:tcPr>
            <w:tcW w:w="7755" w:type="dxa"/>
          </w:tcPr>
          <w:p w:rsidR="0099233E" w:rsidRPr="00FE0CF4" w:rsidRDefault="0099233E">
            <w:pPr>
              <w:spacing w:before="80"/>
              <w:rPr>
                <w:rFonts w:asciiTheme="majorHAnsi" w:hAnsiTheme="majorHAnsi" w:cstheme="majorHAnsi"/>
                <w:sz w:val="22"/>
              </w:rPr>
            </w:pPr>
          </w:p>
        </w:tc>
      </w:tr>
    </w:tbl>
    <w:p w:rsidR="0099233E" w:rsidRPr="00FE0CF4" w:rsidRDefault="0099233E">
      <w:pPr>
        <w:spacing w:before="80"/>
        <w:rPr>
          <w:rFonts w:asciiTheme="majorHAnsi" w:hAnsiTheme="majorHAnsi" w:cstheme="majorHAnsi"/>
          <w:sz w:val="22"/>
        </w:rPr>
      </w:pPr>
    </w:p>
    <w:p w:rsidR="00BA0927" w:rsidRPr="00FE0CF4" w:rsidRDefault="00BE6F89">
      <w:pPr>
        <w:spacing w:before="80"/>
        <w:rPr>
          <w:rFonts w:asciiTheme="majorHAnsi" w:hAnsiTheme="majorHAnsi" w:cstheme="majorHAnsi"/>
          <w:sz w:val="22"/>
        </w:rPr>
      </w:pPr>
      <w:proofErr w:type="spellStart"/>
      <w:r w:rsidRPr="00FE0CF4">
        <w:rPr>
          <w:rFonts w:asciiTheme="majorHAnsi" w:hAnsiTheme="majorHAnsi" w:cstheme="majorHAnsi"/>
          <w:sz w:val="22"/>
        </w:rPr>
        <w:t>docente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interno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del CPIA 2 Bologna</w:t>
      </w:r>
      <w:r w:rsidR="0099233E"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="0099233E" w:rsidRPr="00FE0CF4">
        <w:rPr>
          <w:rFonts w:asciiTheme="majorHAnsi" w:hAnsiTheme="majorHAnsi" w:cstheme="majorHAnsi"/>
          <w:sz w:val="22"/>
        </w:rPr>
        <w:t>nella</w:t>
      </w:r>
      <w:proofErr w:type="spellEnd"/>
      <w:r w:rsidR="0099233E"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="0099233E" w:rsidRPr="00FE0CF4">
        <w:rPr>
          <w:rFonts w:asciiTheme="majorHAnsi" w:hAnsiTheme="majorHAnsi" w:cstheme="majorHAnsi"/>
          <w:sz w:val="22"/>
        </w:rPr>
        <w:t>classe</w:t>
      </w:r>
      <w:proofErr w:type="spellEnd"/>
      <w:r w:rsidR="0099233E" w:rsidRPr="00FE0CF4">
        <w:rPr>
          <w:rFonts w:asciiTheme="majorHAnsi" w:hAnsiTheme="majorHAnsi" w:cstheme="majorHAnsi"/>
          <w:sz w:val="22"/>
        </w:rPr>
        <w:t xml:space="preserve"> di </w:t>
      </w:r>
      <w:proofErr w:type="spellStart"/>
      <w:r w:rsidR="0099233E" w:rsidRPr="00FE0CF4">
        <w:rPr>
          <w:rFonts w:asciiTheme="majorHAnsi" w:hAnsiTheme="majorHAnsi" w:cstheme="majorHAnsi"/>
          <w:sz w:val="22"/>
        </w:rPr>
        <w:t>concorso</w:t>
      </w:r>
      <w:proofErr w:type="spellEnd"/>
      <w:r w:rsidR="0099233E" w:rsidRPr="00FE0CF4">
        <w:rPr>
          <w:rFonts w:asciiTheme="majorHAnsi" w:hAnsiTheme="majorHAnsi" w:cstheme="majorHAnsi"/>
          <w:sz w:val="22"/>
        </w:rPr>
        <w:t xml:space="preserve"> ____________ </w:t>
      </w:r>
      <w:proofErr w:type="spellStart"/>
      <w:r w:rsidR="00C171BE">
        <w:rPr>
          <w:rFonts w:asciiTheme="majorHAnsi" w:hAnsiTheme="majorHAnsi" w:cstheme="majorHAnsi"/>
          <w:sz w:val="22"/>
        </w:rPr>
        <w:t>dall’anno</w:t>
      </w:r>
      <w:proofErr w:type="spellEnd"/>
      <w:r w:rsidR="00C171BE">
        <w:rPr>
          <w:rFonts w:asciiTheme="majorHAnsi" w:hAnsiTheme="majorHAnsi" w:cstheme="majorHAnsi"/>
          <w:sz w:val="22"/>
        </w:rPr>
        <w:t xml:space="preserve"> </w:t>
      </w:r>
      <w:proofErr w:type="spellStart"/>
      <w:r w:rsidR="00C171BE">
        <w:rPr>
          <w:rFonts w:asciiTheme="majorHAnsi" w:hAnsiTheme="majorHAnsi" w:cstheme="majorHAnsi"/>
          <w:sz w:val="22"/>
        </w:rPr>
        <w:t>scolastico</w:t>
      </w:r>
      <w:proofErr w:type="spellEnd"/>
      <w:r w:rsidR="00C171BE">
        <w:rPr>
          <w:rFonts w:asciiTheme="majorHAnsi" w:hAnsiTheme="majorHAnsi" w:cstheme="majorHAnsi"/>
          <w:sz w:val="22"/>
        </w:rPr>
        <w:t xml:space="preserve"> ___________</w:t>
      </w:r>
    </w:p>
    <w:p w:rsidR="0099233E" w:rsidRPr="00FE0CF4" w:rsidRDefault="0099233E">
      <w:pPr>
        <w:spacing w:before="80"/>
        <w:rPr>
          <w:rFonts w:asciiTheme="majorHAnsi" w:hAnsiTheme="majorHAnsi" w:cstheme="majorHAnsi"/>
          <w:sz w:val="22"/>
        </w:rPr>
      </w:pPr>
    </w:p>
    <w:p w:rsidR="00BA0927" w:rsidRPr="00FE0CF4" w:rsidRDefault="00BE6F89">
      <w:pPr>
        <w:spacing w:before="160" w:after="100"/>
        <w:jc w:val="center"/>
        <w:rPr>
          <w:rFonts w:asciiTheme="majorHAnsi" w:hAnsiTheme="majorHAnsi" w:cstheme="majorHAnsi"/>
          <w:b/>
          <w:sz w:val="22"/>
        </w:rPr>
      </w:pPr>
      <w:r w:rsidRPr="00FE0CF4">
        <w:rPr>
          <w:rFonts w:asciiTheme="majorHAnsi" w:hAnsiTheme="majorHAnsi" w:cstheme="majorHAnsi"/>
          <w:b/>
          <w:sz w:val="22"/>
        </w:rPr>
        <w:t>CHIEDE</w:t>
      </w:r>
    </w:p>
    <w:p w:rsidR="00BA0927" w:rsidRPr="00FE0CF4" w:rsidRDefault="00BE6F89">
      <w:pPr>
        <w:spacing w:after="100"/>
        <w:rPr>
          <w:rFonts w:asciiTheme="majorHAnsi" w:hAnsiTheme="majorHAnsi" w:cstheme="majorHAnsi"/>
          <w:sz w:val="22"/>
        </w:rPr>
      </w:pPr>
      <w:r w:rsidRPr="00FE0CF4">
        <w:rPr>
          <w:rFonts w:asciiTheme="majorHAnsi" w:hAnsiTheme="majorHAnsi" w:cstheme="majorHAnsi"/>
          <w:sz w:val="22"/>
        </w:rPr>
        <w:t xml:space="preserve">di </w:t>
      </w:r>
      <w:proofErr w:type="spellStart"/>
      <w:r w:rsidRPr="00FE0CF4">
        <w:rPr>
          <w:rFonts w:asciiTheme="majorHAnsi" w:hAnsiTheme="majorHAnsi" w:cstheme="majorHAnsi"/>
          <w:sz w:val="22"/>
        </w:rPr>
        <w:t>partecipare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alla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selezione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per </w:t>
      </w:r>
      <w:proofErr w:type="spellStart"/>
      <w:r w:rsidRPr="00FE0CF4">
        <w:rPr>
          <w:rFonts w:asciiTheme="majorHAnsi" w:hAnsiTheme="majorHAnsi" w:cstheme="majorHAnsi"/>
          <w:sz w:val="22"/>
        </w:rPr>
        <w:t>il</w:t>
      </w:r>
      <w:proofErr w:type="spellEnd"/>
      <w:r w:rsidRPr="00FE0CF4">
        <w:rPr>
          <w:rFonts w:asciiTheme="majorHAnsi" w:hAnsiTheme="majorHAnsi" w:cstheme="majorHAnsi"/>
          <w:sz w:val="22"/>
        </w:rPr>
        <w:t>/</w:t>
      </w:r>
      <w:proofErr w:type="spellStart"/>
      <w:r w:rsidRPr="00FE0CF4">
        <w:rPr>
          <w:rFonts w:asciiTheme="majorHAnsi" w:hAnsiTheme="majorHAnsi" w:cstheme="majorHAnsi"/>
          <w:sz w:val="22"/>
        </w:rPr>
        <w:t>i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seguente</w:t>
      </w:r>
      <w:proofErr w:type="spellEnd"/>
      <w:r w:rsidRPr="00FE0CF4">
        <w:rPr>
          <w:rFonts w:asciiTheme="majorHAnsi" w:hAnsiTheme="majorHAnsi" w:cstheme="majorHAnsi"/>
          <w:sz w:val="22"/>
        </w:rPr>
        <w:t>/</w:t>
      </w:r>
      <w:proofErr w:type="spellStart"/>
      <w:r w:rsidRPr="00FE0CF4">
        <w:rPr>
          <w:rFonts w:asciiTheme="majorHAnsi" w:hAnsiTheme="majorHAnsi" w:cstheme="majorHAnsi"/>
          <w:sz w:val="22"/>
        </w:rPr>
        <w:t>i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profilo</w:t>
      </w:r>
      <w:proofErr w:type="spellEnd"/>
      <w:r w:rsidRPr="00FE0CF4">
        <w:rPr>
          <w:rFonts w:asciiTheme="majorHAnsi" w:hAnsiTheme="majorHAnsi" w:cstheme="majorHAnsi"/>
          <w:sz w:val="22"/>
        </w:rPr>
        <w:t>/</w:t>
      </w:r>
      <w:proofErr w:type="spellStart"/>
      <w:r w:rsidRPr="00FE0CF4">
        <w:rPr>
          <w:rFonts w:asciiTheme="majorHAnsi" w:hAnsiTheme="majorHAnsi" w:cstheme="majorHAnsi"/>
          <w:sz w:val="22"/>
        </w:rPr>
        <w:t>i</w:t>
      </w:r>
      <w:proofErr w:type="spellEnd"/>
      <w:r w:rsidRPr="00FE0CF4">
        <w:rPr>
          <w:rFonts w:asciiTheme="majorHAnsi" w:hAnsiTheme="majorHAnsi" w:cstheme="majorHAnsi"/>
          <w:sz w:val="22"/>
        </w:rPr>
        <w:t>:</w:t>
      </w:r>
    </w:p>
    <w:p w:rsidR="00BA0927" w:rsidRPr="00FE0CF4" w:rsidRDefault="00BE6F89">
      <w:pPr>
        <w:rPr>
          <w:rFonts w:asciiTheme="majorHAnsi" w:hAnsiTheme="majorHAnsi" w:cstheme="majorHAnsi"/>
          <w:sz w:val="22"/>
        </w:rPr>
      </w:pPr>
      <w:r w:rsidRPr="00FE0CF4">
        <w:rPr>
          <w:rFonts w:ascii="Segoe UI Symbol" w:hAnsi="Segoe UI Symbol" w:cs="Segoe UI Symbol"/>
          <w:sz w:val="22"/>
        </w:rPr>
        <w:t>☐</w:t>
      </w:r>
      <w:r w:rsidRPr="00FE0CF4">
        <w:rPr>
          <w:rFonts w:asciiTheme="majorHAnsi" w:hAnsiTheme="majorHAnsi" w:cstheme="majorHAnsi"/>
          <w:sz w:val="22"/>
        </w:rPr>
        <w:t xml:space="preserve"> FORMATORE ESPERTO – </w:t>
      </w:r>
      <w:proofErr w:type="spellStart"/>
      <w:r w:rsidRPr="00FE0CF4">
        <w:rPr>
          <w:rFonts w:asciiTheme="majorHAnsi" w:hAnsiTheme="majorHAnsi" w:cstheme="majorHAnsi"/>
          <w:sz w:val="22"/>
        </w:rPr>
        <w:t>Percorsi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PF1-PF6</w:t>
      </w:r>
    </w:p>
    <w:p w:rsidR="00BA0927" w:rsidRPr="00FE0CF4" w:rsidRDefault="00BE6F89">
      <w:pPr>
        <w:rPr>
          <w:rFonts w:asciiTheme="majorHAnsi" w:hAnsiTheme="majorHAnsi" w:cstheme="majorHAnsi"/>
          <w:sz w:val="22"/>
        </w:rPr>
      </w:pPr>
      <w:r w:rsidRPr="00FE0CF4">
        <w:rPr>
          <w:rFonts w:ascii="Segoe UI Symbol" w:hAnsi="Segoe UI Symbol" w:cs="Segoe UI Symbol"/>
          <w:sz w:val="22"/>
        </w:rPr>
        <w:t>☐</w:t>
      </w:r>
      <w:r w:rsidRPr="00FE0CF4">
        <w:rPr>
          <w:rFonts w:asciiTheme="majorHAnsi" w:hAnsiTheme="majorHAnsi" w:cstheme="majorHAnsi"/>
          <w:sz w:val="22"/>
        </w:rPr>
        <w:t xml:space="preserve"> TUTOR – </w:t>
      </w:r>
      <w:proofErr w:type="spellStart"/>
      <w:r w:rsidRPr="00FE0CF4">
        <w:rPr>
          <w:rFonts w:asciiTheme="majorHAnsi" w:hAnsiTheme="majorHAnsi" w:cstheme="majorHAnsi"/>
          <w:sz w:val="22"/>
        </w:rPr>
        <w:t>Percorsi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PF1-PF6</w:t>
      </w:r>
    </w:p>
    <w:p w:rsidR="00BA0927" w:rsidRPr="00FE0CF4" w:rsidRDefault="00BE6F89">
      <w:pPr>
        <w:rPr>
          <w:rFonts w:asciiTheme="majorHAnsi" w:hAnsiTheme="majorHAnsi" w:cstheme="majorHAnsi"/>
          <w:sz w:val="22"/>
        </w:rPr>
      </w:pPr>
      <w:r w:rsidRPr="00FE0CF4">
        <w:rPr>
          <w:rFonts w:ascii="Segoe UI Symbol" w:hAnsi="Segoe UI Symbol" w:cs="Segoe UI Symbol"/>
          <w:sz w:val="22"/>
        </w:rPr>
        <w:t>☐</w:t>
      </w:r>
      <w:r w:rsidRPr="00FE0CF4">
        <w:rPr>
          <w:rFonts w:asciiTheme="majorHAnsi" w:hAnsiTheme="majorHAnsi" w:cstheme="majorHAnsi"/>
          <w:sz w:val="22"/>
        </w:rPr>
        <w:t xml:space="preserve"> FORMATORE ESPERTO – </w:t>
      </w:r>
      <w:proofErr w:type="spellStart"/>
      <w:r w:rsidRPr="00FE0CF4">
        <w:rPr>
          <w:rFonts w:asciiTheme="majorHAnsi" w:hAnsiTheme="majorHAnsi" w:cstheme="majorHAnsi"/>
          <w:sz w:val="22"/>
        </w:rPr>
        <w:t>Laboratori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LAB1-LAB11</w:t>
      </w:r>
    </w:p>
    <w:p w:rsidR="00BA0927" w:rsidRPr="00FE0CF4" w:rsidRDefault="00BE6F89">
      <w:pPr>
        <w:spacing w:before="120"/>
        <w:rPr>
          <w:rFonts w:asciiTheme="majorHAnsi" w:hAnsiTheme="majorHAnsi" w:cstheme="majorHAnsi"/>
          <w:sz w:val="22"/>
        </w:rPr>
      </w:pPr>
      <w:proofErr w:type="spellStart"/>
      <w:r w:rsidRPr="00FE0CF4">
        <w:rPr>
          <w:rFonts w:asciiTheme="majorHAnsi" w:hAnsiTheme="majorHAnsi" w:cstheme="majorHAnsi"/>
          <w:sz w:val="22"/>
        </w:rPr>
        <w:t>Attività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per le </w:t>
      </w:r>
      <w:proofErr w:type="spellStart"/>
      <w:r w:rsidRPr="00FE0CF4">
        <w:rPr>
          <w:rFonts w:asciiTheme="majorHAnsi" w:hAnsiTheme="majorHAnsi" w:cstheme="majorHAnsi"/>
          <w:sz w:val="22"/>
        </w:rPr>
        <w:t>quali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si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presenta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la </w:t>
      </w:r>
      <w:proofErr w:type="spellStart"/>
      <w:r w:rsidRPr="00FE0CF4">
        <w:rPr>
          <w:rFonts w:asciiTheme="majorHAnsi" w:hAnsiTheme="majorHAnsi" w:cstheme="majorHAnsi"/>
          <w:sz w:val="22"/>
        </w:rPr>
        <w:t>candidatura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(</w:t>
      </w:r>
      <w:proofErr w:type="spellStart"/>
      <w:r w:rsidRPr="00FE0CF4">
        <w:rPr>
          <w:rFonts w:asciiTheme="majorHAnsi" w:hAnsiTheme="majorHAnsi" w:cstheme="majorHAnsi"/>
          <w:sz w:val="22"/>
        </w:rPr>
        <w:t>barrare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una o </w:t>
      </w:r>
      <w:proofErr w:type="spellStart"/>
      <w:r w:rsidRPr="00FE0CF4">
        <w:rPr>
          <w:rFonts w:asciiTheme="majorHAnsi" w:hAnsiTheme="majorHAnsi" w:cstheme="majorHAnsi"/>
          <w:sz w:val="22"/>
        </w:rPr>
        <w:t>più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voci</w:t>
      </w:r>
      <w:proofErr w:type="spellEnd"/>
      <w:r w:rsidRPr="00FE0CF4">
        <w:rPr>
          <w:rFonts w:asciiTheme="majorHAnsi" w:hAnsiTheme="majorHAnsi" w:cstheme="majorHAnsi"/>
          <w:sz w:val="22"/>
        </w:rPr>
        <w:t>):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151"/>
        <w:gridCol w:w="5151"/>
      </w:tblGrid>
      <w:tr w:rsidR="00BA0927" w:rsidRPr="00FE0CF4" w:rsidTr="0076508C">
        <w:trPr>
          <w:cantSplit/>
          <w:tblHeader/>
          <w:jc w:val="center"/>
        </w:trPr>
        <w:tc>
          <w:tcPr>
            <w:tcW w:w="5151" w:type="dxa"/>
          </w:tcPr>
          <w:p w:rsidR="00BA0927" w:rsidRPr="00FE0CF4" w:rsidRDefault="00BE6F89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FE0CF4">
              <w:rPr>
                <w:rFonts w:ascii="Segoe UI Symbol" w:hAnsi="Segoe UI Symbol" w:cs="Segoe UI Symbol"/>
                <w:b/>
                <w:sz w:val="22"/>
              </w:rPr>
              <w:t>☐</w:t>
            </w:r>
            <w:r w:rsidRPr="00FE0CF4">
              <w:rPr>
                <w:rFonts w:asciiTheme="majorHAnsi" w:hAnsiTheme="majorHAnsi" w:cstheme="majorHAnsi"/>
                <w:b/>
                <w:sz w:val="22"/>
              </w:rPr>
              <w:t xml:space="preserve"> PF1</w:t>
            </w:r>
          </w:p>
        </w:tc>
        <w:tc>
          <w:tcPr>
            <w:tcW w:w="5151" w:type="dxa"/>
          </w:tcPr>
          <w:p w:rsidR="00BA0927" w:rsidRPr="0076508C" w:rsidRDefault="00BE6F89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76508C">
              <w:rPr>
                <w:rFonts w:ascii="Segoe UI Symbol" w:hAnsi="Segoe UI Symbol" w:cs="Segoe UI Symbol"/>
                <w:sz w:val="22"/>
              </w:rPr>
              <w:t>☐</w:t>
            </w:r>
            <w:r w:rsidRPr="0076508C">
              <w:rPr>
                <w:rFonts w:asciiTheme="majorHAnsi" w:hAnsiTheme="majorHAnsi" w:cstheme="majorHAnsi"/>
                <w:sz w:val="22"/>
              </w:rPr>
              <w:t xml:space="preserve"> PF2</w:t>
            </w:r>
          </w:p>
        </w:tc>
      </w:tr>
      <w:tr w:rsidR="00BA0927" w:rsidRPr="00FE0CF4" w:rsidTr="0076508C">
        <w:trPr>
          <w:cantSplit/>
          <w:jc w:val="center"/>
        </w:trPr>
        <w:tc>
          <w:tcPr>
            <w:tcW w:w="5151" w:type="dxa"/>
          </w:tcPr>
          <w:p w:rsidR="00BA0927" w:rsidRPr="00FE0CF4" w:rsidRDefault="00BE6F89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FE0CF4">
              <w:rPr>
                <w:rFonts w:ascii="Segoe UI Symbol" w:hAnsi="Segoe UI Symbol" w:cs="Segoe UI Symbol"/>
                <w:sz w:val="22"/>
              </w:rPr>
              <w:t>☐</w:t>
            </w:r>
            <w:r w:rsidRPr="00FE0CF4">
              <w:rPr>
                <w:rFonts w:asciiTheme="majorHAnsi" w:hAnsiTheme="majorHAnsi" w:cstheme="majorHAnsi"/>
                <w:sz w:val="22"/>
              </w:rPr>
              <w:t xml:space="preserve"> PF3</w:t>
            </w:r>
          </w:p>
        </w:tc>
        <w:tc>
          <w:tcPr>
            <w:tcW w:w="5151" w:type="dxa"/>
          </w:tcPr>
          <w:p w:rsidR="00BA0927" w:rsidRPr="00FE0CF4" w:rsidRDefault="00BE6F89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FE0CF4">
              <w:rPr>
                <w:rFonts w:ascii="Segoe UI Symbol" w:hAnsi="Segoe UI Symbol" w:cs="Segoe UI Symbol"/>
                <w:sz w:val="22"/>
              </w:rPr>
              <w:t>☐</w:t>
            </w:r>
            <w:r w:rsidRPr="00FE0CF4">
              <w:rPr>
                <w:rFonts w:asciiTheme="majorHAnsi" w:hAnsiTheme="majorHAnsi" w:cstheme="majorHAnsi"/>
                <w:sz w:val="22"/>
              </w:rPr>
              <w:t xml:space="preserve"> PF4</w:t>
            </w:r>
          </w:p>
        </w:tc>
      </w:tr>
      <w:tr w:rsidR="00BA0927" w:rsidRPr="00FE0CF4" w:rsidTr="0076508C">
        <w:trPr>
          <w:cantSplit/>
          <w:jc w:val="center"/>
        </w:trPr>
        <w:tc>
          <w:tcPr>
            <w:tcW w:w="5151" w:type="dxa"/>
          </w:tcPr>
          <w:p w:rsidR="00BA0927" w:rsidRPr="00FE0CF4" w:rsidRDefault="00BE6F89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FE0CF4">
              <w:rPr>
                <w:rFonts w:ascii="Segoe UI Symbol" w:hAnsi="Segoe UI Symbol" w:cs="Segoe UI Symbol"/>
                <w:sz w:val="22"/>
              </w:rPr>
              <w:t>☐</w:t>
            </w:r>
            <w:r w:rsidRPr="00FE0CF4">
              <w:rPr>
                <w:rFonts w:asciiTheme="majorHAnsi" w:hAnsiTheme="majorHAnsi" w:cstheme="majorHAnsi"/>
                <w:sz w:val="22"/>
              </w:rPr>
              <w:t xml:space="preserve"> PF5</w:t>
            </w:r>
          </w:p>
        </w:tc>
        <w:tc>
          <w:tcPr>
            <w:tcW w:w="5151" w:type="dxa"/>
          </w:tcPr>
          <w:p w:rsidR="00BA0927" w:rsidRPr="00FE0CF4" w:rsidRDefault="00BE6F89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FE0CF4">
              <w:rPr>
                <w:rFonts w:ascii="Segoe UI Symbol" w:hAnsi="Segoe UI Symbol" w:cs="Segoe UI Symbol"/>
                <w:sz w:val="22"/>
              </w:rPr>
              <w:t>☐</w:t>
            </w:r>
            <w:r w:rsidRPr="00FE0CF4">
              <w:rPr>
                <w:rFonts w:asciiTheme="majorHAnsi" w:hAnsiTheme="majorHAnsi" w:cstheme="majorHAnsi"/>
                <w:sz w:val="22"/>
              </w:rPr>
              <w:t xml:space="preserve"> PF6</w:t>
            </w:r>
          </w:p>
        </w:tc>
      </w:tr>
      <w:tr w:rsidR="00BA0927" w:rsidRPr="00FE0CF4" w:rsidTr="0076508C">
        <w:trPr>
          <w:cantSplit/>
          <w:jc w:val="center"/>
        </w:trPr>
        <w:tc>
          <w:tcPr>
            <w:tcW w:w="5151" w:type="dxa"/>
          </w:tcPr>
          <w:p w:rsidR="00BA0927" w:rsidRPr="00FE0CF4" w:rsidRDefault="0076508C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LAB1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LAB2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LAB3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LAB4</w:t>
            </w:r>
            <w:r>
              <w:br/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LAB5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LAB6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LAB7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LAB8</w:t>
            </w:r>
          </w:p>
        </w:tc>
        <w:tc>
          <w:tcPr>
            <w:tcW w:w="5151" w:type="dxa"/>
          </w:tcPr>
          <w:p w:rsidR="00BA0927" w:rsidRPr="00FE0CF4" w:rsidRDefault="0076508C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LAB9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LAB10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LAB11</w:t>
            </w:r>
          </w:p>
        </w:tc>
      </w:tr>
      <w:tr w:rsidR="00BA0927" w:rsidRPr="00FE0CF4" w:rsidTr="0076508C">
        <w:trPr>
          <w:cantSplit/>
          <w:jc w:val="center"/>
        </w:trPr>
        <w:tc>
          <w:tcPr>
            <w:tcW w:w="5151" w:type="dxa"/>
          </w:tcPr>
          <w:p w:rsidR="00BA0927" w:rsidRPr="00FE0CF4" w:rsidRDefault="00BE6F89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proofErr w:type="spellStart"/>
            <w:r w:rsidRPr="00FE0CF4">
              <w:rPr>
                <w:rFonts w:asciiTheme="majorHAnsi" w:hAnsiTheme="majorHAnsi" w:cstheme="majorHAnsi"/>
                <w:sz w:val="22"/>
              </w:rPr>
              <w:lastRenderedPageBreak/>
              <w:t>Disponibilità</w:t>
            </w:r>
            <w:proofErr w:type="spellEnd"/>
            <w:r w:rsidRPr="00FE0CF4">
              <w:rPr>
                <w:rFonts w:asciiTheme="majorHAnsi" w:hAnsiTheme="majorHAnsi" w:cstheme="majorHAnsi"/>
                <w:sz w:val="22"/>
              </w:rPr>
              <w:t xml:space="preserve"> </w:t>
            </w:r>
            <w:proofErr w:type="spellStart"/>
            <w:r w:rsidRPr="00FE0CF4">
              <w:rPr>
                <w:rFonts w:asciiTheme="majorHAnsi" w:hAnsiTheme="majorHAnsi" w:cstheme="majorHAnsi"/>
                <w:sz w:val="22"/>
              </w:rPr>
              <w:t>ad</w:t>
            </w:r>
            <w:proofErr w:type="spellEnd"/>
            <w:r w:rsidRPr="00FE0CF4">
              <w:rPr>
                <w:rFonts w:asciiTheme="majorHAnsi" w:hAnsiTheme="majorHAnsi" w:cstheme="majorHAnsi"/>
                <w:sz w:val="22"/>
              </w:rPr>
              <w:t xml:space="preserve"> </w:t>
            </w:r>
            <w:proofErr w:type="spellStart"/>
            <w:r w:rsidRPr="00FE0CF4">
              <w:rPr>
                <w:rFonts w:asciiTheme="majorHAnsi" w:hAnsiTheme="majorHAnsi" w:cstheme="majorHAnsi"/>
                <w:sz w:val="22"/>
              </w:rPr>
              <w:t>assumere</w:t>
            </w:r>
            <w:proofErr w:type="spellEnd"/>
            <w:r w:rsidRPr="00FE0CF4">
              <w:rPr>
                <w:rFonts w:asciiTheme="majorHAnsi" w:hAnsiTheme="majorHAnsi" w:cstheme="majorHAnsi"/>
                <w:sz w:val="22"/>
              </w:rPr>
              <w:t xml:space="preserve"> </w:t>
            </w:r>
            <w:proofErr w:type="spellStart"/>
            <w:r w:rsidRPr="00FE0CF4">
              <w:rPr>
                <w:rFonts w:asciiTheme="majorHAnsi" w:hAnsiTheme="majorHAnsi" w:cstheme="majorHAnsi"/>
                <w:sz w:val="22"/>
              </w:rPr>
              <w:t>più</w:t>
            </w:r>
            <w:proofErr w:type="spellEnd"/>
            <w:r w:rsidRPr="00FE0CF4">
              <w:rPr>
                <w:rFonts w:asciiTheme="majorHAnsi" w:hAnsiTheme="majorHAnsi" w:cstheme="majorHAnsi"/>
                <w:sz w:val="22"/>
              </w:rPr>
              <w:t xml:space="preserve"> </w:t>
            </w:r>
            <w:proofErr w:type="spellStart"/>
            <w:r w:rsidRPr="00FE0CF4">
              <w:rPr>
                <w:rFonts w:asciiTheme="majorHAnsi" w:hAnsiTheme="majorHAnsi" w:cstheme="majorHAnsi"/>
                <w:sz w:val="22"/>
              </w:rPr>
              <w:t>incarichi</w:t>
            </w:r>
            <w:proofErr w:type="spellEnd"/>
            <w:r w:rsidRPr="00FE0CF4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5151" w:type="dxa"/>
          </w:tcPr>
          <w:p w:rsidR="00BA0927" w:rsidRPr="00FE0CF4" w:rsidRDefault="00BE6F89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FE0CF4">
              <w:rPr>
                <w:rFonts w:ascii="Segoe UI Symbol" w:hAnsi="Segoe UI Symbol" w:cs="Segoe UI Symbol"/>
                <w:sz w:val="22"/>
              </w:rPr>
              <w:t>☐</w:t>
            </w:r>
            <w:r w:rsidRPr="00FE0CF4">
              <w:rPr>
                <w:rFonts w:asciiTheme="majorHAnsi" w:hAnsiTheme="majorHAnsi" w:cstheme="majorHAnsi"/>
                <w:sz w:val="22"/>
              </w:rPr>
              <w:t xml:space="preserve"> </w:t>
            </w:r>
            <w:proofErr w:type="spellStart"/>
            <w:r w:rsidRPr="00FE0CF4">
              <w:rPr>
                <w:rFonts w:asciiTheme="majorHAnsi" w:hAnsiTheme="majorHAnsi" w:cstheme="majorHAnsi"/>
                <w:sz w:val="22"/>
              </w:rPr>
              <w:t>Sì</w:t>
            </w:r>
            <w:proofErr w:type="spellEnd"/>
            <w:r w:rsidRPr="00FE0CF4">
              <w:rPr>
                <w:rFonts w:asciiTheme="majorHAnsi" w:hAnsiTheme="majorHAnsi" w:cstheme="majorHAnsi"/>
                <w:sz w:val="22"/>
              </w:rPr>
              <w:t xml:space="preserve">    </w:t>
            </w:r>
            <w:r w:rsidRPr="00FE0CF4">
              <w:rPr>
                <w:rFonts w:ascii="Segoe UI Symbol" w:hAnsi="Segoe UI Symbol" w:cs="Segoe UI Symbol"/>
                <w:sz w:val="22"/>
              </w:rPr>
              <w:t>☐</w:t>
            </w:r>
            <w:r w:rsidRPr="00FE0CF4">
              <w:rPr>
                <w:rFonts w:asciiTheme="majorHAnsi" w:hAnsiTheme="majorHAnsi" w:cstheme="majorHAnsi"/>
                <w:sz w:val="22"/>
              </w:rPr>
              <w:t xml:space="preserve"> No</w:t>
            </w:r>
          </w:p>
        </w:tc>
      </w:tr>
    </w:tbl>
    <w:p w:rsidR="00BA0927" w:rsidRPr="00FE0CF4" w:rsidRDefault="00BE6F89">
      <w:pPr>
        <w:spacing w:before="120"/>
        <w:rPr>
          <w:rFonts w:asciiTheme="majorHAnsi" w:hAnsiTheme="majorHAnsi" w:cstheme="majorHAnsi"/>
          <w:sz w:val="22"/>
        </w:rPr>
      </w:pPr>
      <w:r w:rsidRPr="00FE0CF4">
        <w:rPr>
          <w:rFonts w:asciiTheme="majorHAnsi" w:hAnsiTheme="majorHAnsi" w:cstheme="majorHAnsi"/>
          <w:sz w:val="22"/>
        </w:rPr>
        <w:t xml:space="preserve">A </w:t>
      </w:r>
      <w:proofErr w:type="spellStart"/>
      <w:r w:rsidRPr="00FE0CF4">
        <w:rPr>
          <w:rFonts w:asciiTheme="majorHAnsi" w:hAnsiTheme="majorHAnsi" w:cstheme="majorHAnsi"/>
          <w:sz w:val="22"/>
        </w:rPr>
        <w:t>tal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fine, ai </w:t>
      </w:r>
      <w:proofErr w:type="spellStart"/>
      <w:r w:rsidRPr="00FE0CF4">
        <w:rPr>
          <w:rFonts w:asciiTheme="majorHAnsi" w:hAnsiTheme="majorHAnsi" w:cstheme="majorHAnsi"/>
          <w:sz w:val="22"/>
        </w:rPr>
        <w:t>sensi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del D.P.R. n. 445/2000, </w:t>
      </w:r>
      <w:r w:rsidRPr="00FE0CF4">
        <w:rPr>
          <w:rFonts w:asciiTheme="majorHAnsi" w:hAnsiTheme="majorHAnsi" w:cstheme="majorHAnsi"/>
          <w:b/>
          <w:sz w:val="22"/>
        </w:rPr>
        <w:t>DICHIARA:</w:t>
      </w:r>
    </w:p>
    <w:p w:rsidR="00BA0927" w:rsidRPr="00FE0CF4" w:rsidRDefault="00BE6F89">
      <w:pPr>
        <w:pStyle w:val="Puntoelenco"/>
        <w:rPr>
          <w:rFonts w:asciiTheme="majorHAnsi" w:hAnsiTheme="majorHAnsi" w:cstheme="majorHAnsi"/>
          <w:sz w:val="22"/>
        </w:rPr>
      </w:pPr>
      <w:r w:rsidRPr="00FE0CF4">
        <w:rPr>
          <w:rFonts w:asciiTheme="majorHAnsi" w:hAnsiTheme="majorHAnsi" w:cstheme="majorHAnsi"/>
          <w:sz w:val="22"/>
        </w:rPr>
        <w:t xml:space="preserve">di </w:t>
      </w:r>
      <w:proofErr w:type="spellStart"/>
      <w:r w:rsidRPr="00FE0CF4">
        <w:rPr>
          <w:rFonts w:asciiTheme="majorHAnsi" w:hAnsiTheme="majorHAnsi" w:cstheme="majorHAnsi"/>
          <w:sz w:val="22"/>
        </w:rPr>
        <w:t>essere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docente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in </w:t>
      </w:r>
      <w:proofErr w:type="spellStart"/>
      <w:r w:rsidRPr="00FE0CF4">
        <w:rPr>
          <w:rFonts w:asciiTheme="majorHAnsi" w:hAnsiTheme="majorHAnsi" w:cstheme="majorHAnsi"/>
          <w:sz w:val="22"/>
        </w:rPr>
        <w:t>servizio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presso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il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CPIA 2 </w:t>
      </w:r>
      <w:proofErr w:type="spellStart"/>
      <w:r w:rsidRPr="00FE0CF4">
        <w:rPr>
          <w:rFonts w:asciiTheme="majorHAnsi" w:hAnsiTheme="majorHAnsi" w:cstheme="majorHAnsi"/>
          <w:sz w:val="22"/>
        </w:rPr>
        <w:t>metropolitano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di Bologna “Eduard C. Lindeman”;</w:t>
      </w:r>
    </w:p>
    <w:p w:rsidR="00BA0927" w:rsidRPr="00FE0CF4" w:rsidRDefault="00BE6F89">
      <w:pPr>
        <w:pStyle w:val="Puntoelenco"/>
        <w:rPr>
          <w:rFonts w:asciiTheme="majorHAnsi" w:hAnsiTheme="majorHAnsi" w:cstheme="majorHAnsi"/>
          <w:sz w:val="22"/>
        </w:rPr>
      </w:pPr>
      <w:r w:rsidRPr="00FE0CF4">
        <w:rPr>
          <w:rFonts w:asciiTheme="majorHAnsi" w:hAnsiTheme="majorHAnsi" w:cstheme="majorHAnsi"/>
          <w:sz w:val="22"/>
        </w:rPr>
        <w:t xml:space="preserve">di </w:t>
      </w:r>
      <w:proofErr w:type="spellStart"/>
      <w:r w:rsidRPr="00FE0CF4">
        <w:rPr>
          <w:rFonts w:asciiTheme="majorHAnsi" w:hAnsiTheme="majorHAnsi" w:cstheme="majorHAnsi"/>
          <w:sz w:val="22"/>
        </w:rPr>
        <w:t>possedere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le </w:t>
      </w:r>
      <w:proofErr w:type="spellStart"/>
      <w:r w:rsidRPr="00FE0CF4">
        <w:rPr>
          <w:rFonts w:asciiTheme="majorHAnsi" w:hAnsiTheme="majorHAnsi" w:cstheme="majorHAnsi"/>
          <w:sz w:val="22"/>
        </w:rPr>
        <w:t>competenze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e le </w:t>
      </w:r>
      <w:proofErr w:type="spellStart"/>
      <w:r w:rsidRPr="00FE0CF4">
        <w:rPr>
          <w:rFonts w:asciiTheme="majorHAnsi" w:hAnsiTheme="majorHAnsi" w:cstheme="majorHAnsi"/>
          <w:sz w:val="22"/>
        </w:rPr>
        <w:t>esperienze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indicate </w:t>
      </w:r>
      <w:proofErr w:type="spellStart"/>
      <w:r w:rsidRPr="00FE0CF4">
        <w:rPr>
          <w:rFonts w:asciiTheme="majorHAnsi" w:hAnsiTheme="majorHAnsi" w:cstheme="majorHAnsi"/>
          <w:sz w:val="22"/>
        </w:rPr>
        <w:t>nel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curriculum vitae </w:t>
      </w:r>
      <w:proofErr w:type="spellStart"/>
      <w:r w:rsidRPr="00FE0CF4">
        <w:rPr>
          <w:rFonts w:asciiTheme="majorHAnsi" w:hAnsiTheme="majorHAnsi" w:cstheme="majorHAnsi"/>
          <w:sz w:val="22"/>
        </w:rPr>
        <w:t>allegato</w:t>
      </w:r>
      <w:proofErr w:type="spellEnd"/>
      <w:r w:rsidRPr="00FE0CF4">
        <w:rPr>
          <w:rFonts w:asciiTheme="majorHAnsi" w:hAnsiTheme="majorHAnsi" w:cstheme="majorHAnsi"/>
          <w:sz w:val="22"/>
        </w:rPr>
        <w:t>;</w:t>
      </w:r>
    </w:p>
    <w:p w:rsidR="00BA0927" w:rsidRPr="00FE0CF4" w:rsidRDefault="00BE6F89">
      <w:pPr>
        <w:pStyle w:val="Puntoelenco"/>
        <w:rPr>
          <w:rFonts w:asciiTheme="majorHAnsi" w:hAnsiTheme="majorHAnsi" w:cstheme="majorHAnsi"/>
          <w:sz w:val="22"/>
        </w:rPr>
      </w:pPr>
      <w:r w:rsidRPr="00FE0CF4">
        <w:rPr>
          <w:rFonts w:asciiTheme="majorHAnsi" w:hAnsiTheme="majorHAnsi" w:cstheme="majorHAnsi"/>
          <w:sz w:val="22"/>
        </w:rPr>
        <w:t xml:space="preserve">di </w:t>
      </w:r>
      <w:proofErr w:type="spellStart"/>
      <w:r w:rsidRPr="00FE0CF4">
        <w:rPr>
          <w:rFonts w:asciiTheme="majorHAnsi" w:hAnsiTheme="majorHAnsi" w:cstheme="majorHAnsi"/>
          <w:sz w:val="22"/>
        </w:rPr>
        <w:t>essere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disponibile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a </w:t>
      </w:r>
      <w:proofErr w:type="spellStart"/>
      <w:r w:rsidRPr="00FE0CF4">
        <w:rPr>
          <w:rFonts w:asciiTheme="majorHAnsi" w:hAnsiTheme="majorHAnsi" w:cstheme="majorHAnsi"/>
          <w:sz w:val="22"/>
        </w:rPr>
        <w:t>svolgere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le </w:t>
      </w:r>
      <w:proofErr w:type="spellStart"/>
      <w:r w:rsidRPr="00FE0CF4">
        <w:rPr>
          <w:rFonts w:asciiTheme="majorHAnsi" w:hAnsiTheme="majorHAnsi" w:cstheme="majorHAnsi"/>
          <w:sz w:val="22"/>
        </w:rPr>
        <w:t>attività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secondo </w:t>
      </w:r>
      <w:proofErr w:type="spellStart"/>
      <w:r w:rsidRPr="00FE0CF4">
        <w:rPr>
          <w:rFonts w:asciiTheme="majorHAnsi" w:hAnsiTheme="majorHAnsi" w:cstheme="majorHAnsi"/>
          <w:sz w:val="22"/>
        </w:rPr>
        <w:t>il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calendario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definito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dall’Istituzione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scolastica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e al di </w:t>
      </w:r>
      <w:proofErr w:type="spellStart"/>
      <w:r w:rsidRPr="00FE0CF4">
        <w:rPr>
          <w:rFonts w:asciiTheme="majorHAnsi" w:hAnsiTheme="majorHAnsi" w:cstheme="majorHAnsi"/>
          <w:sz w:val="22"/>
        </w:rPr>
        <w:t>fuori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dell’orario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ordinario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di </w:t>
      </w:r>
      <w:proofErr w:type="spellStart"/>
      <w:r w:rsidRPr="00FE0CF4">
        <w:rPr>
          <w:rFonts w:asciiTheme="majorHAnsi" w:hAnsiTheme="majorHAnsi" w:cstheme="majorHAnsi"/>
          <w:sz w:val="22"/>
        </w:rPr>
        <w:t>servizio</w:t>
      </w:r>
      <w:proofErr w:type="spellEnd"/>
      <w:r w:rsidRPr="00FE0CF4">
        <w:rPr>
          <w:rFonts w:asciiTheme="majorHAnsi" w:hAnsiTheme="majorHAnsi" w:cstheme="majorHAnsi"/>
          <w:sz w:val="22"/>
        </w:rPr>
        <w:t>;</w:t>
      </w:r>
    </w:p>
    <w:p w:rsidR="00BA0927" w:rsidRPr="00FE0CF4" w:rsidRDefault="00BE6F89">
      <w:pPr>
        <w:pStyle w:val="Puntoelenco"/>
        <w:rPr>
          <w:rFonts w:asciiTheme="majorHAnsi" w:hAnsiTheme="majorHAnsi" w:cstheme="majorHAnsi"/>
          <w:sz w:val="22"/>
        </w:rPr>
      </w:pPr>
      <w:r w:rsidRPr="00FE0CF4">
        <w:rPr>
          <w:rFonts w:asciiTheme="majorHAnsi" w:hAnsiTheme="majorHAnsi" w:cstheme="majorHAnsi"/>
          <w:sz w:val="22"/>
        </w:rPr>
        <w:t xml:space="preserve">di </w:t>
      </w:r>
      <w:proofErr w:type="spellStart"/>
      <w:r w:rsidRPr="00FE0CF4">
        <w:rPr>
          <w:rFonts w:asciiTheme="majorHAnsi" w:hAnsiTheme="majorHAnsi" w:cstheme="majorHAnsi"/>
          <w:sz w:val="22"/>
        </w:rPr>
        <w:t>impegnarsi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a </w:t>
      </w:r>
      <w:proofErr w:type="spellStart"/>
      <w:r w:rsidRPr="00FE0CF4">
        <w:rPr>
          <w:rFonts w:asciiTheme="majorHAnsi" w:hAnsiTheme="majorHAnsi" w:cstheme="majorHAnsi"/>
          <w:sz w:val="22"/>
        </w:rPr>
        <w:t>svolgere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personalmente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l’incarico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e a </w:t>
      </w:r>
      <w:proofErr w:type="spellStart"/>
      <w:r w:rsidRPr="00FE0CF4">
        <w:rPr>
          <w:rFonts w:asciiTheme="majorHAnsi" w:hAnsiTheme="majorHAnsi" w:cstheme="majorHAnsi"/>
          <w:sz w:val="22"/>
        </w:rPr>
        <w:t>produrre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la </w:t>
      </w:r>
      <w:proofErr w:type="spellStart"/>
      <w:r w:rsidRPr="00FE0CF4">
        <w:rPr>
          <w:rFonts w:asciiTheme="majorHAnsi" w:hAnsiTheme="majorHAnsi" w:cstheme="majorHAnsi"/>
          <w:sz w:val="22"/>
        </w:rPr>
        <w:t>documentazione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richiesta</w:t>
      </w:r>
      <w:proofErr w:type="spellEnd"/>
      <w:r w:rsidRPr="00FE0CF4">
        <w:rPr>
          <w:rFonts w:asciiTheme="majorHAnsi" w:hAnsiTheme="majorHAnsi" w:cstheme="majorHAnsi"/>
          <w:sz w:val="22"/>
        </w:rPr>
        <w:t>;</w:t>
      </w:r>
    </w:p>
    <w:p w:rsidR="00BA0927" w:rsidRPr="00FE0CF4" w:rsidRDefault="00BE6F89">
      <w:pPr>
        <w:pStyle w:val="Puntoelenco"/>
        <w:rPr>
          <w:rFonts w:asciiTheme="majorHAnsi" w:hAnsiTheme="majorHAnsi" w:cstheme="majorHAnsi"/>
          <w:sz w:val="22"/>
        </w:rPr>
      </w:pPr>
      <w:r w:rsidRPr="00FE0CF4">
        <w:rPr>
          <w:rFonts w:asciiTheme="majorHAnsi" w:hAnsiTheme="majorHAnsi" w:cstheme="majorHAnsi"/>
          <w:sz w:val="22"/>
        </w:rPr>
        <w:t xml:space="preserve">di non </w:t>
      </w:r>
      <w:proofErr w:type="spellStart"/>
      <w:r w:rsidRPr="00FE0CF4">
        <w:rPr>
          <w:rFonts w:asciiTheme="majorHAnsi" w:hAnsiTheme="majorHAnsi" w:cstheme="majorHAnsi"/>
          <w:sz w:val="22"/>
        </w:rPr>
        <w:t>trovarsi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in </w:t>
      </w:r>
      <w:proofErr w:type="spellStart"/>
      <w:r w:rsidRPr="00FE0CF4">
        <w:rPr>
          <w:rFonts w:asciiTheme="majorHAnsi" w:hAnsiTheme="majorHAnsi" w:cstheme="majorHAnsi"/>
          <w:sz w:val="22"/>
        </w:rPr>
        <w:t>situazioni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di </w:t>
      </w:r>
      <w:proofErr w:type="spellStart"/>
      <w:r w:rsidRPr="00FE0CF4">
        <w:rPr>
          <w:rFonts w:asciiTheme="majorHAnsi" w:hAnsiTheme="majorHAnsi" w:cstheme="majorHAnsi"/>
          <w:sz w:val="22"/>
        </w:rPr>
        <w:t>incompatibilità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o </w:t>
      </w:r>
      <w:proofErr w:type="spellStart"/>
      <w:r w:rsidRPr="00FE0CF4">
        <w:rPr>
          <w:rFonts w:asciiTheme="majorHAnsi" w:hAnsiTheme="majorHAnsi" w:cstheme="majorHAnsi"/>
          <w:sz w:val="22"/>
        </w:rPr>
        <w:t>conflitto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di </w:t>
      </w:r>
      <w:proofErr w:type="spellStart"/>
      <w:r w:rsidRPr="00FE0CF4">
        <w:rPr>
          <w:rFonts w:asciiTheme="majorHAnsi" w:hAnsiTheme="majorHAnsi" w:cstheme="majorHAnsi"/>
          <w:sz w:val="22"/>
        </w:rPr>
        <w:t>interessi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rispetto </w:t>
      </w:r>
      <w:proofErr w:type="spellStart"/>
      <w:r w:rsidRPr="00FE0CF4">
        <w:rPr>
          <w:rFonts w:asciiTheme="majorHAnsi" w:hAnsiTheme="majorHAnsi" w:cstheme="majorHAnsi"/>
          <w:sz w:val="22"/>
        </w:rPr>
        <w:t>all’incarico</w:t>
      </w:r>
      <w:proofErr w:type="spellEnd"/>
      <w:r w:rsidRPr="00FE0CF4">
        <w:rPr>
          <w:rFonts w:asciiTheme="majorHAnsi" w:hAnsiTheme="majorHAnsi" w:cstheme="majorHAnsi"/>
          <w:sz w:val="22"/>
        </w:rPr>
        <w:t>;</w:t>
      </w:r>
    </w:p>
    <w:p w:rsidR="00BA0927" w:rsidRPr="00FE0CF4" w:rsidRDefault="009E0885">
      <w:pPr>
        <w:pStyle w:val="Puntoelenco"/>
        <w:rPr>
          <w:rFonts w:asciiTheme="majorHAnsi" w:hAnsiTheme="majorHAnsi" w:cstheme="majorHAnsi"/>
          <w:sz w:val="22"/>
        </w:rPr>
      </w:pPr>
      <w:r>
        <w:t xml:space="preserve">di aver </w:t>
      </w:r>
      <w:proofErr w:type="spellStart"/>
      <w:r>
        <w:t>preso</w:t>
      </w:r>
      <w:proofErr w:type="spellEnd"/>
      <w:r>
        <w:t xml:space="preserve"> </w:t>
      </w:r>
      <w:proofErr w:type="spellStart"/>
      <w:r>
        <w:t>visione</w:t>
      </w:r>
      <w:proofErr w:type="spellEnd"/>
      <w:r>
        <w:t xml:space="preserve"> </w:t>
      </w:r>
      <w:proofErr w:type="spellStart"/>
      <w:r>
        <w:t>dell’informativa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resa</w:t>
      </w:r>
      <w:proofErr w:type="spellEnd"/>
      <w:r>
        <w:t xml:space="preserve"> ai </w:t>
      </w:r>
      <w:proofErr w:type="spellStart"/>
      <w:r>
        <w:t>sensi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13 e 14 del </w:t>
      </w:r>
      <w:proofErr w:type="spellStart"/>
      <w:r>
        <w:t>Regolamento</w:t>
      </w:r>
      <w:proofErr w:type="spellEnd"/>
      <w:r>
        <w:t xml:space="preserve"> (UE) 2016/679 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nazionale</w:t>
      </w:r>
      <w:proofErr w:type="spellEnd"/>
      <w:r>
        <w:t xml:space="preserve"> </w:t>
      </w:r>
      <w:proofErr w:type="spellStart"/>
      <w:r>
        <w:t>vigente</w:t>
      </w:r>
      <w:proofErr w:type="spellEnd"/>
      <w:r>
        <w:t xml:space="preserve"> in </w:t>
      </w:r>
      <w:proofErr w:type="spellStart"/>
      <w:r>
        <w:t>materia</w:t>
      </w:r>
      <w:proofErr w:type="spellEnd"/>
      <w:r>
        <w:t xml:space="preserve"> di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 w:rsidR="00BE6F89" w:rsidRPr="00FE0CF4">
        <w:rPr>
          <w:rFonts w:asciiTheme="majorHAnsi" w:hAnsiTheme="majorHAnsi" w:cstheme="majorHAnsi"/>
          <w:sz w:val="22"/>
        </w:rPr>
        <w:t>.</w:t>
      </w:r>
    </w:p>
    <w:p w:rsidR="00BA0927" w:rsidRPr="00FE0CF4" w:rsidRDefault="00BE6F89">
      <w:pPr>
        <w:spacing w:before="100" w:after="100"/>
        <w:rPr>
          <w:rFonts w:asciiTheme="majorHAnsi" w:hAnsiTheme="majorHAnsi" w:cstheme="majorHAnsi"/>
          <w:sz w:val="22"/>
        </w:rPr>
      </w:pPr>
      <w:proofErr w:type="spellStart"/>
      <w:r w:rsidRPr="00FE0CF4">
        <w:rPr>
          <w:rFonts w:asciiTheme="majorHAnsi" w:hAnsiTheme="majorHAnsi" w:cstheme="majorHAnsi"/>
          <w:sz w:val="22"/>
        </w:rPr>
        <w:t>Dichiara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inoltre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che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le </w:t>
      </w:r>
      <w:proofErr w:type="spellStart"/>
      <w:r w:rsidRPr="00FE0CF4">
        <w:rPr>
          <w:rFonts w:asciiTheme="majorHAnsi" w:hAnsiTheme="majorHAnsi" w:cstheme="majorHAnsi"/>
          <w:sz w:val="22"/>
        </w:rPr>
        <w:t>e</w:t>
      </w:r>
      <w:bookmarkStart w:id="0" w:name="_GoBack"/>
      <w:bookmarkEnd w:id="0"/>
      <w:r w:rsidRPr="00FE0CF4">
        <w:rPr>
          <w:rFonts w:asciiTheme="majorHAnsi" w:hAnsiTheme="majorHAnsi" w:cstheme="majorHAnsi"/>
          <w:sz w:val="22"/>
        </w:rPr>
        <w:t>sperienze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utili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ai </w:t>
      </w:r>
      <w:proofErr w:type="spellStart"/>
      <w:r w:rsidRPr="00FE0CF4">
        <w:rPr>
          <w:rFonts w:asciiTheme="majorHAnsi" w:hAnsiTheme="majorHAnsi" w:cstheme="majorHAnsi"/>
          <w:sz w:val="22"/>
        </w:rPr>
        <w:t>fini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della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valutazione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, con </w:t>
      </w:r>
      <w:proofErr w:type="spellStart"/>
      <w:r w:rsidRPr="00FE0CF4">
        <w:rPr>
          <w:rFonts w:asciiTheme="majorHAnsi" w:hAnsiTheme="majorHAnsi" w:cstheme="majorHAnsi"/>
          <w:sz w:val="22"/>
        </w:rPr>
        <w:t>riferimento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ai </w:t>
      </w:r>
      <w:proofErr w:type="spellStart"/>
      <w:r w:rsidRPr="00FE0CF4">
        <w:rPr>
          <w:rFonts w:asciiTheme="majorHAnsi" w:hAnsiTheme="majorHAnsi" w:cstheme="majorHAnsi"/>
          <w:sz w:val="22"/>
        </w:rPr>
        <w:t>criteri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indicati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nell’art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. 6 </w:t>
      </w:r>
      <w:proofErr w:type="spellStart"/>
      <w:r w:rsidRPr="00FE0CF4">
        <w:rPr>
          <w:rFonts w:asciiTheme="majorHAnsi" w:hAnsiTheme="majorHAnsi" w:cstheme="majorHAnsi"/>
          <w:sz w:val="22"/>
        </w:rPr>
        <w:t>dell’Avviso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, </w:t>
      </w:r>
      <w:proofErr w:type="spellStart"/>
      <w:r w:rsidRPr="00FE0CF4">
        <w:rPr>
          <w:rFonts w:asciiTheme="majorHAnsi" w:hAnsiTheme="majorHAnsi" w:cstheme="majorHAnsi"/>
          <w:sz w:val="22"/>
        </w:rPr>
        <w:t>sono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dettagliatamente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riportate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FE0CF4">
        <w:rPr>
          <w:rFonts w:asciiTheme="majorHAnsi" w:hAnsiTheme="majorHAnsi" w:cstheme="majorHAnsi"/>
          <w:sz w:val="22"/>
        </w:rPr>
        <w:t>nel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curriculum vitae </w:t>
      </w:r>
      <w:proofErr w:type="spellStart"/>
      <w:r w:rsidRPr="00FE0CF4">
        <w:rPr>
          <w:rFonts w:asciiTheme="majorHAnsi" w:hAnsiTheme="majorHAnsi" w:cstheme="majorHAnsi"/>
          <w:sz w:val="22"/>
        </w:rPr>
        <w:t>allegato</w:t>
      </w:r>
      <w:proofErr w:type="spellEnd"/>
      <w:r w:rsidRPr="00FE0CF4">
        <w:rPr>
          <w:rFonts w:asciiTheme="majorHAnsi" w:hAnsiTheme="majorHAnsi" w:cstheme="majorHAnsi"/>
          <w:sz w:val="22"/>
        </w:rPr>
        <w:t>.</w:t>
      </w:r>
    </w:p>
    <w:p w:rsidR="0099233E" w:rsidRPr="00FE0CF4" w:rsidRDefault="0099233E">
      <w:pPr>
        <w:spacing w:before="100" w:after="100"/>
        <w:rPr>
          <w:rFonts w:asciiTheme="majorHAnsi" w:hAnsiTheme="majorHAnsi" w:cstheme="majorHAnsi"/>
          <w:sz w:val="22"/>
        </w:rPr>
      </w:pPr>
    </w:p>
    <w:p w:rsidR="00BA0927" w:rsidRPr="00FE0CF4" w:rsidRDefault="00BE6F89">
      <w:pPr>
        <w:spacing w:before="120" w:after="160"/>
        <w:rPr>
          <w:rFonts w:asciiTheme="majorHAnsi" w:hAnsiTheme="majorHAnsi" w:cstheme="majorHAnsi"/>
          <w:sz w:val="22"/>
        </w:rPr>
      </w:pPr>
      <w:proofErr w:type="spellStart"/>
      <w:r w:rsidRPr="00FE0CF4">
        <w:rPr>
          <w:rFonts w:asciiTheme="majorHAnsi" w:hAnsiTheme="majorHAnsi" w:cstheme="majorHAnsi"/>
          <w:sz w:val="22"/>
        </w:rPr>
        <w:t>Allega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: curriculum vitae </w:t>
      </w:r>
      <w:proofErr w:type="spellStart"/>
      <w:r w:rsidRPr="00FE0CF4">
        <w:rPr>
          <w:rFonts w:asciiTheme="majorHAnsi" w:hAnsiTheme="majorHAnsi" w:cstheme="majorHAnsi"/>
          <w:sz w:val="22"/>
        </w:rPr>
        <w:t>aggiornato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e </w:t>
      </w:r>
      <w:proofErr w:type="spellStart"/>
      <w:r w:rsidRPr="00FE0CF4">
        <w:rPr>
          <w:rFonts w:asciiTheme="majorHAnsi" w:hAnsiTheme="majorHAnsi" w:cstheme="majorHAnsi"/>
          <w:sz w:val="22"/>
        </w:rPr>
        <w:t>sottoscritto</w:t>
      </w:r>
      <w:proofErr w:type="spellEnd"/>
      <w:r w:rsidRPr="00FE0CF4">
        <w:rPr>
          <w:rFonts w:asciiTheme="majorHAnsi" w:hAnsiTheme="majorHAnsi" w:cstheme="majorHAnsi"/>
          <w:sz w:val="22"/>
        </w:rPr>
        <w:t>.</w:t>
      </w:r>
    </w:p>
    <w:p w:rsidR="0099233E" w:rsidRPr="00FE0CF4" w:rsidRDefault="0099233E">
      <w:pPr>
        <w:spacing w:before="120" w:after="160"/>
        <w:rPr>
          <w:rFonts w:asciiTheme="majorHAnsi" w:hAnsiTheme="majorHAnsi" w:cstheme="majorHAnsi"/>
          <w:sz w:val="22"/>
        </w:rPr>
      </w:pPr>
    </w:p>
    <w:p w:rsidR="0099233E" w:rsidRPr="00FE0CF4" w:rsidRDefault="0099233E">
      <w:pPr>
        <w:spacing w:before="120" w:after="160"/>
        <w:rPr>
          <w:rFonts w:asciiTheme="majorHAnsi" w:hAnsiTheme="majorHAnsi" w:cstheme="majorHAnsi"/>
          <w:sz w:val="22"/>
        </w:rPr>
      </w:pPr>
    </w:p>
    <w:p w:rsidR="00BA0927" w:rsidRPr="00FE0CF4" w:rsidRDefault="00BE6F89">
      <w:pPr>
        <w:spacing w:before="160" w:after="160"/>
        <w:rPr>
          <w:rFonts w:asciiTheme="majorHAnsi" w:hAnsiTheme="majorHAnsi" w:cstheme="majorHAnsi"/>
          <w:sz w:val="22"/>
        </w:rPr>
      </w:pPr>
      <w:proofErr w:type="spellStart"/>
      <w:r w:rsidRPr="00FE0CF4">
        <w:rPr>
          <w:rFonts w:asciiTheme="majorHAnsi" w:hAnsiTheme="majorHAnsi" w:cstheme="majorHAnsi"/>
          <w:sz w:val="22"/>
        </w:rPr>
        <w:t>Luogo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e data ______________________________</w:t>
      </w:r>
    </w:p>
    <w:p w:rsidR="0099233E" w:rsidRPr="00FE0CF4" w:rsidRDefault="0099233E">
      <w:pPr>
        <w:spacing w:before="160" w:after="160"/>
        <w:rPr>
          <w:rFonts w:asciiTheme="majorHAnsi" w:hAnsiTheme="majorHAnsi" w:cstheme="majorHAnsi"/>
          <w:sz w:val="22"/>
        </w:rPr>
      </w:pPr>
    </w:p>
    <w:p w:rsidR="0099233E" w:rsidRPr="00FE0CF4" w:rsidRDefault="0099233E">
      <w:pPr>
        <w:spacing w:before="160" w:after="160"/>
        <w:rPr>
          <w:rFonts w:asciiTheme="majorHAnsi" w:hAnsiTheme="majorHAnsi" w:cstheme="majorHAnsi"/>
          <w:sz w:val="22"/>
        </w:rPr>
      </w:pPr>
    </w:p>
    <w:p w:rsidR="0099233E" w:rsidRPr="00FE0CF4" w:rsidRDefault="0099233E">
      <w:pPr>
        <w:spacing w:before="160" w:after="160"/>
        <w:rPr>
          <w:rFonts w:asciiTheme="majorHAnsi" w:hAnsiTheme="majorHAnsi" w:cstheme="majorHAnsi"/>
          <w:sz w:val="22"/>
        </w:rPr>
      </w:pPr>
    </w:p>
    <w:p w:rsidR="00BA0927" w:rsidRPr="00FE0CF4" w:rsidRDefault="00BE6F89">
      <w:pPr>
        <w:spacing w:before="80"/>
        <w:jc w:val="right"/>
        <w:rPr>
          <w:rFonts w:asciiTheme="majorHAnsi" w:hAnsiTheme="majorHAnsi" w:cstheme="majorHAnsi"/>
          <w:sz w:val="22"/>
        </w:rPr>
      </w:pPr>
      <w:proofErr w:type="spellStart"/>
      <w:r w:rsidRPr="00FE0CF4">
        <w:rPr>
          <w:rFonts w:asciiTheme="majorHAnsi" w:hAnsiTheme="majorHAnsi" w:cstheme="majorHAnsi"/>
          <w:sz w:val="22"/>
        </w:rPr>
        <w:t>Firma</w:t>
      </w:r>
      <w:proofErr w:type="spellEnd"/>
      <w:r w:rsidRPr="00FE0CF4">
        <w:rPr>
          <w:rFonts w:asciiTheme="majorHAnsi" w:hAnsiTheme="majorHAnsi" w:cstheme="majorHAnsi"/>
          <w:sz w:val="22"/>
        </w:rPr>
        <w:t xml:space="preserve"> ____________________________________________</w:t>
      </w:r>
    </w:p>
    <w:sectPr w:rsidR="00BA0927" w:rsidRPr="00FE0CF4" w:rsidSect="002B3395">
      <w:headerReference w:type="default" r:id="rId10"/>
      <w:footerReference w:type="default" r:id="rId11"/>
      <w:pgSz w:w="12240" w:h="15840"/>
      <w:pgMar w:top="964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045" w:rsidRDefault="00AB1045">
      <w:pPr>
        <w:spacing w:after="0"/>
      </w:pPr>
      <w:r>
        <w:separator/>
      </w:r>
    </w:p>
  </w:endnote>
  <w:endnote w:type="continuationSeparator" w:id="0">
    <w:p w:rsidR="00AB1045" w:rsidRDefault="00AB10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927" w:rsidRDefault="00BE6F89">
    <w:pPr>
      <w:pStyle w:val="Pidipagina"/>
      <w:jc w:val="center"/>
    </w:pPr>
    <w:r>
      <w:rPr>
        <w:sz w:val="14"/>
      </w:rPr>
      <w:t xml:space="preserve">CPIA 2 Bologna – </w:t>
    </w:r>
    <w:proofErr w:type="spellStart"/>
    <w:r>
      <w:rPr>
        <w:sz w:val="14"/>
      </w:rPr>
      <w:t>Avviso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interno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Snodi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formativi</w:t>
    </w:r>
    <w:proofErr w:type="spellEnd"/>
    <w:r>
      <w:rPr>
        <w:sz w:val="14"/>
      </w:rPr>
      <w:t xml:space="preserve"> 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045" w:rsidRDefault="00AB1045">
      <w:pPr>
        <w:spacing w:after="0"/>
      </w:pPr>
      <w:r>
        <w:separator/>
      </w:r>
    </w:p>
  </w:footnote>
  <w:footnote w:type="continuationSeparator" w:id="0">
    <w:p w:rsidR="00AB1045" w:rsidRDefault="00AB10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F9C" w:rsidRDefault="004F7F9C" w:rsidP="004F7F9C">
    <w:pPr>
      <w:pStyle w:val="Intestazione"/>
      <w:spacing w:after="240"/>
    </w:pPr>
    <w:r>
      <w:rPr>
        <w:noProof/>
      </w:rPr>
      <w:drawing>
        <wp:inline distT="0" distB="0" distL="0" distR="0" wp14:anchorId="2CB0D81C" wp14:editId="175F7CAC">
          <wp:extent cx="6120130" cy="989984"/>
          <wp:effectExtent l="0" t="0" r="127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89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48E6"/>
    <w:rsid w:val="001C3AED"/>
    <w:rsid w:val="002069E0"/>
    <w:rsid w:val="0029639D"/>
    <w:rsid w:val="002B3395"/>
    <w:rsid w:val="002C129C"/>
    <w:rsid w:val="00326F90"/>
    <w:rsid w:val="004F7F9C"/>
    <w:rsid w:val="00580C72"/>
    <w:rsid w:val="006E416F"/>
    <w:rsid w:val="007056C1"/>
    <w:rsid w:val="0076508C"/>
    <w:rsid w:val="00781AB5"/>
    <w:rsid w:val="00921A2A"/>
    <w:rsid w:val="0095675F"/>
    <w:rsid w:val="0099233E"/>
    <w:rsid w:val="009E0885"/>
    <w:rsid w:val="00A95482"/>
    <w:rsid w:val="00AA1D8D"/>
    <w:rsid w:val="00AB1045"/>
    <w:rsid w:val="00B24059"/>
    <w:rsid w:val="00B47730"/>
    <w:rsid w:val="00B8182E"/>
    <w:rsid w:val="00BA0927"/>
    <w:rsid w:val="00BE6F89"/>
    <w:rsid w:val="00C04B1B"/>
    <w:rsid w:val="00C171BE"/>
    <w:rsid w:val="00C41FBD"/>
    <w:rsid w:val="00C469B2"/>
    <w:rsid w:val="00CB0664"/>
    <w:rsid w:val="00D14B34"/>
    <w:rsid w:val="00D4664C"/>
    <w:rsid w:val="00FC5BA8"/>
    <w:rsid w:val="00FC693F"/>
    <w:rsid w:val="00FE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D5F8CAE-5206-4BFE-8FF4-D4A32208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  <w:pPr>
      <w:spacing w:after="40" w:line="240" w:lineRule="auto"/>
    </w:pPr>
    <w:rPr>
      <w:rFonts w:ascii="Arial" w:hAnsi="Arial"/>
      <w:sz w:val="19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6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2B339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B339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069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8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OMM36300D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66CE85-C2D4-4A4F-855C-2D518625B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bomm36300d</dc:creator>
  <cp:keywords/>
  <dc:description>generated by python-docx</dc:description>
  <cp:lastModifiedBy>Emilio Porcaro</cp:lastModifiedBy>
  <cp:revision>4</cp:revision>
  <dcterms:created xsi:type="dcterms:W3CDTF">2026-08-23T15:46:00Z</dcterms:created>
  <dcterms:modified xsi:type="dcterms:W3CDTF">2026-08-23T15:59:00Z</dcterms:modified>
  <cp:category/>
</cp:coreProperties>
</file>