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40" w:type="dxa"/>
              <w:bottom w:w="140" w:type="dxa"/>
              <w:left w:w="200" w:type="dxa"/>
              <w:right w:w="200" w:type="dxa"/>
            </w:tcMar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ALLEGATO "A" ALL’AVVISO</w:t>
              <w:br/>
              <w:br/>
              <w:t>MODELLO DI DOMANDA DI PARTECIPAZIONE</w:t>
              <w:br/>
              <w:br/>
              <w:t>AVVISO DI SELEZIONE PLURIMO PER IL CONFERIMENTO DI N. 2 INCARICHI INDIVIDUALI DI ESPERTO, N. 6 INCARICHI INDIVIDUALI DI TUTOR, N. 1 INCARICO DI FIGURA DI SUPPORTO E N. 1 INCARICO DI COORDINATORE DI PROGETTO NELL’AMBITO DEL Progetto “Calabria Verde: turismo sostenibile, sport e benessere tra Costa Viola e Serre Vibonesi” nell’ambito del PR CALABRIA FESR FSE+ 2021 – 2027 OP4. - Un'Europa più sociale e inclusiva attraverso l'attuazione del pilastro europeo dei diritti sociali PRIORITÀ 4 - ISTRUZIONE ESO4.5. Migliorare la qualità, l'inclusività, l'efficacia e l'attinenza al mercato del lavoro dei sistemi di istruzione e di formazione, anche attraverso la convalida dell'apprendimento non formale e informale, per sostenere l'acquisizione di competenze chiave, comprese le competenze imprenditoriali e digitali, e promuovendo l'introduzione di sistemi formativi duali e di apprendistati (FSE+) AVVISO PUBBLICO PER LA CONCESSIONE DI CONTRIBUTI PER LA REALIZZAZIONE DI SPECIFICI PERCORSI ED ITINERARI DIDATTICI INTEGRATIVI NELL’AMBITO DELL’INIZIATIVA “VIVI E SCOPRI LA CALABRIA” II FINESTRA</w:t>
              <w:br/>
              <w:t>Codice SIURP: M1003327P000079 CUP: G44D26005120008</w:t>
            </w:r>
          </w:p>
        </w:tc>
      </w:tr>
    </w:tbl>
    <w:p>
      <w:r>
        <w:br/>
        <w:br/>
        <w:t xml:space="preserve">Il sottoscritto ______________________________________________ Nato a ______________________ </w:t>
      </w:r>
      <w:r>
        <w:t xml:space="preserve">Il ____________________ Residente a ___________________________ Provincia di ___________________ </w:t>
      </w:r>
      <w:r>
        <w:t xml:space="preserve">Via/Piazza _______________________________________________ n. _________ </w:t>
      </w:r>
      <w:r>
        <w:t>Codice Fiscale ________________________________________________________</w:t>
        <w:br/>
        <w:br/>
      </w:r>
    </w:p>
    <w:p>
      <w:pPr>
        <w:jc w:val="both"/>
      </w:pPr>
      <w: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>
      <w:pPr>
        <w:jc w:val="center"/>
      </w:pPr>
      <w:r>
        <w:rPr>
          <w:b/>
        </w:rPr>
        <w:br/>
        <w:t>CHIEDE</w:t>
      </w:r>
    </w:p>
    <w:p>
      <w:r>
        <w:t>di essere ammesso a partecipare alla procedura in oggetto per il ruolo di ____________________________</w:t>
        <w:br/>
        <w:br/>
      </w:r>
    </w:p>
    <w:p>
      <w:r>
        <w:t>A tal fine, dichiara, sotto la propria responsabilità:</w:t>
        <w:br/>
      </w:r>
    </w:p>
    <w:p>
      <w:r>
        <w:t>1. che i recapiti presso i quali si intendono ricevere le comunicazioni sono i seguenti:</w:t>
        <w:br/>
        <w:t xml:space="preserve">  ▪ residenza: ________________________________________________________</w:t>
        <w:br/>
        <w:t xml:space="preserve">  ▪ indirizzo posta elettronica ordinaria: ________________________________________</w:t>
        <w:br/>
        <w:t xml:space="preserve">  ▪ indirizzo posta elettronica certificata (PEC): __________________________________</w:t>
        <w:br/>
        <w:t xml:space="preserve">  ▪ numero di telefono: _____________________________________________________</w:t>
        <w:br/>
        <w:br/>
        <w:t>autorizzando espressamente l’Istituzione scolastica all’utilizzo dei suddetti mezzi per effettuare le comunicazioni;</w:t>
      </w:r>
    </w:p>
    <w:p>
      <w:pPr>
        <w:jc w:val="both"/>
      </w:pPr>
      <w:r>
        <w:t>2. di essere informato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r>
        <w:t>3. di aver preso visione dell’Avviso e di accettare tutte le condizioni ivi contenute;</w:t>
      </w:r>
    </w:p>
    <w:p>
      <w:r>
        <w:t>4. di aver preso visione dell’informativa sul trattamento dei dati personali di cui all’art. 11 dell’Avviso;</w:t>
      </w:r>
    </w:p>
    <w:p>
      <w:pPr>
        <w:jc w:val="both"/>
      </w:pPr>
      <w:r>
        <w:t>5. 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r>
        <w:br/>
        <w:t>Si allega fotocopia del documento di identità in corso di validità e curriculum vitae, come stabilito dall’Avviso.</w:t>
        <w:br/>
        <w:br/>
      </w:r>
    </w:p>
    <w:p>
      <w:r>
        <w:t>Luogo e data                                                                           Firma del Partecipante</w:t>
        <w:br/>
        <w:br/>
        <w:t>_______________________, _______________                                _______________________________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