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F7" w:rsidRPr="007B5E68" w:rsidRDefault="00A93FF7" w:rsidP="003B7872">
      <w:pPr>
        <w:jc w:val="center"/>
        <w:rPr>
          <w:rFonts w:asciiTheme="majorHAnsi" w:hAnsiTheme="majorHAnsi" w:cstheme="majorHAnsi"/>
          <w:b/>
          <w:sz w:val="20"/>
          <w:lang w:val="it-IT"/>
        </w:rPr>
      </w:pPr>
      <w:r w:rsidRPr="007B5E68">
        <w:rPr>
          <w:rFonts w:asciiTheme="majorHAnsi" w:hAnsiTheme="majorHAnsi" w:cstheme="majorHAnsi"/>
          <w:b/>
          <w:sz w:val="20"/>
          <w:lang w:val="it-IT"/>
        </w:rPr>
        <w:t>A.S. 2025/26 SETTIMANA BIANCA</w:t>
      </w:r>
    </w:p>
    <w:p w:rsidR="00A93FF7" w:rsidRPr="007B5E68" w:rsidRDefault="00A93FF7" w:rsidP="00396F36">
      <w:pPr>
        <w:spacing w:line="240" w:lineRule="auto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I sottoscritti </w:t>
      </w:r>
      <w:r w:rsidR="00587337">
        <w:rPr>
          <w:rFonts w:asciiTheme="majorHAnsi" w:hAnsiTheme="majorHAnsi" w:cstheme="majorHAnsi"/>
          <w:lang w:val="it-IT"/>
        </w:rPr>
        <w:t>_____________________</w:t>
      </w:r>
      <w:r w:rsidRPr="007B5E68">
        <w:rPr>
          <w:rFonts w:asciiTheme="majorHAnsi" w:hAnsiTheme="majorHAnsi" w:cstheme="majorHAnsi"/>
          <w:lang w:val="it-IT"/>
        </w:rPr>
        <w:t xml:space="preserve">_______________________________genitori/tutori dell’alunno/a____________________________________________________frequentante la classe _______ della Scuola </w:t>
      </w:r>
      <w:r w:rsidR="00DF7095">
        <w:rPr>
          <w:rFonts w:asciiTheme="majorHAnsi" w:hAnsiTheme="majorHAnsi" w:cstheme="majorHAnsi"/>
          <w:lang w:val="it-IT"/>
        </w:rPr>
        <w:t>_____________</w:t>
      </w:r>
    </w:p>
    <w:p w:rsidR="00A93FF7" w:rsidRPr="007B5E68" w:rsidRDefault="00A93FF7" w:rsidP="007B5E68">
      <w:pPr>
        <w:spacing w:line="240" w:lineRule="auto"/>
        <w:jc w:val="center"/>
        <w:rPr>
          <w:rFonts w:asciiTheme="majorHAnsi" w:hAnsiTheme="majorHAnsi" w:cstheme="majorHAnsi"/>
          <w:b/>
          <w:lang w:val="it-IT"/>
        </w:rPr>
      </w:pPr>
      <w:r w:rsidRPr="007B5E68">
        <w:rPr>
          <w:rFonts w:asciiTheme="majorHAnsi" w:hAnsiTheme="majorHAnsi" w:cstheme="majorHAnsi"/>
          <w:b/>
          <w:lang w:val="it-IT"/>
        </w:rPr>
        <w:t>AUTORIZZANO</w:t>
      </w:r>
    </w:p>
    <w:p w:rsidR="00A51315" w:rsidRPr="007B5E68" w:rsidRDefault="00A93FF7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Il/</w:t>
      </w:r>
      <w:proofErr w:type="spellStart"/>
      <w:r w:rsidRPr="007B5E68">
        <w:rPr>
          <w:rFonts w:asciiTheme="majorHAnsi" w:hAnsiTheme="majorHAnsi" w:cstheme="majorHAnsi"/>
          <w:lang w:val="it-IT"/>
        </w:rPr>
        <w:t>la</w:t>
      </w:r>
      <w:proofErr w:type="spellEnd"/>
      <w:r w:rsidRPr="007B5E68">
        <w:rPr>
          <w:rFonts w:asciiTheme="majorHAnsi" w:hAnsiTheme="majorHAnsi" w:cstheme="majorHAnsi"/>
          <w:lang w:val="it-IT"/>
        </w:rPr>
        <w:t xml:space="preserve"> proprio/a figlio/a </w:t>
      </w:r>
      <w:proofErr w:type="spellStart"/>
      <w:r w:rsidRPr="007B5E68">
        <w:rPr>
          <w:rFonts w:asciiTheme="majorHAnsi" w:hAnsiTheme="majorHAnsi" w:cstheme="majorHAnsi"/>
          <w:lang w:val="it-IT"/>
        </w:rPr>
        <w:t>a</w:t>
      </w:r>
      <w:proofErr w:type="spellEnd"/>
      <w:r w:rsidRPr="007B5E68">
        <w:rPr>
          <w:rFonts w:asciiTheme="majorHAnsi" w:hAnsiTheme="majorHAnsi" w:cstheme="majorHAnsi"/>
          <w:lang w:val="it-IT"/>
        </w:rPr>
        <w:t xml:space="preserve"> partecipare alla settima bianca che sarà effettuata presso il Monte Amiata </w:t>
      </w:r>
      <w:r w:rsidR="00A30E39">
        <w:rPr>
          <w:rFonts w:asciiTheme="majorHAnsi" w:hAnsiTheme="majorHAnsi" w:cstheme="majorHAnsi"/>
          <w:lang w:val="it-IT"/>
        </w:rPr>
        <w:t>c</w:t>
      </w:r>
      <w:r w:rsidRPr="007B5E68">
        <w:rPr>
          <w:rFonts w:asciiTheme="majorHAnsi" w:hAnsiTheme="majorHAnsi" w:cstheme="majorHAnsi"/>
          <w:lang w:val="it-IT"/>
        </w:rPr>
        <w:t>on i seguenti costi:</w:t>
      </w:r>
    </w:p>
    <w:p w:rsidR="00A93FF7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A) </w:t>
      </w:r>
      <w:r w:rsidR="00A93FF7" w:rsidRPr="007B5E68">
        <w:rPr>
          <w:rFonts w:asciiTheme="majorHAnsi" w:hAnsiTheme="majorHAnsi" w:cstheme="majorHAnsi"/>
          <w:lang w:val="it-IT"/>
        </w:rPr>
        <w:t>per il pacchetto sci:</w:t>
      </w:r>
    </w:p>
    <w:p w:rsidR="00A93FF7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-</w:t>
      </w:r>
      <w:r w:rsidR="00A93FF7" w:rsidRPr="007B5E68">
        <w:rPr>
          <w:rFonts w:asciiTheme="majorHAnsi" w:hAnsiTheme="majorHAnsi" w:cstheme="majorHAnsi"/>
          <w:lang w:val="it-IT"/>
        </w:rPr>
        <w:t>10 ore di lezione di sci - € 38,00</w:t>
      </w:r>
      <w:bookmarkStart w:id="0" w:name="_GoBack"/>
      <w:bookmarkEnd w:id="0"/>
    </w:p>
    <w:p w:rsidR="00A93FF7" w:rsidRPr="007B5E68" w:rsidRDefault="00A93FF7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-s</w:t>
      </w:r>
      <w:r w:rsidR="003B7872" w:rsidRPr="007B5E68">
        <w:rPr>
          <w:rFonts w:asciiTheme="majorHAnsi" w:hAnsiTheme="majorHAnsi" w:cstheme="majorHAnsi"/>
          <w:lang w:val="it-IT"/>
        </w:rPr>
        <w:t>ki</w:t>
      </w:r>
      <w:r w:rsidRPr="007B5E68">
        <w:rPr>
          <w:rFonts w:asciiTheme="majorHAnsi" w:hAnsiTheme="majorHAnsi" w:cstheme="majorHAnsi"/>
          <w:lang w:val="it-IT"/>
        </w:rPr>
        <w:t>pass per 5 giorni - € 28,00</w:t>
      </w:r>
    </w:p>
    <w:p w:rsidR="00A93FF7" w:rsidRPr="007B5E68" w:rsidRDefault="00A93FF7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- noleggio attrezzature - € 28,00</w:t>
      </w:r>
    </w:p>
    <w:p w:rsidR="00A51315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-t</w:t>
      </w:r>
      <w:r w:rsidR="00A93FF7" w:rsidRPr="007B5E68">
        <w:rPr>
          <w:rFonts w:asciiTheme="majorHAnsi" w:hAnsiTheme="majorHAnsi" w:cstheme="majorHAnsi"/>
          <w:lang w:val="it-IT"/>
        </w:rPr>
        <w:t>rasporto A/</w:t>
      </w:r>
      <w:proofErr w:type="gramStart"/>
      <w:r w:rsidR="00A93FF7" w:rsidRPr="007B5E68">
        <w:rPr>
          <w:rFonts w:asciiTheme="majorHAnsi" w:hAnsiTheme="majorHAnsi" w:cstheme="majorHAnsi"/>
          <w:lang w:val="it-IT"/>
        </w:rPr>
        <w:t xml:space="preserve">R </w:t>
      </w:r>
      <w:r w:rsidR="00552452" w:rsidRPr="007B5E68">
        <w:rPr>
          <w:rFonts w:asciiTheme="majorHAnsi" w:hAnsiTheme="majorHAnsi" w:cstheme="majorHAnsi"/>
          <w:lang w:val="it-IT"/>
        </w:rPr>
        <w:t xml:space="preserve"> –</w:t>
      </w:r>
      <w:proofErr w:type="gramEnd"/>
      <w:r w:rsidR="00552452" w:rsidRPr="007B5E68">
        <w:rPr>
          <w:rFonts w:asciiTheme="majorHAnsi" w:hAnsiTheme="majorHAnsi" w:cstheme="majorHAnsi"/>
          <w:lang w:val="it-IT"/>
        </w:rPr>
        <w:t xml:space="preserve"> € 30,00</w:t>
      </w:r>
    </w:p>
    <w:p w:rsid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b/>
          <w:lang w:val="it-IT"/>
        </w:rPr>
      </w:pPr>
      <w:r w:rsidRPr="007B5E68">
        <w:rPr>
          <w:rFonts w:asciiTheme="majorHAnsi" w:hAnsiTheme="majorHAnsi" w:cstheme="majorHAnsi"/>
          <w:b/>
          <w:lang w:val="it-IT"/>
        </w:rPr>
        <w:t>Il costo complessivo di tutto il pacchetto sci è pari a € 124,00</w:t>
      </w:r>
    </w:p>
    <w:p w:rsidR="00A51315" w:rsidRPr="007B5E68" w:rsidRDefault="00552452" w:rsidP="007B5E68">
      <w:pPr>
        <w:spacing w:line="240" w:lineRule="auto"/>
        <w:jc w:val="both"/>
        <w:rPr>
          <w:rFonts w:asciiTheme="majorHAnsi" w:hAnsiTheme="majorHAnsi" w:cstheme="majorHAnsi"/>
          <w:b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Nota: </w:t>
      </w:r>
      <w:r w:rsidR="003B7872" w:rsidRPr="007B5E68">
        <w:rPr>
          <w:rFonts w:asciiTheme="majorHAnsi" w:hAnsiTheme="majorHAnsi" w:cstheme="majorHAnsi"/>
          <w:lang w:val="it-IT"/>
        </w:rPr>
        <w:t>Se già in possesso di Skipass o dell’</w:t>
      </w:r>
      <w:r w:rsidRPr="007B5E68">
        <w:rPr>
          <w:rFonts w:asciiTheme="majorHAnsi" w:hAnsiTheme="majorHAnsi" w:cstheme="majorHAnsi"/>
          <w:lang w:val="it-IT"/>
        </w:rPr>
        <w:t xml:space="preserve">attrezzatura </w:t>
      </w:r>
      <w:r w:rsidR="003B7872" w:rsidRPr="007B5E68">
        <w:rPr>
          <w:rFonts w:asciiTheme="majorHAnsi" w:hAnsiTheme="majorHAnsi" w:cstheme="majorHAnsi"/>
          <w:lang w:val="it-IT"/>
        </w:rPr>
        <w:t>si prega di specificarlo nello spazio sottostante, in tale caso il costo dello skipass (se posseduto) o dell’attrezzatura (se non necessaria di essere noleggiata) verrà scomputato dal costo totale</w:t>
      </w:r>
    </w:p>
    <w:p w:rsidR="003B7872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</w:r>
      <w:r w:rsidRPr="007B5E68">
        <w:rPr>
          <w:rFonts w:asciiTheme="majorHAnsi" w:hAnsiTheme="majorHAnsi" w:cstheme="majorHAnsi"/>
          <w:lang w:val="it-IT"/>
        </w:rPr>
        <w:softHyphen/>
        <w:t>__________________________________________________________________________</w:t>
      </w:r>
      <w:r w:rsidR="007B5E68">
        <w:rPr>
          <w:rFonts w:asciiTheme="majorHAnsi" w:hAnsiTheme="majorHAnsi" w:cstheme="majorHAnsi"/>
          <w:lang w:val="it-IT"/>
        </w:rPr>
        <w:t>__</w:t>
      </w:r>
    </w:p>
    <w:p w:rsidR="003B7872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B) </w:t>
      </w:r>
      <w:r w:rsidRPr="007B5E68">
        <w:rPr>
          <w:rFonts w:asciiTheme="majorHAnsi" w:hAnsiTheme="majorHAnsi" w:cstheme="majorHAnsi"/>
          <w:lang w:val="it-IT"/>
        </w:rPr>
        <w:t>P</w:t>
      </w:r>
      <w:r w:rsidR="00A011AB" w:rsidRPr="007B5E68">
        <w:rPr>
          <w:rFonts w:asciiTheme="majorHAnsi" w:hAnsiTheme="majorHAnsi" w:cstheme="majorHAnsi"/>
          <w:lang w:val="it-IT"/>
        </w:rPr>
        <w:t>acchetto</w:t>
      </w:r>
      <w:r w:rsidRPr="007B5E68">
        <w:rPr>
          <w:rFonts w:asciiTheme="majorHAnsi" w:hAnsiTheme="majorHAnsi" w:cstheme="majorHAnsi"/>
          <w:lang w:val="it-IT"/>
        </w:rPr>
        <w:t xml:space="preserve"> p</w:t>
      </w:r>
      <w:r w:rsidRPr="007B5E68">
        <w:rPr>
          <w:rFonts w:asciiTheme="majorHAnsi" w:hAnsiTheme="majorHAnsi" w:cstheme="majorHAnsi"/>
          <w:lang w:val="it-IT"/>
        </w:rPr>
        <w:t>ercorso di educazione ambie</w:t>
      </w:r>
      <w:r w:rsidRPr="007B5E68">
        <w:rPr>
          <w:rFonts w:asciiTheme="majorHAnsi" w:hAnsiTheme="majorHAnsi" w:cstheme="majorHAnsi"/>
          <w:lang w:val="it-IT"/>
        </w:rPr>
        <w:t xml:space="preserve">ntale e giochi costo € 40,00 </w:t>
      </w:r>
    </w:p>
    <w:p w:rsidR="003B7872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-trasporto A/</w:t>
      </w:r>
      <w:proofErr w:type="gramStart"/>
      <w:r w:rsidRPr="007B5E68">
        <w:rPr>
          <w:rFonts w:asciiTheme="majorHAnsi" w:hAnsiTheme="majorHAnsi" w:cstheme="majorHAnsi"/>
          <w:lang w:val="it-IT"/>
        </w:rPr>
        <w:t>R  –</w:t>
      </w:r>
      <w:proofErr w:type="gramEnd"/>
      <w:r w:rsidRPr="007B5E68">
        <w:rPr>
          <w:rFonts w:asciiTheme="majorHAnsi" w:hAnsiTheme="majorHAnsi" w:cstheme="majorHAnsi"/>
          <w:lang w:val="it-IT"/>
        </w:rPr>
        <w:t xml:space="preserve"> € 30,00</w:t>
      </w:r>
    </w:p>
    <w:p w:rsidR="003B7872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b/>
          <w:lang w:val="it-IT"/>
        </w:rPr>
      </w:pPr>
      <w:r w:rsidRPr="007B5E68">
        <w:rPr>
          <w:rFonts w:asciiTheme="majorHAnsi" w:hAnsiTheme="majorHAnsi" w:cstheme="majorHAnsi"/>
          <w:b/>
          <w:lang w:val="it-IT"/>
        </w:rPr>
        <w:t xml:space="preserve">Il costo complessivo di tutto il pacchetto </w:t>
      </w:r>
      <w:r w:rsidR="00A011AB" w:rsidRPr="007B5E68">
        <w:rPr>
          <w:rFonts w:asciiTheme="majorHAnsi" w:hAnsiTheme="majorHAnsi" w:cstheme="majorHAnsi"/>
          <w:b/>
          <w:lang w:val="it-IT"/>
        </w:rPr>
        <w:t xml:space="preserve">percorso di educazione ambientale e giochi </w:t>
      </w:r>
      <w:r w:rsidR="00A011AB" w:rsidRPr="007B5E68">
        <w:rPr>
          <w:rFonts w:asciiTheme="majorHAnsi" w:hAnsiTheme="majorHAnsi" w:cstheme="majorHAnsi"/>
          <w:b/>
          <w:lang w:val="it-IT"/>
        </w:rPr>
        <w:t xml:space="preserve">costo </w:t>
      </w:r>
      <w:r w:rsidRPr="007B5E68">
        <w:rPr>
          <w:rFonts w:asciiTheme="majorHAnsi" w:hAnsiTheme="majorHAnsi" w:cstheme="majorHAnsi"/>
          <w:b/>
          <w:lang w:val="it-IT"/>
        </w:rPr>
        <w:t xml:space="preserve">è pari a € </w:t>
      </w:r>
      <w:r w:rsidR="00F1704F" w:rsidRPr="007B5E68">
        <w:rPr>
          <w:rFonts w:asciiTheme="majorHAnsi" w:hAnsiTheme="majorHAnsi" w:cstheme="majorHAnsi"/>
          <w:b/>
          <w:lang w:val="it-IT"/>
        </w:rPr>
        <w:t>70,00</w:t>
      </w:r>
    </w:p>
    <w:p w:rsidR="00A51315" w:rsidRP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Il bollettino di pagamento sarà visibile sulla piattaforma Nuvola </w:t>
      </w:r>
      <w:r w:rsidR="00DF7095">
        <w:rPr>
          <w:rFonts w:asciiTheme="majorHAnsi" w:hAnsiTheme="majorHAnsi" w:cstheme="majorHAnsi"/>
          <w:lang w:val="it-IT"/>
        </w:rPr>
        <w:t>dalla settimana antecedente alla partenza</w:t>
      </w:r>
      <w:r w:rsidRPr="007B5E68">
        <w:rPr>
          <w:rFonts w:asciiTheme="majorHAnsi" w:hAnsiTheme="majorHAnsi" w:cstheme="majorHAnsi"/>
          <w:lang w:val="it-IT"/>
        </w:rPr>
        <w:t xml:space="preserve">. Il pagamento dovrà essere effettuato entro </w:t>
      </w:r>
      <w:r w:rsidR="00F578F7">
        <w:rPr>
          <w:rFonts w:asciiTheme="majorHAnsi" w:hAnsiTheme="majorHAnsi" w:cstheme="majorHAnsi"/>
          <w:lang w:val="it-IT"/>
        </w:rPr>
        <w:t>il venerdì antecedente la partenza</w:t>
      </w:r>
      <w:r w:rsidRPr="007B5E68">
        <w:rPr>
          <w:rFonts w:asciiTheme="majorHAnsi" w:hAnsiTheme="majorHAnsi" w:cstheme="majorHAnsi"/>
          <w:lang w:val="it-IT"/>
        </w:rPr>
        <w:t>.</w:t>
      </w:r>
    </w:p>
    <w:p w:rsidR="007B5E68" w:rsidRDefault="003B7872" w:rsidP="007B5E68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Data: ____ / ____ / 2026</w:t>
      </w:r>
    </w:p>
    <w:p w:rsidR="003B7872" w:rsidRPr="007B5E68" w:rsidRDefault="003B7872" w:rsidP="007B5E68">
      <w:pPr>
        <w:spacing w:line="240" w:lineRule="auto"/>
        <w:jc w:val="right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Firma dei Genitori/Tutori</w:t>
      </w:r>
      <w:r w:rsidR="00552452" w:rsidRPr="007B5E68">
        <w:rPr>
          <w:rFonts w:asciiTheme="majorHAnsi" w:hAnsiTheme="majorHAnsi" w:cstheme="majorHAnsi"/>
          <w:lang w:val="it-IT"/>
        </w:rPr>
        <w:t>:</w:t>
      </w:r>
    </w:p>
    <w:p w:rsidR="00A51315" w:rsidRPr="007B5E68" w:rsidRDefault="00552452" w:rsidP="007B5E68">
      <w:pPr>
        <w:spacing w:line="240" w:lineRule="auto"/>
        <w:jc w:val="right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 xml:space="preserve"> ____________________________________</w:t>
      </w:r>
      <w:r w:rsidRPr="007B5E68">
        <w:rPr>
          <w:rFonts w:asciiTheme="majorHAnsi" w:hAnsiTheme="majorHAnsi" w:cstheme="majorHAnsi"/>
          <w:lang w:val="it-IT"/>
        </w:rPr>
        <w:t>___</w:t>
      </w:r>
    </w:p>
    <w:p w:rsidR="003B7872" w:rsidRPr="007B5E68" w:rsidRDefault="003B7872" w:rsidP="007B5E68">
      <w:pPr>
        <w:spacing w:line="240" w:lineRule="auto"/>
        <w:jc w:val="right"/>
        <w:rPr>
          <w:rFonts w:asciiTheme="majorHAnsi" w:hAnsiTheme="majorHAnsi" w:cstheme="majorHAnsi"/>
          <w:lang w:val="it-IT"/>
        </w:rPr>
      </w:pPr>
      <w:r w:rsidRPr="007B5E68">
        <w:rPr>
          <w:rFonts w:asciiTheme="majorHAnsi" w:hAnsiTheme="majorHAnsi" w:cstheme="majorHAnsi"/>
          <w:lang w:val="it-IT"/>
        </w:rPr>
        <w:t>______________________________________</w:t>
      </w:r>
    </w:p>
    <w:sectPr w:rsidR="003B7872" w:rsidRPr="007B5E6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452" w:rsidRDefault="00552452" w:rsidP="003B7872">
      <w:pPr>
        <w:spacing w:after="0" w:line="240" w:lineRule="auto"/>
      </w:pPr>
      <w:r>
        <w:separator/>
      </w:r>
    </w:p>
  </w:endnote>
  <w:endnote w:type="continuationSeparator" w:id="0">
    <w:p w:rsidR="00552452" w:rsidRDefault="00552452" w:rsidP="003B7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452" w:rsidRDefault="00552452" w:rsidP="003B7872">
      <w:pPr>
        <w:spacing w:after="0" w:line="240" w:lineRule="auto"/>
      </w:pPr>
      <w:r>
        <w:separator/>
      </w:r>
    </w:p>
  </w:footnote>
  <w:footnote w:type="continuationSeparator" w:id="0">
    <w:p w:rsidR="00552452" w:rsidRDefault="00552452" w:rsidP="003B7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68" w:rsidRPr="007B5E68" w:rsidRDefault="007B5E68" w:rsidP="007B5E68">
    <w:pPr>
      <w:widowControl w:val="0"/>
      <w:autoSpaceDE w:val="0"/>
      <w:autoSpaceDN w:val="0"/>
      <w:spacing w:after="0" w:line="240" w:lineRule="auto"/>
      <w:jc w:val="center"/>
      <w:rPr>
        <w:rFonts w:ascii="Verdana" w:eastAsia="Verdana" w:hAnsi="Verdana" w:cs="Arial"/>
        <w:b/>
        <w:spacing w:val="20"/>
        <w:sz w:val="16"/>
        <w:szCs w:val="16"/>
        <w:lang w:val="it-IT"/>
      </w:rPr>
    </w:pPr>
    <w:r w:rsidRPr="007B5E68">
      <w:rPr>
        <w:rFonts w:ascii="Verdana" w:eastAsia="Verdana" w:hAnsi="Verdana" w:cs="Verdana"/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557D6E01" wp14:editId="47F20B68">
          <wp:simplePos x="0" y="0"/>
          <wp:positionH relativeFrom="column">
            <wp:posOffset>2505075</wp:posOffset>
          </wp:positionH>
          <wp:positionV relativeFrom="paragraph">
            <wp:posOffset>-372745</wp:posOffset>
          </wp:positionV>
          <wp:extent cx="470535" cy="502285"/>
          <wp:effectExtent l="0" t="0" r="5715" b="0"/>
          <wp:wrapTopAndBottom/>
          <wp:docPr id="1" name="Immagine 1" descr="i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5E68" w:rsidRPr="007B5E68" w:rsidRDefault="007B5E68" w:rsidP="007B5E68">
    <w:pPr>
      <w:widowControl w:val="0"/>
      <w:autoSpaceDE w:val="0"/>
      <w:autoSpaceDN w:val="0"/>
      <w:spacing w:after="0" w:line="240" w:lineRule="auto"/>
      <w:ind w:firstLine="708"/>
      <w:jc w:val="center"/>
      <w:rPr>
        <w:rFonts w:ascii="Verdana" w:eastAsia="Verdana" w:hAnsi="Verdana" w:cs="Arial"/>
        <w:b/>
        <w:spacing w:val="20"/>
        <w:sz w:val="16"/>
        <w:szCs w:val="16"/>
        <w:lang w:val="it-IT"/>
      </w:rPr>
    </w:pPr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>ISTITUTO COMPRENSIVO “</w:t>
    </w:r>
    <w:r w:rsidRPr="007B5E68">
      <w:rPr>
        <w:rFonts w:ascii="Verdana" w:eastAsia="Verdana" w:hAnsi="Verdana" w:cs="Arial"/>
        <w:b/>
        <w:i/>
        <w:spacing w:val="20"/>
        <w:sz w:val="16"/>
        <w:szCs w:val="16"/>
        <w:lang w:val="it-IT"/>
      </w:rPr>
      <w:t>Vannini - Lazzaretti</w:t>
    </w:r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>”</w:t>
    </w:r>
  </w:p>
  <w:p w:rsidR="007B5E68" w:rsidRPr="007B5E68" w:rsidRDefault="007B5E68" w:rsidP="007B5E68">
    <w:pPr>
      <w:widowControl w:val="0"/>
      <w:autoSpaceDE w:val="0"/>
      <w:autoSpaceDN w:val="0"/>
      <w:spacing w:after="0" w:line="240" w:lineRule="auto"/>
      <w:jc w:val="center"/>
      <w:rPr>
        <w:rFonts w:ascii="Verdana" w:eastAsia="Verdana" w:hAnsi="Verdana" w:cs="Arial"/>
        <w:b/>
        <w:spacing w:val="20"/>
        <w:sz w:val="16"/>
        <w:szCs w:val="16"/>
        <w:lang w:val="it-IT"/>
      </w:rPr>
    </w:pPr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>SCUOLA DELL’INFANZIA, PRIMARIA SECONDARIA DI 1° GRADO</w:t>
    </w:r>
  </w:p>
  <w:p w:rsidR="007B5E68" w:rsidRPr="007B5E68" w:rsidRDefault="007B5E68" w:rsidP="007B5E68">
    <w:pPr>
      <w:widowControl w:val="0"/>
      <w:autoSpaceDE w:val="0"/>
      <w:autoSpaceDN w:val="0"/>
      <w:spacing w:after="0" w:line="240" w:lineRule="auto"/>
      <w:jc w:val="center"/>
      <w:rPr>
        <w:rFonts w:ascii="Verdana" w:eastAsia="Verdana" w:hAnsi="Verdana" w:cs="Verdana"/>
        <w:b/>
        <w:color w:val="000000"/>
        <w:spacing w:val="20"/>
        <w:sz w:val="16"/>
        <w:szCs w:val="16"/>
        <w:lang w:val="it-IT"/>
      </w:rPr>
    </w:pPr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 xml:space="preserve">Telefax:  0564/955633 – </w:t>
    </w:r>
    <w:hyperlink r:id="rId2" w:history="1">
      <w:r w:rsidRPr="007B5E68">
        <w:rPr>
          <w:rFonts w:ascii="Verdana" w:eastAsia="Verdana" w:hAnsi="Verdana" w:cs="Arial"/>
          <w:b/>
          <w:color w:val="0000FF"/>
          <w:spacing w:val="20"/>
          <w:sz w:val="16"/>
          <w:szCs w:val="16"/>
          <w:u w:val="single"/>
          <w:lang w:val="it-IT"/>
        </w:rPr>
        <w:t>gric81100q@istruzione.it</w:t>
      </w:r>
    </w:hyperlink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 xml:space="preserve"> – </w:t>
    </w:r>
    <w:hyperlink r:id="rId3" w:history="1">
      <w:r w:rsidRPr="007B5E68">
        <w:rPr>
          <w:rFonts w:ascii="Verdana" w:eastAsia="Verdana" w:hAnsi="Verdana" w:cs="Verdana"/>
          <w:b/>
          <w:color w:val="0000FF"/>
          <w:spacing w:val="20"/>
          <w:sz w:val="16"/>
          <w:szCs w:val="16"/>
          <w:u w:val="single"/>
          <w:lang w:val="it-IT"/>
        </w:rPr>
        <w:t>gric81100q@pec.istruzione.it</w:t>
      </w:r>
    </w:hyperlink>
  </w:p>
  <w:p w:rsidR="007B5E68" w:rsidRDefault="007B5E68" w:rsidP="007B5E68">
    <w:pPr>
      <w:widowControl w:val="0"/>
      <w:autoSpaceDE w:val="0"/>
      <w:autoSpaceDN w:val="0"/>
      <w:spacing w:after="0" w:line="240" w:lineRule="auto"/>
      <w:jc w:val="center"/>
      <w:rPr>
        <w:rFonts w:ascii="Verdana" w:eastAsia="Verdana" w:hAnsi="Verdana" w:cs="Arial"/>
        <w:b/>
        <w:spacing w:val="20"/>
        <w:sz w:val="16"/>
        <w:szCs w:val="16"/>
        <w:lang w:val="it-IT"/>
      </w:rPr>
    </w:pPr>
    <w:r w:rsidRPr="007B5E68">
      <w:rPr>
        <w:rFonts w:ascii="Verdana" w:eastAsia="Verdana" w:hAnsi="Verdana" w:cs="Arial"/>
        <w:b/>
        <w:spacing w:val="20"/>
        <w:sz w:val="16"/>
        <w:szCs w:val="16"/>
        <w:lang w:val="it-IT"/>
      </w:rPr>
      <w:t>Via di Montagna, 1/A – 58033 CASTEL DEL PIANO (Grosseto) - C. F. 80008580534</w:t>
    </w:r>
  </w:p>
  <w:p w:rsidR="007B5E68" w:rsidRPr="007B5E68" w:rsidRDefault="007B5E68" w:rsidP="007B5E68">
    <w:pPr>
      <w:widowControl w:val="0"/>
      <w:autoSpaceDE w:val="0"/>
      <w:autoSpaceDN w:val="0"/>
      <w:spacing w:after="0" w:line="240" w:lineRule="auto"/>
      <w:jc w:val="center"/>
      <w:rPr>
        <w:rFonts w:ascii="Verdana" w:eastAsia="Verdana" w:hAnsi="Verdana" w:cs="Arial"/>
        <w:b/>
        <w:spacing w:val="20"/>
        <w:sz w:val="16"/>
        <w:szCs w:val="16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6F36"/>
    <w:rsid w:val="003B7872"/>
    <w:rsid w:val="003D1596"/>
    <w:rsid w:val="00552452"/>
    <w:rsid w:val="00587337"/>
    <w:rsid w:val="007B5E68"/>
    <w:rsid w:val="00981B0D"/>
    <w:rsid w:val="00A011AB"/>
    <w:rsid w:val="00A30E39"/>
    <w:rsid w:val="00A51315"/>
    <w:rsid w:val="00A93FF7"/>
    <w:rsid w:val="00AA1D8D"/>
    <w:rsid w:val="00B47730"/>
    <w:rsid w:val="00CB0664"/>
    <w:rsid w:val="00DF7095"/>
    <w:rsid w:val="00F1704F"/>
    <w:rsid w:val="00F578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57FBCF"/>
  <w14:defaultImageDpi w14:val="300"/>
  <w15:docId w15:val="{7F4EFFAE-0B40-49D0-8B64-5A3BB9D8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ic81100q@pec.istruzione.it" TargetMode="External"/><Relationship Id="rId2" Type="http://schemas.openxmlformats.org/officeDocument/2006/relationships/hyperlink" Target="mailto:GRIC81100Q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B58937-55D8-475C-8BF8-7D68E4E26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6</cp:revision>
  <cp:lastPrinted>2026-01-28T08:33:00Z</cp:lastPrinted>
  <dcterms:created xsi:type="dcterms:W3CDTF">2013-12-23T23:15:00Z</dcterms:created>
  <dcterms:modified xsi:type="dcterms:W3CDTF">2026-01-28T14:57:00Z</dcterms:modified>
  <cp:category/>
</cp:coreProperties>
</file>