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gliatabella"/>
        <w:tblW w:w="0" w:type="auto"/>
        <w:tblLayout w:type="fixed"/>
        <w:tblLook w:val="04A0"/>
      </w:tblPr>
      <w:tblGrid>
        <w:gridCol w:w="4680"/>
        <w:gridCol w:w="4680"/>
      </w:tblGrid>
      <w:tr w:rsidR="00EC48EA">
        <w:tc>
          <w:tcPr>
            <w:tcW w:w="4680" w:type="dxa"/>
            <w:shd w:val="clear" w:color="auto" w:fill="F8FAFC"/>
            <w:tcMar>
              <w:top w:w="120" w:type="dxa"/>
              <w:left w:w="150" w:type="dxa"/>
              <w:bottom w:w="120" w:type="dxa"/>
              <w:right w:w="150" w:type="dxa"/>
            </w:tcMar>
          </w:tcPr>
          <w:p w:rsidR="00EC48EA" w:rsidRDefault="00EC48EA"/>
          <w:p w:rsidR="00EC48EA" w:rsidRDefault="00DB279D" w:rsidP="00DB279D">
            <w:r>
              <w:rPr>
                <w:b/>
                <w:color w:val="2F5496"/>
                <w:sz w:val="19"/>
              </w:rPr>
              <w:t>ISTITUTO SCOLASTICO STATALE</w:t>
            </w:r>
            <w:r>
              <w:rPr>
                <w:b/>
                <w:color w:val="2F5496"/>
                <w:sz w:val="19"/>
              </w:rPr>
              <w:br/>
              <w:t>ISTITUTO COMPRENSIVO MONTE ARGENTARIO GIGLIO</w:t>
            </w:r>
          </w:p>
        </w:tc>
        <w:tc>
          <w:tcPr>
            <w:tcW w:w="4680" w:type="dxa"/>
            <w:shd w:val="clear" w:color="auto" w:fill="1A365D"/>
            <w:tcMar>
              <w:top w:w="120" w:type="dxa"/>
              <w:left w:w="150" w:type="dxa"/>
              <w:bottom w:w="120" w:type="dxa"/>
              <w:right w:w="150" w:type="dxa"/>
            </w:tcMar>
          </w:tcPr>
          <w:p w:rsidR="00EC48EA" w:rsidRDefault="00DB279D">
            <w:pPr>
              <w:jc w:val="right"/>
            </w:pPr>
            <w:r>
              <w:rPr>
                <w:rFonts w:ascii="Calibri" w:hAnsi="Calibri"/>
                <w:b/>
                <w:color w:val="FFFFFF"/>
                <w:sz w:val="19"/>
              </w:rPr>
              <w:t>PIANO NAZIONALE CINEMA E IMMAGINI PER LA SCUOLA</w:t>
            </w:r>
            <w:r>
              <w:rPr>
                <w:rFonts w:ascii="Calibri" w:hAnsi="Calibri"/>
                <w:b/>
                <w:color w:val="FFFFFF"/>
                <w:sz w:val="19"/>
              </w:rPr>
              <w:br/>
            </w:r>
            <w:r>
              <w:rPr>
                <w:rFonts w:ascii="Calibri" w:hAnsi="Calibri"/>
                <w:b/>
                <w:color w:val="FFFFFF"/>
                <w:sz w:val="20"/>
              </w:rPr>
              <w:t>ALLEGATO B – PROPOSTA PROGETTUALE</w:t>
            </w:r>
            <w:r>
              <w:rPr>
                <w:rFonts w:ascii="Calibri" w:hAnsi="Calibri"/>
                <w:b/>
                <w:color w:val="FFFFFF"/>
                <w:sz w:val="20"/>
              </w:rPr>
              <w:br/>
            </w:r>
            <w:r>
              <w:rPr>
                <w:rFonts w:ascii="Calibri" w:hAnsi="Calibri"/>
                <w:color w:val="FFFFFF"/>
                <w:sz w:val="17"/>
              </w:rPr>
              <w:t>Bando Scuole 2026 - Linea A - Sotto-azione A.1 "Cinema Scuola LAB per le scuole secondarie di I e II grado"</w:t>
            </w:r>
          </w:p>
        </w:tc>
      </w:tr>
    </w:tbl>
    <w:p w:rsidR="00EC48EA" w:rsidRDefault="00DB279D">
      <w:pPr>
        <w:spacing w:before="480" w:after="160"/>
        <w:jc w:val="center"/>
      </w:pPr>
      <w:r>
        <w:rPr>
          <w:rFonts w:ascii="Calibri" w:hAnsi="Calibri"/>
          <w:b/>
          <w:color w:val="1A365D"/>
          <w:sz w:val="32"/>
        </w:rPr>
        <w:t>ALLEGATO B – SCHEDA</w:t>
      </w:r>
      <w:r>
        <w:rPr>
          <w:rFonts w:ascii="Calibri" w:hAnsi="Calibri"/>
          <w:b/>
          <w:color w:val="1A365D"/>
          <w:sz w:val="32"/>
        </w:rPr>
        <w:t xml:space="preserve"> DI PROPOSTA PROGETTUALE</w:t>
      </w:r>
      <w:r>
        <w:rPr>
          <w:rFonts w:ascii="Calibri" w:hAnsi="Calibri"/>
          <w:b/>
          <w:color w:val="1A365D"/>
          <w:sz w:val="32"/>
        </w:rPr>
        <w:br/>
        <w:t>(BOZZA DI PROGETTO)</w:t>
      </w:r>
    </w:p>
    <w:p w:rsidR="00EC48EA" w:rsidRDefault="00DB279D">
      <w:pPr>
        <w:spacing w:after="320"/>
        <w:jc w:val="center"/>
      </w:pPr>
      <w:r>
        <w:rPr>
          <w:rFonts w:ascii="Calibri" w:hAnsi="Calibri"/>
          <w:i/>
          <w:color w:val="4A5568"/>
        </w:rPr>
        <w:t>Modello compilabile obbligatorio per la selezione di un partner co-progettante</w:t>
      </w:r>
      <w:r>
        <w:rPr>
          <w:rFonts w:ascii="Calibri" w:hAnsi="Calibri"/>
          <w:i/>
          <w:color w:val="4A5568"/>
        </w:rPr>
        <w:br/>
        <w:t>Sotto-azione A.1 "Cinema Scuola LAB per le scuole secondarie di I e II grado" (Budget massimo: € 50.000,00)</w:t>
      </w:r>
    </w:p>
    <w:p w:rsidR="00EC48EA" w:rsidRDefault="00DB279D">
      <w:pPr>
        <w:spacing w:before="240" w:after="40"/>
      </w:pPr>
      <w:r>
        <w:rPr>
          <w:rFonts w:ascii="Calibri" w:hAnsi="Calibri"/>
          <w:b/>
          <w:color w:val="1A365D"/>
          <w:sz w:val="21"/>
        </w:rPr>
        <w:t>GUIDA ALLA COMPILAZIONE</w:t>
      </w:r>
    </w:p>
    <w:p w:rsidR="00EC48EA" w:rsidRDefault="00DB279D">
      <w:pPr>
        <w:spacing w:after="320"/>
      </w:pPr>
      <w:r>
        <w:rPr>
          <w:rFonts w:ascii="Calibri" w:hAnsi="Calibri"/>
          <w:color w:val="4A5568"/>
          <w:sz w:val="20"/>
        </w:rPr>
        <w:t>Il presente documento costituisce lo schema obbligatorio attraverso il quale i soggetti partecipanti alla manifestazione di interesse descrivono la propria proposta progettuale. I campi e le sezioni previste corrispondono esattamente alle informazioni rich</w:t>
      </w:r>
      <w:r>
        <w:rPr>
          <w:rFonts w:ascii="Calibri" w:hAnsi="Calibri"/>
          <w:color w:val="4A5568"/>
          <w:sz w:val="20"/>
        </w:rPr>
        <w:t>ieste dal formulario ufficiale di candidatura sulla piattaforma ministeriale CIPS, garantendo una coerenza immediata in fase di caricamento in caso di selezione. Il documento compilato dovrà essere sottoscritto con firma digitale e allegato alla domanda di</w:t>
      </w:r>
      <w:r>
        <w:rPr>
          <w:rFonts w:ascii="Calibri" w:hAnsi="Calibri"/>
          <w:color w:val="4A5568"/>
          <w:sz w:val="20"/>
        </w:rPr>
        <w:t xml:space="preserve"> partecipazione (Allegato A).</w:t>
      </w:r>
    </w:p>
    <w:p w:rsidR="00EC48EA" w:rsidRDefault="00DB279D">
      <w:pPr>
        <w:keepNext/>
        <w:spacing w:before="240" w:after="120"/>
      </w:pPr>
      <w:r>
        <w:rPr>
          <w:rFonts w:ascii="Calibri" w:hAnsi="Calibri"/>
          <w:b/>
          <w:color w:val="1A365D"/>
          <w:sz w:val="26"/>
        </w:rPr>
        <w:t>SEZIONE 1 – DATI IDENTIFICATIVI</w:t>
      </w:r>
    </w:p>
    <w:tbl>
      <w:tblPr>
        <w:tblStyle w:val="Grigliatabella"/>
        <w:tblW w:w="0" w:type="auto"/>
        <w:tblLayout w:type="fixed"/>
        <w:tblLook w:val="04A0"/>
      </w:tblPr>
      <w:tblGrid>
        <w:gridCol w:w="3960"/>
        <w:gridCol w:w="5400"/>
      </w:tblGrid>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Denominazione del Soggetto Proponente:</w:t>
            </w:r>
          </w:p>
        </w:tc>
        <w:tc>
          <w:tcPr>
            <w:tcW w:w="5400" w:type="dxa"/>
            <w:tcMar>
              <w:top w:w="80" w:type="dxa"/>
              <w:left w:w="100" w:type="dxa"/>
              <w:bottom w:w="80" w:type="dxa"/>
              <w:right w:w="100" w:type="dxa"/>
            </w:tcMar>
          </w:tcPr>
          <w:p w:rsidR="00EC48EA" w:rsidRDefault="00DB279D">
            <w:r>
              <w:rPr>
                <w:rFonts w:ascii="Calibri" w:hAnsi="Calibri"/>
                <w:color w:val="A0AEC0"/>
                <w:sz w:val="19"/>
              </w:rPr>
              <w:t>[Inserire ragione sociale dell'Ente]</w:t>
            </w:r>
          </w:p>
        </w:tc>
      </w:tr>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Tipologia di Ente (es. Associazione Terzo Settore, Impresa, ecc.):</w:t>
            </w:r>
          </w:p>
        </w:tc>
        <w:tc>
          <w:tcPr>
            <w:tcW w:w="5400" w:type="dxa"/>
            <w:tcMar>
              <w:top w:w="80" w:type="dxa"/>
              <w:left w:w="100" w:type="dxa"/>
              <w:bottom w:w="80" w:type="dxa"/>
              <w:right w:w="100" w:type="dxa"/>
            </w:tcMar>
          </w:tcPr>
          <w:p w:rsidR="00EC48EA" w:rsidRDefault="00DB279D">
            <w:r>
              <w:rPr>
                <w:rFonts w:ascii="Calibri" w:hAnsi="Calibri"/>
                <w:color w:val="A0AEC0"/>
                <w:sz w:val="19"/>
              </w:rPr>
              <w:t>[Inserire tipologia d'Ente]</w:t>
            </w:r>
          </w:p>
        </w:tc>
      </w:tr>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 xml:space="preserve">Sede Legale </w:t>
            </w:r>
            <w:r>
              <w:rPr>
                <w:rFonts w:ascii="Calibri" w:hAnsi="Calibri"/>
                <w:b/>
                <w:color w:val="2D3748"/>
                <w:sz w:val="19"/>
              </w:rPr>
              <w:t>(Indirizzo, Comune, Provincia, CAP):</w:t>
            </w:r>
          </w:p>
        </w:tc>
        <w:tc>
          <w:tcPr>
            <w:tcW w:w="5400" w:type="dxa"/>
            <w:tcMar>
              <w:top w:w="80" w:type="dxa"/>
              <w:left w:w="100" w:type="dxa"/>
              <w:bottom w:w="80" w:type="dxa"/>
              <w:right w:w="100" w:type="dxa"/>
            </w:tcMar>
          </w:tcPr>
          <w:p w:rsidR="00EC48EA" w:rsidRDefault="00DB279D">
            <w:r>
              <w:rPr>
                <w:rFonts w:ascii="Calibri" w:hAnsi="Calibri"/>
                <w:color w:val="A0AEC0"/>
                <w:sz w:val="19"/>
              </w:rPr>
              <w:t>[Inserire indirizzo completo]</w:t>
            </w:r>
          </w:p>
        </w:tc>
      </w:tr>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Legale Rappresentante (Nome, Cognome, Carica):</w:t>
            </w:r>
          </w:p>
        </w:tc>
        <w:tc>
          <w:tcPr>
            <w:tcW w:w="5400" w:type="dxa"/>
            <w:tcMar>
              <w:top w:w="80" w:type="dxa"/>
              <w:left w:w="100" w:type="dxa"/>
              <w:bottom w:w="80" w:type="dxa"/>
              <w:right w:w="100" w:type="dxa"/>
            </w:tcMar>
          </w:tcPr>
          <w:p w:rsidR="00EC48EA" w:rsidRDefault="00DB279D">
            <w:r>
              <w:rPr>
                <w:rFonts w:ascii="Calibri" w:hAnsi="Calibri"/>
                <w:color w:val="A0AEC0"/>
                <w:sz w:val="19"/>
              </w:rPr>
              <w:t>[Inserire nome, cognome e carica]</w:t>
            </w:r>
          </w:p>
        </w:tc>
      </w:tr>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Referente Unico di Progetto (Nome, Telefono, E-mail):</w:t>
            </w:r>
          </w:p>
        </w:tc>
        <w:tc>
          <w:tcPr>
            <w:tcW w:w="5400" w:type="dxa"/>
            <w:tcMar>
              <w:top w:w="80" w:type="dxa"/>
              <w:left w:w="100" w:type="dxa"/>
              <w:bottom w:w="80" w:type="dxa"/>
              <w:right w:w="100" w:type="dxa"/>
            </w:tcMar>
          </w:tcPr>
          <w:p w:rsidR="00EC48EA" w:rsidRDefault="00DB279D">
            <w:r>
              <w:rPr>
                <w:rFonts w:ascii="Calibri" w:hAnsi="Calibri"/>
                <w:color w:val="A0AEC0"/>
                <w:sz w:val="19"/>
              </w:rPr>
              <w:t>[Inserire contatti referente]</w:t>
            </w:r>
          </w:p>
        </w:tc>
      </w:tr>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Indirizzo PEC per tut</w:t>
            </w:r>
            <w:r>
              <w:rPr>
                <w:rFonts w:ascii="Calibri" w:hAnsi="Calibri"/>
                <w:b/>
                <w:color w:val="2D3748"/>
                <w:sz w:val="19"/>
              </w:rPr>
              <w:t>te le comunicazioni ufficiali:</w:t>
            </w:r>
          </w:p>
        </w:tc>
        <w:tc>
          <w:tcPr>
            <w:tcW w:w="5400" w:type="dxa"/>
            <w:tcMar>
              <w:top w:w="80" w:type="dxa"/>
              <w:left w:w="100" w:type="dxa"/>
              <w:bottom w:w="80" w:type="dxa"/>
              <w:right w:w="100" w:type="dxa"/>
            </w:tcMar>
          </w:tcPr>
          <w:p w:rsidR="00EC48EA" w:rsidRDefault="00DB279D">
            <w:r>
              <w:rPr>
                <w:rFonts w:ascii="Calibri" w:hAnsi="Calibri"/>
                <w:color w:val="A0AEC0"/>
                <w:sz w:val="19"/>
              </w:rPr>
              <w:t>[Inserire indirizzo PEC]</w:t>
            </w:r>
          </w:p>
        </w:tc>
      </w:tr>
    </w:tbl>
    <w:p w:rsidR="00EC48EA" w:rsidRDefault="00EC48EA">
      <w:pPr>
        <w:spacing w:before="240"/>
      </w:pPr>
    </w:p>
    <w:tbl>
      <w:tblPr>
        <w:tblStyle w:val="Grigliatabella"/>
        <w:tblW w:w="0" w:type="auto"/>
        <w:tblLayout w:type="fixed"/>
        <w:tblLook w:val="04A0"/>
      </w:tblPr>
      <w:tblGrid>
        <w:gridCol w:w="3960"/>
        <w:gridCol w:w="5400"/>
      </w:tblGrid>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Titolo Progetto (max 500 caratteri):</w:t>
            </w:r>
          </w:p>
        </w:tc>
        <w:tc>
          <w:tcPr>
            <w:tcW w:w="5400" w:type="dxa"/>
            <w:tcMar>
              <w:top w:w="80" w:type="dxa"/>
              <w:left w:w="100" w:type="dxa"/>
              <w:bottom w:w="80" w:type="dxa"/>
              <w:right w:w="100" w:type="dxa"/>
            </w:tcMar>
          </w:tcPr>
          <w:p w:rsidR="00EC48EA" w:rsidRDefault="00DB279D">
            <w:r>
              <w:rPr>
                <w:rFonts w:ascii="Calibri" w:hAnsi="Calibri"/>
                <w:color w:val="A0AEC0"/>
                <w:sz w:val="19"/>
              </w:rPr>
              <w:t>[Inserire titolo progetto]</w:t>
            </w:r>
          </w:p>
        </w:tc>
      </w:tr>
      <w:tr w:rsidR="00EC48EA">
        <w:tc>
          <w:tcPr>
            <w:tcW w:w="3960" w:type="dxa"/>
            <w:shd w:val="clear" w:color="auto" w:fill="F8FAFC"/>
            <w:tcMar>
              <w:top w:w="80" w:type="dxa"/>
              <w:left w:w="100" w:type="dxa"/>
              <w:bottom w:w="80" w:type="dxa"/>
              <w:right w:w="100" w:type="dxa"/>
            </w:tcMar>
          </w:tcPr>
          <w:p w:rsidR="00EC48EA" w:rsidRDefault="00DB279D">
            <w:r>
              <w:rPr>
                <w:rFonts w:ascii="Calibri" w:hAnsi="Calibri"/>
                <w:b/>
                <w:color w:val="2D3748"/>
                <w:sz w:val="19"/>
              </w:rPr>
              <w:t>Abstract del Progetto (Sintesi max 1000 caratteri):</w:t>
            </w:r>
          </w:p>
        </w:tc>
        <w:tc>
          <w:tcPr>
            <w:tcW w:w="5400" w:type="dxa"/>
            <w:tcMar>
              <w:top w:w="80" w:type="dxa"/>
              <w:left w:w="100" w:type="dxa"/>
              <w:bottom w:w="80" w:type="dxa"/>
              <w:right w:w="100" w:type="dxa"/>
            </w:tcMar>
          </w:tcPr>
          <w:p w:rsidR="00EC48EA" w:rsidRDefault="00DB279D">
            <w:r>
              <w:rPr>
                <w:rFonts w:ascii="Calibri" w:hAnsi="Calibri"/>
                <w:color w:val="A0AEC0"/>
                <w:sz w:val="19"/>
              </w:rPr>
              <w:t xml:space="preserve">[Inserire abstract sintetico contenente l'idea chiave del progetto, le finalità </w:t>
            </w:r>
            <w:r>
              <w:rPr>
                <w:rFonts w:ascii="Calibri" w:hAnsi="Calibri"/>
                <w:color w:val="A0AEC0"/>
                <w:sz w:val="19"/>
              </w:rPr>
              <w:t>laboratoriali e l'opera che si intende realizzare]</w:t>
            </w:r>
          </w:p>
        </w:tc>
      </w:tr>
    </w:tbl>
    <w:p w:rsidR="00EC48EA" w:rsidRDefault="00EC48EA">
      <w:pPr>
        <w:spacing w:before="240"/>
      </w:pPr>
    </w:p>
    <w:p w:rsidR="00EC48EA" w:rsidRDefault="00DB279D">
      <w:pPr>
        <w:spacing w:after="80"/>
      </w:pPr>
      <w:r>
        <w:rPr>
          <w:rFonts w:ascii="Calibri" w:hAnsi="Calibri"/>
          <w:b/>
          <w:color w:val="2D3748"/>
          <w:sz w:val="20"/>
        </w:rPr>
        <w:lastRenderedPageBreak/>
        <w:t>Tematiche del bando affrontate dal progetto (selezionare una o più voci):</w:t>
      </w:r>
    </w:p>
    <w:p w:rsidR="00EC48EA" w:rsidRDefault="00DB279D">
      <w:pPr>
        <w:spacing w:after="40"/>
        <w:ind w:left="360"/>
      </w:pPr>
      <w:r>
        <w:rPr>
          <w:rFonts w:ascii="Calibri" w:hAnsi="Calibri"/>
          <w:color w:val="4A5568"/>
          <w:sz w:val="19"/>
        </w:rPr>
        <w:t>[  ] Dispersione scolastica e povertà educativa</w:t>
      </w:r>
    </w:p>
    <w:p w:rsidR="00EC48EA" w:rsidRDefault="00DB279D">
      <w:pPr>
        <w:spacing w:after="40"/>
        <w:ind w:left="360"/>
      </w:pPr>
      <w:r>
        <w:rPr>
          <w:rFonts w:ascii="Calibri" w:hAnsi="Calibri"/>
          <w:color w:val="4A5568"/>
          <w:sz w:val="19"/>
        </w:rPr>
        <w:t>[  ] Educazione civica e cittadinanza attiva</w:t>
      </w:r>
    </w:p>
    <w:p w:rsidR="00EC48EA" w:rsidRDefault="00DB279D">
      <w:pPr>
        <w:spacing w:after="40"/>
        <w:ind w:left="360"/>
      </w:pPr>
      <w:r>
        <w:rPr>
          <w:rFonts w:ascii="Calibri" w:hAnsi="Calibri"/>
          <w:color w:val="4A5568"/>
          <w:sz w:val="19"/>
        </w:rPr>
        <w:t>[  ] Educazione ambientale e valoriz</w:t>
      </w:r>
      <w:r>
        <w:rPr>
          <w:rFonts w:ascii="Calibri" w:hAnsi="Calibri"/>
          <w:color w:val="4A5568"/>
          <w:sz w:val="19"/>
        </w:rPr>
        <w:t>zazione paesaggistica</w:t>
      </w:r>
    </w:p>
    <w:p w:rsidR="00EC48EA" w:rsidRDefault="00DB279D">
      <w:pPr>
        <w:spacing w:after="40"/>
        <w:ind w:left="360"/>
      </w:pPr>
      <w:r>
        <w:rPr>
          <w:rFonts w:ascii="Calibri" w:hAnsi="Calibri"/>
          <w:color w:val="4A5568"/>
          <w:sz w:val="19"/>
        </w:rPr>
        <w:t>[  ] Inclusione di studenti in situazione di disabilità e alunni stranieri</w:t>
      </w:r>
    </w:p>
    <w:p w:rsidR="00EC48EA" w:rsidRDefault="00DB279D">
      <w:pPr>
        <w:spacing w:after="40"/>
        <w:ind w:left="360"/>
      </w:pPr>
      <w:r>
        <w:rPr>
          <w:rFonts w:ascii="Calibri" w:hAnsi="Calibri"/>
          <w:color w:val="4A5568"/>
          <w:sz w:val="19"/>
        </w:rPr>
        <w:t>[  ] Contrasto al bullismo e al cyberbullismo</w:t>
      </w:r>
    </w:p>
    <w:p w:rsidR="00EC48EA" w:rsidRDefault="00DB279D">
      <w:pPr>
        <w:spacing w:after="40"/>
        <w:ind w:left="360"/>
      </w:pPr>
      <w:r>
        <w:rPr>
          <w:rFonts w:ascii="Calibri" w:hAnsi="Calibri"/>
          <w:color w:val="4A5568"/>
          <w:sz w:val="19"/>
        </w:rPr>
        <w:t>[  ] Sensibilizzazione contro la violenza sulle donne e di genere</w:t>
      </w:r>
    </w:p>
    <w:p w:rsidR="00EC48EA" w:rsidRDefault="00DB279D">
      <w:pPr>
        <w:spacing w:after="40"/>
        <w:ind w:left="360"/>
      </w:pPr>
      <w:r>
        <w:rPr>
          <w:rFonts w:ascii="Calibri" w:hAnsi="Calibri"/>
          <w:color w:val="4A5568"/>
          <w:sz w:val="19"/>
        </w:rPr>
        <w:t>[  ] Contrasto alla pirateria audiovisiva e pro</w:t>
      </w:r>
      <w:r>
        <w:rPr>
          <w:rFonts w:ascii="Calibri" w:hAnsi="Calibri"/>
          <w:color w:val="4A5568"/>
          <w:sz w:val="19"/>
        </w:rPr>
        <w:t>mozione della legalità</w:t>
      </w:r>
    </w:p>
    <w:p w:rsidR="00EC48EA" w:rsidRDefault="00EC48EA">
      <w:pPr>
        <w:spacing w:before="240"/>
      </w:pPr>
    </w:p>
    <w:p w:rsidR="00EC48EA" w:rsidRDefault="00DB279D">
      <w:pPr>
        <w:spacing w:after="80"/>
      </w:pPr>
      <w:r>
        <w:t>Eventuale opera audiovisiva prodotta con gli studenti (selezionare la voce pertinente):</w:t>
      </w:r>
    </w:p>
    <w:p w:rsidR="00EC48EA" w:rsidRDefault="00DB279D">
      <w:pPr>
        <w:spacing w:after="40"/>
        <w:ind w:left="360"/>
      </w:pPr>
      <w:r>
        <w:rPr>
          <w:rFonts w:ascii="Calibri" w:hAnsi="Calibri"/>
          <w:color w:val="4A5568"/>
          <w:sz w:val="19"/>
        </w:rPr>
        <w:t>[  ] Cortometraggio (opera di finzione o documentario di durata inferiore a 30 minuti)</w:t>
      </w:r>
    </w:p>
    <w:p w:rsidR="00EC48EA" w:rsidRDefault="00DB279D">
      <w:pPr>
        <w:spacing w:after="40"/>
        <w:ind w:left="360"/>
      </w:pPr>
      <w:r>
        <w:rPr>
          <w:rFonts w:ascii="Calibri" w:hAnsi="Calibri"/>
          <w:color w:val="4A5568"/>
          <w:sz w:val="19"/>
        </w:rPr>
        <w:t>[  ] Mediometraggio (opera cinematografica o documentaria</w:t>
      </w:r>
      <w:r>
        <w:rPr>
          <w:rFonts w:ascii="Calibri" w:hAnsi="Calibri"/>
          <w:color w:val="4A5568"/>
          <w:sz w:val="19"/>
        </w:rPr>
        <w:t xml:space="preserve"> tra i 30 e i 50 minuti)</w:t>
      </w:r>
    </w:p>
    <w:p w:rsidR="00EC48EA" w:rsidRDefault="00DB279D">
      <w:pPr>
        <w:spacing w:after="40"/>
        <w:ind w:left="360"/>
      </w:pPr>
      <w:r>
        <w:rPr>
          <w:rFonts w:ascii="Calibri" w:hAnsi="Calibri"/>
          <w:color w:val="4A5568"/>
          <w:sz w:val="19"/>
        </w:rPr>
        <w:t>[  ] Serie TV / Web-serie (opera seriale articolata in più episodi)</w:t>
      </w:r>
    </w:p>
    <w:p w:rsidR="00EC48EA" w:rsidRDefault="00DB279D">
      <w:pPr>
        <w:spacing w:after="40"/>
        <w:ind w:left="360"/>
      </w:pPr>
      <w:r>
        <w:rPr>
          <w:rFonts w:ascii="Calibri" w:hAnsi="Calibri"/>
          <w:color w:val="4A5568"/>
          <w:sz w:val="19"/>
        </w:rPr>
        <w:t>[  ] Videogioco o Prodotto Multimediale Interattivo originale</w:t>
      </w:r>
    </w:p>
    <w:p w:rsidR="00EC48EA" w:rsidRDefault="00EC48EA">
      <w:pPr>
        <w:spacing w:before="360"/>
      </w:pPr>
    </w:p>
    <w:p w:rsidR="00EC48EA" w:rsidRDefault="00DB279D">
      <w:pPr>
        <w:keepNext/>
        <w:spacing w:before="240" w:after="120"/>
      </w:pPr>
      <w:r>
        <w:rPr>
          <w:rFonts w:ascii="Calibri" w:hAnsi="Calibri"/>
          <w:b/>
          <w:color w:val="1A365D"/>
          <w:sz w:val="26"/>
        </w:rPr>
        <w:t>SEZIONE 2 – CONTESTO TERRITORIALE, QUALITÀ ARTISTICA E VALORE EDUCATIVO</w:t>
      </w:r>
    </w:p>
    <w:p w:rsidR="00EC48EA" w:rsidRDefault="00DB279D">
      <w:pPr>
        <w:keepNext/>
        <w:spacing w:before="240" w:after="120"/>
      </w:pPr>
      <w:r>
        <w:rPr>
          <w:rFonts w:ascii="Calibri" w:hAnsi="Calibri"/>
          <w:b/>
          <w:color w:val="1A365D"/>
          <w:sz w:val="24"/>
        </w:rPr>
        <w:t xml:space="preserve">2.1 Analisi del contesto </w:t>
      </w:r>
      <w:r>
        <w:rPr>
          <w:rFonts w:ascii="Calibri" w:hAnsi="Calibri"/>
          <w:b/>
          <w:color w:val="1A365D"/>
          <w:sz w:val="24"/>
        </w:rPr>
        <w:t>territoriale e delle criticità (max 2000 caratteri)</w:t>
      </w:r>
      <w:r>
        <w:rPr>
          <w:rFonts w:ascii="Calibri" w:hAnsi="Calibri"/>
          <w:b/>
          <w:i/>
          <w:color w:val="1A365D"/>
          <w:sz w:val="24"/>
        </w:rPr>
        <w:t xml:space="preserve"> (Valutazione: max 15 punti)</w:t>
      </w:r>
    </w:p>
    <w:p w:rsidR="00EC48EA" w:rsidRDefault="00DB279D">
      <w:pPr>
        <w:spacing w:after="80"/>
      </w:pPr>
      <w:r>
        <w:rPr>
          <w:rFonts w:ascii="Calibri" w:hAnsi="Calibri"/>
          <w:i/>
          <w:color w:val="718096"/>
          <w:sz w:val="19"/>
        </w:rPr>
        <w:t>Istruzioni: Descrivere le criticità territoriali della sede scolastica (es. aree a rischio, periferiche, svantaggiate o montane), evidenziando il tasso di dispersione scolastic</w:t>
      </w:r>
      <w:r>
        <w:rPr>
          <w:rFonts w:ascii="Calibri" w:hAnsi="Calibri"/>
          <w:i/>
          <w:color w:val="718096"/>
          <w:sz w:val="19"/>
        </w:rPr>
        <w:t>a, il livello di povertà educativa e come il progetto intende rispondere a tali bisogni in coerenza con la Sotto-azione A.1 (Limite consigliato: 2000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4"/>
        </w:rPr>
        <w:t>2.2 Valore culturale, sociale ed educativo del progetto (max 2000</w:t>
      </w:r>
      <w:r>
        <w:rPr>
          <w:rFonts w:ascii="Calibri" w:hAnsi="Calibri"/>
          <w:b/>
          <w:color w:val="1A365D"/>
          <w:sz w:val="24"/>
        </w:rPr>
        <w:t xml:space="preserve"> caratteri)</w:t>
      </w:r>
      <w:r>
        <w:rPr>
          <w:rFonts w:ascii="Calibri" w:hAnsi="Calibri"/>
          <w:b/>
          <w:i/>
          <w:color w:val="1A365D"/>
          <w:sz w:val="24"/>
        </w:rPr>
        <w:t xml:space="preserve"> (Valutazione: max 20 punti)</w:t>
      </w:r>
    </w:p>
    <w:p w:rsidR="00EC48EA" w:rsidRDefault="00DB279D">
      <w:pPr>
        <w:spacing w:after="80"/>
      </w:pPr>
      <w:r>
        <w:rPr>
          <w:rFonts w:ascii="Calibri" w:hAnsi="Calibri"/>
          <w:i/>
          <w:color w:val="718096"/>
          <w:sz w:val="19"/>
        </w:rPr>
        <w:t>Istruzioni: Illustrare la qualità generale della proposta progettuale e le modalità con cui l'intervento didattico-laboratoriale persegue le finalità del bando, rafforzando il senso di appartenenza della comunità sco</w:t>
      </w:r>
      <w:r>
        <w:rPr>
          <w:rFonts w:ascii="Calibri" w:hAnsi="Calibri"/>
          <w:i/>
          <w:color w:val="718096"/>
          <w:sz w:val="19"/>
        </w:rPr>
        <w:t>lastica e territoriale (Limite consigliato: 2000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lastRenderedPageBreak/>
        <w:t>2.3 Descrizione del Progetto Didattico, formativo e/o dell'eventuale opera audiovisiva (max 2000 caratteri) (Valutazione: max 17 punti)</w:t>
      </w:r>
    </w:p>
    <w:p w:rsidR="00EC48EA" w:rsidRDefault="00DB279D">
      <w:pPr>
        <w:spacing w:after="80"/>
      </w:pPr>
      <w:r>
        <w:t>Istruzioni: Descrivere il pian</w:t>
      </w:r>
      <w:r>
        <w:t>o formativo, le metodologie didattiche prescelte per l'alfabetizzazione all'immagine, e l'eventuale idea artistica o soggetto dell'opera audiovisiva da produrre nell'ambito dei laboratori pratici (Limite consigliato: 2000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r>
              <w:rPr>
                <w:rFonts w:ascii="Calibri" w:hAnsi="Calibri"/>
                <w:color w:val="A0AEC0"/>
                <w:sz w:val="20"/>
              </w:rPr>
              <w:t>...]</w:t>
            </w:r>
          </w:p>
        </w:tc>
      </w:tr>
    </w:tbl>
    <w:p w:rsidR="00EC48EA" w:rsidRDefault="00EC48EA">
      <w:pPr>
        <w:spacing w:before="120" w:after="120"/>
      </w:pPr>
    </w:p>
    <w:p w:rsidR="00EC48EA" w:rsidRDefault="00DB279D">
      <w:pPr>
        <w:keepNext/>
        <w:spacing w:before="240" w:after="120"/>
      </w:pPr>
      <w:r>
        <w:rPr>
          <w:rFonts w:ascii="Calibri" w:hAnsi="Calibri"/>
          <w:b/>
          <w:color w:val="1A365D"/>
          <w:sz w:val="26"/>
        </w:rPr>
        <w:t>SEZIONE 3 – PROGRAMMA EDUCATIVO, DIDATTICA E STRUMENTI (KIT)</w:t>
      </w:r>
    </w:p>
    <w:p w:rsidR="00EC48EA" w:rsidRDefault="00DB279D">
      <w:pPr>
        <w:keepNext/>
        <w:spacing w:before="240" w:after="120"/>
      </w:pPr>
      <w:r>
        <w:rPr>
          <w:rFonts w:ascii="Calibri" w:hAnsi="Calibri"/>
          <w:b/>
          <w:color w:val="1A365D"/>
          <w:sz w:val="24"/>
        </w:rPr>
        <w:t>3.1 Programma educativo, moduli formativi e ripartizione ore (max 3000 caratteri)</w:t>
      </w:r>
      <w:r>
        <w:rPr>
          <w:rFonts w:ascii="Calibri" w:hAnsi="Calibri"/>
          <w:b/>
          <w:i/>
          <w:color w:val="1A365D"/>
          <w:sz w:val="24"/>
        </w:rPr>
        <w:t xml:space="preserve"> (Valutazione: max 7 punti)</w:t>
      </w:r>
    </w:p>
    <w:p w:rsidR="00EC48EA" w:rsidRDefault="00DB279D">
      <w:pPr>
        <w:spacing w:after="80"/>
      </w:pPr>
      <w:r>
        <w:rPr>
          <w:rFonts w:ascii="Calibri" w:hAnsi="Calibri"/>
          <w:i/>
          <w:color w:val="718096"/>
          <w:sz w:val="19"/>
        </w:rPr>
        <w:t>Istruzioni: Dettagliare i moduli didattici previsti per gli studenti (es. intro</w:t>
      </w:r>
      <w:r>
        <w:rPr>
          <w:rFonts w:ascii="Calibri" w:hAnsi="Calibri"/>
          <w:i/>
          <w:color w:val="718096"/>
          <w:sz w:val="19"/>
        </w:rPr>
        <w:t>duzione al linguaggio cinematografico, sceneggiatura, riprese, regia, montaggio). Specificare la durata delle ore formative e il bilanciamento tra didattica teorica frontale e laboratori pratici (hands-on) (Limite consigliato: 3000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w:t>
            </w:r>
            <w:r>
              <w:rPr>
                <w:rFonts w:ascii="Calibri" w:hAnsi="Calibri"/>
                <w:color w:val="A0AEC0"/>
                <w:sz w:val="20"/>
              </w:rPr>
              <w:t>i il testo...]</w:t>
            </w:r>
          </w:p>
        </w:tc>
      </w:tr>
    </w:tbl>
    <w:p w:rsidR="00EC48EA" w:rsidRDefault="00EC48EA">
      <w:pPr>
        <w:spacing w:before="120" w:after="120"/>
      </w:pPr>
    </w:p>
    <w:p w:rsidR="00EC48EA" w:rsidRDefault="00DB279D">
      <w:pPr>
        <w:keepNext/>
        <w:spacing w:before="240" w:after="120"/>
      </w:pPr>
      <w:r>
        <w:rPr>
          <w:rFonts w:ascii="Calibri" w:hAnsi="Calibri"/>
          <w:b/>
          <w:color w:val="1A365D"/>
          <w:sz w:val="24"/>
        </w:rPr>
        <w:t>3.2 Descrizione del KIT DIDATTICO adottato (max 2000 caratteri)</w:t>
      </w:r>
      <w:r>
        <w:rPr>
          <w:rFonts w:ascii="Calibri" w:hAnsi="Calibri"/>
          <w:b/>
          <w:i/>
          <w:color w:val="1A365D"/>
          <w:sz w:val="24"/>
        </w:rPr>
        <w:t xml:space="preserve"> (Valutazione: max 15 punti)</w:t>
      </w:r>
    </w:p>
    <w:p w:rsidR="00EC48EA" w:rsidRDefault="00DB279D">
      <w:pPr>
        <w:spacing w:after="80"/>
      </w:pPr>
      <w:r>
        <w:rPr>
          <w:rFonts w:ascii="Calibri" w:hAnsi="Calibri"/>
          <w:i/>
          <w:color w:val="718096"/>
          <w:sz w:val="19"/>
        </w:rPr>
        <w:t xml:space="preserve">Istruzioni: Elencare e descrivere i materiali, supporti didattici, piattaforme di streaming o didattiche (es. Lanterne Magiche, Cinescuola), </w:t>
      </w:r>
      <w:r>
        <w:rPr>
          <w:rFonts w:ascii="Calibri" w:hAnsi="Calibri"/>
          <w:i/>
          <w:color w:val="718096"/>
          <w:sz w:val="19"/>
        </w:rPr>
        <w:t>software di scrittura sceneggiatura (es. Celtx) e strumentazioni professionali che saranno messi a disposizione per lo svolgimento delle attività (Limite consigliato: 2000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4"/>
        </w:rPr>
        <w:t>3.3 Coinvolgimento degli studenti e inclusi</w:t>
      </w:r>
      <w:r>
        <w:rPr>
          <w:rFonts w:ascii="Calibri" w:hAnsi="Calibri"/>
          <w:b/>
          <w:color w:val="1A365D"/>
          <w:sz w:val="24"/>
        </w:rPr>
        <w:t>one dei soggetti BES (max 2000 caratteri)</w:t>
      </w:r>
      <w:r>
        <w:rPr>
          <w:rFonts w:ascii="Calibri" w:hAnsi="Calibri"/>
          <w:b/>
          <w:i/>
          <w:color w:val="1A365D"/>
          <w:sz w:val="24"/>
        </w:rPr>
        <w:t xml:space="preserve"> (Valutazione: max 14 punti)</w:t>
      </w:r>
    </w:p>
    <w:p w:rsidR="00EC48EA" w:rsidRDefault="00DB279D">
      <w:pPr>
        <w:spacing w:after="80"/>
      </w:pPr>
      <w:r>
        <w:rPr>
          <w:rFonts w:ascii="Calibri" w:hAnsi="Calibri"/>
          <w:i/>
          <w:color w:val="718096"/>
          <w:sz w:val="19"/>
        </w:rPr>
        <w:t>Istruzioni: Illustrare le modalità di coinvolgimento attivo e inclusione degli alunni nelle diverse fasi produttive, descrivendo la selezione degli studenti, il ruolo attivo attribuito a</w:t>
      </w:r>
      <w:r>
        <w:rPr>
          <w:rFonts w:ascii="Calibri" w:hAnsi="Calibri"/>
          <w:i/>
          <w:color w:val="718096"/>
          <w:sz w:val="19"/>
        </w:rPr>
        <w:t xml:space="preserve"> ciascun gruppo e le strategie per l'inclusione di disabili, stranieri o studenti con BES (Limite consigliato: 2000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lastRenderedPageBreak/>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6"/>
        </w:rPr>
        <w:t>SEZIONE 4 – TEAM DI PROGETTO, STAFF E COINVOLGIMENTO SALE</w:t>
      </w:r>
    </w:p>
    <w:p w:rsidR="00EC48EA" w:rsidRDefault="00DB279D">
      <w:pPr>
        <w:keepNext/>
        <w:spacing w:before="240" w:after="120"/>
      </w:pPr>
      <w:r>
        <w:rPr>
          <w:rFonts w:ascii="Calibri" w:hAnsi="Calibri"/>
          <w:b/>
          <w:color w:val="1A365D"/>
          <w:sz w:val="24"/>
        </w:rPr>
        <w:t>4.1 Competenze dello Staff, del Responsab</w:t>
      </w:r>
      <w:r>
        <w:rPr>
          <w:rFonts w:ascii="Calibri" w:hAnsi="Calibri"/>
          <w:b/>
          <w:color w:val="1A365D"/>
          <w:sz w:val="24"/>
        </w:rPr>
        <w:t>ile Scientifico e degli OEV (max 3000 caratteri)</w:t>
      </w:r>
      <w:r>
        <w:rPr>
          <w:rFonts w:ascii="Calibri" w:hAnsi="Calibri"/>
          <w:b/>
          <w:i/>
          <w:color w:val="1A365D"/>
          <w:sz w:val="24"/>
        </w:rPr>
        <w:t xml:space="preserve"> (Valutazione: max 27 punti)</w:t>
      </w:r>
    </w:p>
    <w:p w:rsidR="00EC48EA" w:rsidRDefault="00DB279D">
      <w:pPr>
        <w:spacing w:after="80"/>
      </w:pPr>
      <w:r>
        <w:rPr>
          <w:rFonts w:ascii="Calibri" w:hAnsi="Calibri"/>
          <w:i/>
          <w:color w:val="718096"/>
          <w:sz w:val="19"/>
        </w:rPr>
        <w:t>Istruzioni: Presentare il team organizzativo e didattico coinvolto. Indicare espressamente il profilo e il ruolo del Responsabile Scientifico (RS) e la presenza di Operatori di Ed</w:t>
      </w:r>
      <w:r>
        <w:rPr>
          <w:rFonts w:ascii="Calibri" w:hAnsi="Calibri"/>
          <w:i/>
          <w:color w:val="718096"/>
          <w:sz w:val="19"/>
        </w:rPr>
        <w:t>ucazione Visiva (OEV) qualificati iscritti nell'elenco nazionale del Piano Cinema (Limite consigliato: 3000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4"/>
        </w:rPr>
        <w:t>4.2 Coinvolgimento delle sale cinematografiche o cineteche (max 2000 caratteri)</w:t>
      </w:r>
      <w:r>
        <w:rPr>
          <w:rFonts w:ascii="Calibri" w:hAnsi="Calibri"/>
          <w:b/>
          <w:i/>
          <w:color w:val="1A365D"/>
          <w:sz w:val="24"/>
        </w:rPr>
        <w:t xml:space="preserve"> (Valutazione: max 5 punti)</w:t>
      </w:r>
    </w:p>
    <w:p w:rsidR="00EC48EA" w:rsidRDefault="00DB279D">
      <w:pPr>
        <w:spacing w:after="80"/>
      </w:pPr>
      <w:r>
        <w:rPr>
          <w:rFonts w:ascii="Calibri" w:hAnsi="Calibri"/>
          <w:i/>
          <w:color w:val="718096"/>
          <w:sz w:val="19"/>
        </w:rPr>
        <w:t>Istruzioni: Descrivere l'eventuale accordo o le modalità di collaborazione con esercenti cinematografici locali o cineteche per l'organizzazione di proiezioni collettive, rassegne guidate o per l'evento di anteprima pubblica dei prodotti finali (Limite con</w:t>
      </w:r>
      <w:r>
        <w:rPr>
          <w:rFonts w:ascii="Calibri" w:hAnsi="Calibri"/>
          <w:i/>
          <w:color w:val="718096"/>
          <w:sz w:val="19"/>
        </w:rPr>
        <w:t>sigliato: 2000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6"/>
        </w:rPr>
        <w:t>SEZIONE 5 – COMUNICAZIONE, MONITORAGGIO E CRONOPROGRAMMA</w:t>
      </w:r>
    </w:p>
    <w:p w:rsidR="00EC48EA" w:rsidRDefault="00DB279D">
      <w:pPr>
        <w:keepNext/>
        <w:spacing w:before="240" w:after="120"/>
      </w:pPr>
      <w:r>
        <w:rPr>
          <w:rFonts w:ascii="Calibri" w:hAnsi="Calibri"/>
          <w:b/>
          <w:color w:val="1A365D"/>
          <w:sz w:val="24"/>
        </w:rPr>
        <w:t>5.1 Strategia di comunicazione e restituzione (max 2000 caratteri)</w:t>
      </w:r>
      <w:r>
        <w:rPr>
          <w:rFonts w:ascii="Calibri" w:hAnsi="Calibri"/>
          <w:b/>
          <w:i/>
          <w:color w:val="1A365D"/>
          <w:sz w:val="24"/>
        </w:rPr>
        <w:t xml:space="preserve"> (Valutazione: max 5 punti)</w:t>
      </w:r>
    </w:p>
    <w:p w:rsidR="00EC48EA" w:rsidRDefault="00DB279D">
      <w:pPr>
        <w:spacing w:after="80"/>
      </w:pPr>
      <w:r>
        <w:rPr>
          <w:rFonts w:ascii="Calibri" w:hAnsi="Calibri"/>
          <w:i/>
          <w:color w:val="718096"/>
          <w:sz w:val="19"/>
        </w:rPr>
        <w:t xml:space="preserve">Istruzioni: Descrivere come il progetto e i suoi </w:t>
      </w:r>
      <w:r>
        <w:rPr>
          <w:rFonts w:ascii="Calibri" w:hAnsi="Calibri"/>
          <w:i/>
          <w:color w:val="718096"/>
          <w:sz w:val="19"/>
        </w:rPr>
        <w:t>risultati saranno promossi verso le famiglie, il territorio e la comunità locale. Dettagliare la strategia web/social, l'ufficio stampa e le attività di distribuzione o partecipazione dell'opera audiovisiva a festival o rassegne (Limite consigliato: 2000 c</w:t>
      </w:r>
      <w:r>
        <w:rPr>
          <w:rFonts w:ascii="Calibri" w:hAnsi="Calibri"/>
          <w:i/>
          <w:color w:val="718096"/>
          <w:sz w:val="19"/>
        </w:rPr>
        <w:t>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4"/>
        </w:rPr>
        <w:lastRenderedPageBreak/>
        <w:t>5.2 Cronoprogramma operativo mensile delle attività (max 3000 caratteri)</w:t>
      </w:r>
      <w:r>
        <w:rPr>
          <w:rFonts w:ascii="Calibri" w:hAnsi="Calibri"/>
          <w:b/>
          <w:i/>
          <w:color w:val="1A365D"/>
          <w:sz w:val="24"/>
        </w:rPr>
        <w:t xml:space="preserve"> (Valutazione: max 10 punti)</w:t>
      </w:r>
    </w:p>
    <w:p w:rsidR="00EC48EA" w:rsidRDefault="00DB279D">
      <w:pPr>
        <w:spacing w:after="80"/>
      </w:pPr>
      <w:r>
        <w:rPr>
          <w:rFonts w:ascii="Calibri" w:hAnsi="Calibri"/>
          <w:i/>
          <w:color w:val="718096"/>
          <w:sz w:val="19"/>
        </w:rPr>
        <w:t xml:space="preserve">Istruzioni: Articolare le fasi progettuali mese per mese dal momento dell'avvio (es. Settembre 2026) alla chiusura </w:t>
      </w:r>
      <w:r>
        <w:rPr>
          <w:rFonts w:ascii="Calibri" w:hAnsi="Calibri"/>
          <w:i/>
          <w:color w:val="718096"/>
          <w:sz w:val="19"/>
        </w:rPr>
        <w:t>(entro il 15 Dicembre 2027), evidenziando le milestones di preproduzione, riprese, montaggio, anteprima e rendicontazione (Limite consigliato: 3000 caratteri).</w:t>
      </w:r>
    </w:p>
    <w:tbl>
      <w:tblPr>
        <w:tblStyle w:val="Grigliatabella"/>
        <w:tblW w:w="0" w:type="auto"/>
        <w:tblLayout w:type="fixed"/>
        <w:tblLook w:val="04A0"/>
      </w:tblPr>
      <w:tblGrid>
        <w:gridCol w:w="9360"/>
      </w:tblGrid>
      <w:tr w:rsidR="00EC48EA">
        <w:tc>
          <w:tcPr>
            <w:tcW w:w="9360" w:type="dxa"/>
            <w:shd w:val="clear" w:color="auto" w:fill="F7FAFC"/>
            <w:tcMar>
              <w:top w:w="200" w:type="dxa"/>
              <w:left w:w="200" w:type="dxa"/>
              <w:bottom w:w="600" w:type="dxa"/>
              <w:right w:w="200" w:type="dxa"/>
            </w:tcMar>
          </w:tcPr>
          <w:p w:rsidR="00EC48EA" w:rsidRDefault="00DB279D">
            <w:r>
              <w:rPr>
                <w:rFonts w:ascii="Calibri" w:hAnsi="Calibri"/>
                <w:color w:val="A0AEC0"/>
                <w:sz w:val="20"/>
              </w:rPr>
              <w:t>[Inserire qui il testo...]</w:t>
            </w:r>
          </w:p>
        </w:tc>
      </w:tr>
    </w:tbl>
    <w:p w:rsidR="00EC48EA" w:rsidRDefault="00EC48EA">
      <w:pPr>
        <w:spacing w:before="120" w:after="120"/>
      </w:pPr>
    </w:p>
    <w:p w:rsidR="00EC48EA" w:rsidRDefault="00DB279D">
      <w:pPr>
        <w:keepNext/>
        <w:spacing w:before="240" w:after="120"/>
      </w:pPr>
      <w:r>
        <w:rPr>
          <w:rFonts w:ascii="Calibri" w:hAnsi="Calibri"/>
          <w:b/>
          <w:color w:val="1A365D"/>
          <w:sz w:val="26"/>
        </w:rPr>
        <w:t>SEZIONE 6 – PIANO FINANZIARIO DI MASSIMA</w:t>
      </w:r>
    </w:p>
    <w:p w:rsidR="00EC48EA" w:rsidRDefault="00DB279D">
      <w:pPr>
        <w:spacing w:after="240"/>
      </w:pPr>
      <w:r>
        <w:rPr>
          <w:sz w:val="21"/>
        </w:rPr>
        <w:t>Strutturare una previsione</w:t>
      </w:r>
      <w:r>
        <w:rPr>
          <w:sz w:val="21"/>
        </w:rPr>
        <w:t xml:space="preserve"> dei costi di massima coerente con le attività del progetto e con i limiti stabiliti dall'Allegato 1 del Bando CIPS (Budget max concedibile: € 50.000,00 per la Sotto-azione A.1).</w:t>
      </w:r>
      <w:r>
        <w:rPr>
          <w:sz w:val="21"/>
        </w:rPr>
        <w:br/>
      </w:r>
      <w:r>
        <w:rPr>
          <w:sz w:val="21"/>
        </w:rPr>
        <w:br/>
      </w:r>
      <w:r>
        <w:rPr>
          <w:b/>
          <w:color w:val="C00000"/>
          <w:sz w:val="21"/>
        </w:rPr>
        <w:t>NOTA DI COMPETENZA (IMPORTANTE per l'Ente Partner):</w:t>
      </w:r>
      <w:r>
        <w:rPr>
          <w:b/>
          <w:color w:val="C00000"/>
          <w:sz w:val="21"/>
        </w:rPr>
        <w:br/>
      </w:r>
      <w:r>
        <w:rPr>
          <w:i/>
          <w:color w:val="595959"/>
          <w:sz w:val="20"/>
        </w:rPr>
        <w:t xml:space="preserve">Tutte le spese relative </w:t>
      </w:r>
      <w:r>
        <w:rPr>
          <w:i/>
          <w:color w:val="595959"/>
          <w:sz w:val="20"/>
        </w:rPr>
        <w:t>al personale interno alla scuola (tutor scolastici d'aula, docenti referenti interni, DS, DSGA, assistenti amministrativi) e le spese generali dell'istituto (revisore dei conti, assicurazioni integrative per studenti, diritti di segreteria) sono di esclusi</w:t>
      </w:r>
      <w:r>
        <w:rPr>
          <w:i/>
          <w:color w:val="595959"/>
          <w:sz w:val="20"/>
        </w:rPr>
        <w:t>va competenza dell'Istituzione Scolastica e verranno gestite e inserite direttamente dall'Istituto in piattaforma CIPS. Pertanto, l'Ente Partner dovrà compilare il piano finanziario sottostante inserendo ESCLUSIVAMENTE la quota economica relativa alle prop</w:t>
      </w:r>
      <w:r>
        <w:rPr>
          <w:i/>
          <w:color w:val="595959"/>
          <w:sz w:val="20"/>
        </w:rPr>
        <w:t>rie attività (formazione esperti esterni, tecnici, noleggi, materiali didattici, proiezioni in sala, promozione, monitoraggio, ecc.), garantendo che l'importo totale proposto rientri nei limiti di budget e non includa costi a carico esclusivo dell'amminist</w:t>
      </w:r>
      <w:r>
        <w:rPr>
          <w:i/>
          <w:color w:val="595959"/>
          <w:sz w:val="20"/>
        </w:rPr>
        <w:t>razione scolastica.</w:t>
      </w:r>
    </w:p>
    <w:tbl>
      <w:tblPr>
        <w:tblStyle w:val="Grigliatabella"/>
        <w:tblW w:w="0" w:type="auto"/>
        <w:tblLayout w:type="fixed"/>
        <w:tblLook w:val="04A0"/>
      </w:tblPr>
      <w:tblGrid>
        <w:gridCol w:w="3168"/>
        <w:gridCol w:w="4752"/>
        <w:gridCol w:w="2160"/>
      </w:tblGrid>
      <w:tr w:rsidR="00EC48EA">
        <w:tc>
          <w:tcPr>
            <w:tcW w:w="3168" w:type="dxa"/>
            <w:shd w:val="clear" w:color="auto" w:fill="1A365D"/>
            <w:tcMar>
              <w:top w:w="100" w:type="dxa"/>
              <w:left w:w="100" w:type="dxa"/>
              <w:bottom w:w="100" w:type="dxa"/>
              <w:right w:w="100" w:type="dxa"/>
            </w:tcMar>
          </w:tcPr>
          <w:p w:rsidR="00EC48EA" w:rsidRDefault="00DB279D">
            <w:r>
              <w:t>Macro-voce di Costo (Rif. Allegato 1 del Bando)</w:t>
            </w:r>
          </w:p>
        </w:tc>
        <w:tc>
          <w:tcPr>
            <w:tcW w:w="4752" w:type="dxa"/>
            <w:shd w:val="clear" w:color="auto" w:fill="1A365D"/>
            <w:tcMar>
              <w:top w:w="100" w:type="dxa"/>
              <w:left w:w="100" w:type="dxa"/>
              <w:bottom w:w="100" w:type="dxa"/>
              <w:right w:w="100" w:type="dxa"/>
            </w:tcMar>
          </w:tcPr>
          <w:p w:rsidR="00EC48EA" w:rsidRDefault="00DB279D">
            <w:r>
              <w:t>Descrizione Sintetica delle Attività / Beni</w:t>
            </w:r>
          </w:p>
        </w:tc>
        <w:tc>
          <w:tcPr>
            <w:tcW w:w="2160" w:type="dxa"/>
            <w:shd w:val="clear" w:color="auto" w:fill="1A365D"/>
            <w:tcMar>
              <w:top w:w="100" w:type="dxa"/>
              <w:left w:w="100" w:type="dxa"/>
              <w:bottom w:w="100" w:type="dxa"/>
              <w:right w:w="100" w:type="dxa"/>
            </w:tcMar>
          </w:tcPr>
          <w:p w:rsidR="00EC48EA" w:rsidRDefault="00DB279D">
            <w:r>
              <w:t>Quota Economica Richiesta (€)</w:t>
            </w:r>
          </w:p>
        </w:tc>
      </w:tr>
      <w:tr w:rsidR="00EC48EA">
        <w:tc>
          <w:tcPr>
            <w:tcW w:w="3168" w:type="dxa"/>
            <w:tcMar>
              <w:top w:w="80" w:type="dxa"/>
              <w:left w:w="100" w:type="dxa"/>
              <w:bottom w:w="80" w:type="dxa"/>
              <w:right w:w="100" w:type="dxa"/>
            </w:tcMar>
          </w:tcPr>
          <w:p w:rsidR="00EC48EA" w:rsidRDefault="00DB279D">
            <w:r>
              <w:rPr>
                <w:b/>
                <w:sz w:val="19"/>
              </w:rPr>
              <w:t>A. Coordinamento scientifico e progettazione (max 7% del budget totale)</w:t>
            </w:r>
          </w:p>
        </w:tc>
        <w:tc>
          <w:tcPr>
            <w:tcW w:w="4752" w:type="dxa"/>
            <w:tcMar>
              <w:top w:w="80" w:type="dxa"/>
              <w:left w:w="100" w:type="dxa"/>
              <w:bottom w:w="80" w:type="dxa"/>
              <w:right w:w="100" w:type="dxa"/>
            </w:tcMar>
          </w:tcPr>
          <w:p w:rsidR="00EC48EA" w:rsidRDefault="00DB279D">
            <w:r>
              <w:rPr>
                <w:sz w:val="18"/>
              </w:rPr>
              <w:t xml:space="preserve">Coordinamento scientifico delle attività </w:t>
            </w:r>
            <w:r>
              <w:rPr>
                <w:sz w:val="18"/>
              </w:rPr>
              <w:t>didattiche, direzione artistico-didattica (comprensivo della quota del Responsabile Scientifico se proposto dal partner).</w:t>
            </w:r>
          </w:p>
        </w:tc>
        <w:tc>
          <w:tcPr>
            <w:tcW w:w="2160" w:type="dxa"/>
            <w:tcMar>
              <w:top w:w="80" w:type="dxa"/>
              <w:left w:w="100" w:type="dxa"/>
              <w:bottom w:w="80" w:type="dxa"/>
              <w:right w:w="100" w:type="dxa"/>
            </w:tcMar>
          </w:tcPr>
          <w:p w:rsidR="00EC48EA" w:rsidRDefault="00DB279D">
            <w:r>
              <w:rPr>
                <w:sz w:val="18"/>
              </w:rPr>
              <w:t>[Quota Partner o € 0,00]</w:t>
            </w:r>
          </w:p>
        </w:tc>
      </w:tr>
      <w:tr w:rsidR="00EC48EA">
        <w:tc>
          <w:tcPr>
            <w:tcW w:w="3168" w:type="dxa"/>
            <w:tcMar>
              <w:top w:w="80" w:type="dxa"/>
              <w:left w:w="100" w:type="dxa"/>
              <w:bottom w:w="80" w:type="dxa"/>
              <w:right w:w="100" w:type="dxa"/>
            </w:tcMar>
          </w:tcPr>
          <w:p w:rsidR="00EC48EA" w:rsidRDefault="00DB279D">
            <w:r>
              <w:rPr>
                <w:b/>
                <w:sz w:val="19"/>
              </w:rPr>
              <w:t>B. Spese di segreteria e di gestione amministrativa (max 5% del budget totale)</w:t>
            </w:r>
          </w:p>
        </w:tc>
        <w:tc>
          <w:tcPr>
            <w:tcW w:w="4752" w:type="dxa"/>
            <w:tcMar>
              <w:top w:w="80" w:type="dxa"/>
              <w:left w:w="100" w:type="dxa"/>
              <w:bottom w:w="80" w:type="dxa"/>
              <w:right w:w="100" w:type="dxa"/>
            </w:tcMar>
          </w:tcPr>
          <w:p w:rsidR="00EC48EA" w:rsidRDefault="00DB279D">
            <w:r>
              <w:rPr>
                <w:sz w:val="18"/>
              </w:rPr>
              <w:t xml:space="preserve">Gestione amministrativa, </w:t>
            </w:r>
            <w:r>
              <w:rPr>
                <w:sz w:val="18"/>
              </w:rPr>
              <w:t>rendicontazione, supporto della segreteria scolastica, DS, DSGA.</w:t>
            </w:r>
          </w:p>
        </w:tc>
        <w:tc>
          <w:tcPr>
            <w:tcW w:w="2160" w:type="dxa"/>
            <w:tcMar>
              <w:top w:w="80" w:type="dxa"/>
              <w:left w:w="100" w:type="dxa"/>
              <w:bottom w:w="80" w:type="dxa"/>
              <w:right w:w="100" w:type="dxa"/>
            </w:tcMar>
          </w:tcPr>
          <w:p w:rsidR="00EC48EA" w:rsidRDefault="00DB279D">
            <w:r>
              <w:rPr>
                <w:b/>
                <w:color w:val="C00000"/>
                <w:sz w:val="18"/>
              </w:rPr>
              <w:t>[DI ESCLUSIVA COMPETENZA DELLA SCUOLA - NON COMPILARE]</w:t>
            </w:r>
          </w:p>
        </w:tc>
      </w:tr>
      <w:tr w:rsidR="00EC48EA">
        <w:tc>
          <w:tcPr>
            <w:tcW w:w="3168" w:type="dxa"/>
            <w:tcMar>
              <w:top w:w="80" w:type="dxa"/>
              <w:left w:w="100" w:type="dxa"/>
              <w:bottom w:w="80" w:type="dxa"/>
              <w:right w:w="100" w:type="dxa"/>
            </w:tcMar>
          </w:tcPr>
          <w:p w:rsidR="00EC48EA" w:rsidRDefault="00DB279D">
            <w:r>
              <w:rPr>
                <w:b/>
                <w:sz w:val="19"/>
              </w:rPr>
              <w:t>C. Attività di consulenza e di collaborazioni per la didattica</w:t>
            </w:r>
          </w:p>
        </w:tc>
        <w:tc>
          <w:tcPr>
            <w:tcW w:w="4752" w:type="dxa"/>
            <w:tcMar>
              <w:top w:w="80" w:type="dxa"/>
              <w:left w:w="100" w:type="dxa"/>
              <w:bottom w:w="80" w:type="dxa"/>
              <w:right w:w="100" w:type="dxa"/>
            </w:tcMar>
          </w:tcPr>
          <w:p w:rsidR="00EC48EA" w:rsidRDefault="00DB279D">
            <w:r>
              <w:rPr>
                <w:sz w:val="18"/>
              </w:rPr>
              <w:t>Docenze ed esperti esterni nell'ambito dell'alfabetizzazione cinematogra</w:t>
            </w:r>
            <w:r>
              <w:rPr>
                <w:sz w:val="18"/>
              </w:rPr>
              <w:t>fica (regista, sceneggiatore, OEV, formatori partner).</w:t>
            </w:r>
          </w:p>
        </w:tc>
        <w:tc>
          <w:tcPr>
            <w:tcW w:w="2160" w:type="dxa"/>
            <w:tcMar>
              <w:top w:w="80" w:type="dxa"/>
              <w:left w:w="100" w:type="dxa"/>
              <w:bottom w:w="80" w:type="dxa"/>
              <w:right w:w="100" w:type="dxa"/>
            </w:tcMar>
          </w:tcPr>
          <w:p w:rsidR="00EC48EA" w:rsidRDefault="00DB279D">
            <w:r>
              <w:rPr>
                <w:sz w:val="18"/>
              </w:rPr>
              <w:t>[Quota Partner]</w:t>
            </w:r>
          </w:p>
        </w:tc>
      </w:tr>
      <w:tr w:rsidR="00EC48EA">
        <w:tc>
          <w:tcPr>
            <w:tcW w:w="3168" w:type="dxa"/>
            <w:tcMar>
              <w:top w:w="80" w:type="dxa"/>
              <w:left w:w="100" w:type="dxa"/>
              <w:bottom w:w="80" w:type="dxa"/>
              <w:right w:w="100" w:type="dxa"/>
            </w:tcMar>
          </w:tcPr>
          <w:p w:rsidR="00EC48EA" w:rsidRDefault="00DB279D">
            <w:r>
              <w:rPr>
                <w:b/>
                <w:sz w:val="19"/>
              </w:rPr>
              <w:t>D. Altre attività di consulenza e di collaborazioni per le attività progettuali</w:t>
            </w:r>
          </w:p>
        </w:tc>
        <w:tc>
          <w:tcPr>
            <w:tcW w:w="4752" w:type="dxa"/>
            <w:tcMar>
              <w:top w:w="80" w:type="dxa"/>
              <w:left w:w="100" w:type="dxa"/>
              <w:bottom w:w="80" w:type="dxa"/>
              <w:right w:w="100" w:type="dxa"/>
            </w:tcMar>
          </w:tcPr>
          <w:p w:rsidR="00EC48EA" w:rsidRDefault="00DB279D">
            <w:r>
              <w:rPr>
                <w:sz w:val="18"/>
              </w:rPr>
              <w:t xml:space="preserve">Personale tecnico e consulenze non didattiche (montatore, direttore della fotografia, operatori di </w:t>
            </w:r>
            <w:r>
              <w:rPr>
                <w:sz w:val="18"/>
              </w:rPr>
              <w:t>ripresa, post-produzione).</w:t>
            </w:r>
          </w:p>
        </w:tc>
        <w:tc>
          <w:tcPr>
            <w:tcW w:w="2160" w:type="dxa"/>
            <w:tcMar>
              <w:top w:w="80" w:type="dxa"/>
              <w:left w:w="100" w:type="dxa"/>
              <w:bottom w:w="80" w:type="dxa"/>
              <w:right w:w="100" w:type="dxa"/>
            </w:tcMar>
          </w:tcPr>
          <w:p w:rsidR="00EC48EA" w:rsidRDefault="00DB279D">
            <w:r>
              <w:rPr>
                <w:sz w:val="18"/>
              </w:rPr>
              <w:t>[Quota Partner]</w:t>
            </w:r>
          </w:p>
        </w:tc>
      </w:tr>
      <w:tr w:rsidR="00EC48EA">
        <w:tc>
          <w:tcPr>
            <w:tcW w:w="3168" w:type="dxa"/>
            <w:tcMar>
              <w:top w:w="80" w:type="dxa"/>
              <w:left w:w="100" w:type="dxa"/>
              <w:bottom w:w="80" w:type="dxa"/>
              <w:right w:w="100" w:type="dxa"/>
            </w:tcMar>
          </w:tcPr>
          <w:p w:rsidR="00EC48EA" w:rsidRDefault="00DB279D">
            <w:r>
              <w:rPr>
                <w:b/>
                <w:sz w:val="19"/>
              </w:rPr>
              <w:t>E. Logistica, affitto, allestimento</w:t>
            </w:r>
          </w:p>
        </w:tc>
        <w:tc>
          <w:tcPr>
            <w:tcW w:w="4752" w:type="dxa"/>
            <w:tcMar>
              <w:top w:w="80" w:type="dxa"/>
              <w:left w:w="100" w:type="dxa"/>
              <w:bottom w:w="80" w:type="dxa"/>
              <w:right w:w="100" w:type="dxa"/>
            </w:tcMar>
          </w:tcPr>
          <w:p w:rsidR="00EC48EA" w:rsidRDefault="00DB279D">
            <w:r>
              <w:rPr>
                <w:sz w:val="18"/>
              </w:rPr>
              <w:t>Noleggio sale cinematografiche per proiezioni didattiche, allestimenti spazi di proiezioni temporanei o set.</w:t>
            </w:r>
          </w:p>
        </w:tc>
        <w:tc>
          <w:tcPr>
            <w:tcW w:w="2160" w:type="dxa"/>
            <w:tcMar>
              <w:top w:w="80" w:type="dxa"/>
              <w:left w:w="100" w:type="dxa"/>
              <w:bottom w:w="80" w:type="dxa"/>
              <w:right w:w="100" w:type="dxa"/>
            </w:tcMar>
          </w:tcPr>
          <w:p w:rsidR="00EC48EA" w:rsidRDefault="00DB279D">
            <w:r>
              <w:rPr>
                <w:sz w:val="18"/>
              </w:rPr>
              <w:t>[Quota Partner o € 0,00]</w:t>
            </w:r>
          </w:p>
        </w:tc>
      </w:tr>
      <w:tr w:rsidR="00EC48EA">
        <w:tc>
          <w:tcPr>
            <w:tcW w:w="3168" w:type="dxa"/>
            <w:tcMar>
              <w:top w:w="80" w:type="dxa"/>
              <w:left w:w="100" w:type="dxa"/>
              <w:bottom w:w="80" w:type="dxa"/>
              <w:right w:w="100" w:type="dxa"/>
            </w:tcMar>
          </w:tcPr>
          <w:p w:rsidR="00EC48EA" w:rsidRDefault="00DB279D">
            <w:r>
              <w:rPr>
                <w:b/>
                <w:sz w:val="19"/>
              </w:rPr>
              <w:t>F. Utilizzo delle opere audiovisive</w:t>
            </w:r>
          </w:p>
        </w:tc>
        <w:tc>
          <w:tcPr>
            <w:tcW w:w="4752" w:type="dxa"/>
            <w:tcMar>
              <w:top w:w="80" w:type="dxa"/>
              <w:left w:w="100" w:type="dxa"/>
              <w:bottom w:w="80" w:type="dxa"/>
              <w:right w:w="100" w:type="dxa"/>
            </w:tcMar>
          </w:tcPr>
          <w:p w:rsidR="00EC48EA" w:rsidRDefault="00DB279D">
            <w:r>
              <w:rPr>
                <w:sz w:val="18"/>
              </w:rPr>
              <w:t>Noleg</w:t>
            </w:r>
            <w:r>
              <w:rPr>
                <w:sz w:val="18"/>
              </w:rPr>
              <w:t>gio pellicole, acquisizione diritti di proiezione (royalties) dei film selezionati per le proiezioni collettive.</w:t>
            </w:r>
          </w:p>
        </w:tc>
        <w:tc>
          <w:tcPr>
            <w:tcW w:w="2160" w:type="dxa"/>
            <w:tcMar>
              <w:top w:w="80" w:type="dxa"/>
              <w:left w:w="100" w:type="dxa"/>
              <w:bottom w:w="80" w:type="dxa"/>
              <w:right w:w="100" w:type="dxa"/>
            </w:tcMar>
          </w:tcPr>
          <w:p w:rsidR="00EC48EA" w:rsidRDefault="00DB279D">
            <w:r>
              <w:rPr>
                <w:sz w:val="18"/>
              </w:rPr>
              <w:t>[Quota Partner o € 0,00]</w:t>
            </w:r>
          </w:p>
        </w:tc>
      </w:tr>
      <w:tr w:rsidR="00EC48EA">
        <w:tc>
          <w:tcPr>
            <w:tcW w:w="3168" w:type="dxa"/>
            <w:tcMar>
              <w:top w:w="80" w:type="dxa"/>
              <w:left w:w="100" w:type="dxa"/>
              <w:bottom w:w="80" w:type="dxa"/>
              <w:right w:w="100" w:type="dxa"/>
            </w:tcMar>
          </w:tcPr>
          <w:p w:rsidR="00EC48EA" w:rsidRDefault="00DB279D">
            <w:r>
              <w:rPr>
                <w:b/>
                <w:sz w:val="19"/>
              </w:rPr>
              <w:lastRenderedPageBreak/>
              <w:t>G. Strumentazione tecnologica necessaria allo svolgimento del progetto (max 30% del budget totale)</w:t>
            </w:r>
          </w:p>
        </w:tc>
        <w:tc>
          <w:tcPr>
            <w:tcW w:w="4752" w:type="dxa"/>
            <w:tcMar>
              <w:top w:w="80" w:type="dxa"/>
              <w:left w:w="100" w:type="dxa"/>
              <w:bottom w:w="80" w:type="dxa"/>
              <w:right w:w="100" w:type="dxa"/>
            </w:tcMar>
          </w:tcPr>
          <w:p w:rsidR="00EC48EA" w:rsidRDefault="00DB279D">
            <w:r>
              <w:rPr>
                <w:sz w:val="18"/>
              </w:rPr>
              <w:t xml:space="preserve">Acquisto/noleggio </w:t>
            </w:r>
            <w:r>
              <w:rPr>
                <w:sz w:val="18"/>
              </w:rPr>
              <w:t>di software di scrittura/montaggio, attrezzature tecniche (telecamere, microfoni, luci) direttamente imputabili.</w:t>
            </w:r>
          </w:p>
        </w:tc>
        <w:tc>
          <w:tcPr>
            <w:tcW w:w="2160" w:type="dxa"/>
            <w:tcMar>
              <w:top w:w="80" w:type="dxa"/>
              <w:left w:w="100" w:type="dxa"/>
              <w:bottom w:w="80" w:type="dxa"/>
              <w:right w:w="100" w:type="dxa"/>
            </w:tcMar>
          </w:tcPr>
          <w:p w:rsidR="00EC48EA" w:rsidRDefault="00DB279D">
            <w:r>
              <w:rPr>
                <w:sz w:val="18"/>
              </w:rPr>
              <w:t>[Quota Partner o € 0,00]</w:t>
            </w:r>
          </w:p>
        </w:tc>
      </w:tr>
      <w:tr w:rsidR="00EC48EA">
        <w:tc>
          <w:tcPr>
            <w:tcW w:w="3168" w:type="dxa"/>
            <w:tcMar>
              <w:top w:w="80" w:type="dxa"/>
              <w:left w:w="100" w:type="dxa"/>
              <w:bottom w:w="80" w:type="dxa"/>
              <w:right w:w="100" w:type="dxa"/>
            </w:tcMar>
          </w:tcPr>
          <w:p w:rsidR="00EC48EA" w:rsidRDefault="00DB279D">
            <w:r>
              <w:rPr>
                <w:b/>
                <w:sz w:val="19"/>
              </w:rPr>
              <w:t>H. Affitto e acquisto di altri beni e servizi per la realizzazione delle attività progettuali</w:t>
            </w:r>
          </w:p>
        </w:tc>
        <w:tc>
          <w:tcPr>
            <w:tcW w:w="4752" w:type="dxa"/>
            <w:tcMar>
              <w:top w:w="80" w:type="dxa"/>
              <w:left w:w="100" w:type="dxa"/>
              <w:bottom w:w="80" w:type="dxa"/>
              <w:right w:w="100" w:type="dxa"/>
            </w:tcMar>
          </w:tcPr>
          <w:p w:rsidR="00EC48EA" w:rsidRDefault="00DB279D">
            <w:r>
              <w:rPr>
                <w:sz w:val="18"/>
              </w:rPr>
              <w:t>Servizi di trasporto st</w:t>
            </w:r>
            <w:r>
              <w:rPr>
                <w:sz w:val="18"/>
              </w:rPr>
              <w:t>udenti alle sale, acquisto materiali di cancelleria e supporti didattici fisici per laboratori.</w:t>
            </w:r>
          </w:p>
        </w:tc>
        <w:tc>
          <w:tcPr>
            <w:tcW w:w="2160" w:type="dxa"/>
            <w:tcMar>
              <w:top w:w="80" w:type="dxa"/>
              <w:left w:w="100" w:type="dxa"/>
              <w:bottom w:w="80" w:type="dxa"/>
              <w:right w:w="100" w:type="dxa"/>
            </w:tcMar>
          </w:tcPr>
          <w:p w:rsidR="00EC48EA" w:rsidRDefault="00DB279D">
            <w:r>
              <w:rPr>
                <w:sz w:val="18"/>
              </w:rPr>
              <w:t>[Quota Partner o € 0,00]</w:t>
            </w:r>
          </w:p>
        </w:tc>
      </w:tr>
      <w:tr w:rsidR="00EC48EA">
        <w:tc>
          <w:tcPr>
            <w:tcW w:w="3168" w:type="dxa"/>
            <w:tcMar>
              <w:top w:w="80" w:type="dxa"/>
              <w:left w:w="100" w:type="dxa"/>
              <w:bottom w:w="80" w:type="dxa"/>
              <w:right w:w="100" w:type="dxa"/>
            </w:tcMar>
          </w:tcPr>
          <w:p w:rsidR="00EC48EA" w:rsidRDefault="00DB279D">
            <w:r>
              <w:rPr>
                <w:b/>
                <w:sz w:val="19"/>
              </w:rPr>
              <w:t>I. Missioni e ospitalità, ove previste dal progetto (max 15% del budget totale)</w:t>
            </w:r>
          </w:p>
        </w:tc>
        <w:tc>
          <w:tcPr>
            <w:tcW w:w="4752" w:type="dxa"/>
            <w:tcMar>
              <w:top w:w="80" w:type="dxa"/>
              <w:left w:w="100" w:type="dxa"/>
              <w:bottom w:w="80" w:type="dxa"/>
              <w:right w:w="100" w:type="dxa"/>
            </w:tcMar>
          </w:tcPr>
          <w:p w:rsidR="00EC48EA" w:rsidRDefault="00DB279D">
            <w:r>
              <w:rPr>
                <w:sz w:val="18"/>
              </w:rPr>
              <w:t xml:space="preserve">Rimborso spese viaggio, vitto e alloggio per esperti </w:t>
            </w:r>
            <w:r>
              <w:rPr>
                <w:sz w:val="18"/>
              </w:rPr>
              <w:t>esterni, registi o delegazioni artistiche ospiti della scuola.</w:t>
            </w:r>
          </w:p>
        </w:tc>
        <w:tc>
          <w:tcPr>
            <w:tcW w:w="2160" w:type="dxa"/>
            <w:tcMar>
              <w:top w:w="80" w:type="dxa"/>
              <w:left w:w="100" w:type="dxa"/>
              <w:bottom w:w="80" w:type="dxa"/>
              <w:right w:w="100" w:type="dxa"/>
            </w:tcMar>
          </w:tcPr>
          <w:p w:rsidR="00EC48EA" w:rsidRDefault="00DB279D">
            <w:r>
              <w:rPr>
                <w:sz w:val="18"/>
              </w:rPr>
              <w:t>[Quota Partner o € 0,00]</w:t>
            </w:r>
          </w:p>
        </w:tc>
      </w:tr>
      <w:tr w:rsidR="00EC48EA">
        <w:tc>
          <w:tcPr>
            <w:tcW w:w="3168" w:type="dxa"/>
            <w:shd w:val="clear" w:color="auto" w:fill="E2E8F0"/>
            <w:tcMar>
              <w:top w:w="80" w:type="dxa"/>
              <w:left w:w="100" w:type="dxa"/>
              <w:bottom w:w="80" w:type="dxa"/>
              <w:right w:w="100" w:type="dxa"/>
            </w:tcMar>
          </w:tcPr>
          <w:p w:rsidR="00EC48EA" w:rsidRDefault="00DB279D">
            <w:r>
              <w:rPr>
                <w:b/>
                <w:sz w:val="19"/>
              </w:rPr>
              <w:t>J. Promozione e pubblicità dell’iniziativa</w:t>
            </w:r>
          </w:p>
        </w:tc>
        <w:tc>
          <w:tcPr>
            <w:tcW w:w="4752" w:type="dxa"/>
            <w:shd w:val="clear" w:color="auto" w:fill="E2E8F0"/>
            <w:tcMar>
              <w:top w:w="80" w:type="dxa"/>
              <w:left w:w="100" w:type="dxa"/>
              <w:bottom w:w="80" w:type="dxa"/>
              <w:right w:w="100" w:type="dxa"/>
            </w:tcMar>
          </w:tcPr>
          <w:p w:rsidR="00EC48EA" w:rsidRDefault="00DB279D">
            <w:r>
              <w:rPr>
                <w:sz w:val="18"/>
              </w:rPr>
              <w:t>Stampa di brochure, manifesti, materiale promozionale, comunicazione web/social e organizzazione dell'evento di anteprima.</w:t>
            </w:r>
          </w:p>
        </w:tc>
        <w:tc>
          <w:tcPr>
            <w:tcW w:w="2160" w:type="dxa"/>
            <w:shd w:val="clear" w:color="auto" w:fill="E2E8F0"/>
            <w:tcMar>
              <w:top w:w="80" w:type="dxa"/>
              <w:left w:w="100" w:type="dxa"/>
              <w:bottom w:w="80" w:type="dxa"/>
              <w:right w:w="100" w:type="dxa"/>
            </w:tcMar>
          </w:tcPr>
          <w:p w:rsidR="00EC48EA" w:rsidRDefault="00DB279D">
            <w:r>
              <w:rPr>
                <w:sz w:val="18"/>
              </w:rPr>
              <w:t>[</w:t>
            </w:r>
            <w:r>
              <w:rPr>
                <w:sz w:val="18"/>
              </w:rPr>
              <w:t>Quota Partner o € 0,00]</w:t>
            </w:r>
          </w:p>
        </w:tc>
      </w:tr>
      <w:tr w:rsidR="00EC48EA">
        <w:tc>
          <w:tcPr>
            <w:tcW w:w="3168" w:type="dxa"/>
          </w:tcPr>
          <w:p w:rsidR="00EC48EA" w:rsidRDefault="00DB279D">
            <w:r>
              <w:rPr>
                <w:b/>
                <w:sz w:val="19"/>
              </w:rPr>
              <w:t>K. Monitoraggio e valutazione dei risultati</w:t>
            </w:r>
          </w:p>
        </w:tc>
        <w:tc>
          <w:tcPr>
            <w:tcW w:w="4752" w:type="dxa"/>
          </w:tcPr>
          <w:p w:rsidR="00EC48EA" w:rsidRDefault="00DB279D">
            <w:r>
              <w:rPr>
                <w:sz w:val="18"/>
              </w:rPr>
              <w:t>Predisposizione e analisi dei questionari di gradimento, test di ingresso/uscita, valutazione dell'impatto didattico.</w:t>
            </w:r>
          </w:p>
        </w:tc>
        <w:tc>
          <w:tcPr>
            <w:tcW w:w="2160" w:type="dxa"/>
          </w:tcPr>
          <w:p w:rsidR="00EC48EA" w:rsidRDefault="00DB279D">
            <w:r>
              <w:rPr>
                <w:sz w:val="18"/>
              </w:rPr>
              <w:t>[Quota Partner o € 0,00]</w:t>
            </w:r>
          </w:p>
        </w:tc>
      </w:tr>
      <w:tr w:rsidR="00EC48EA">
        <w:tc>
          <w:tcPr>
            <w:tcW w:w="3168" w:type="dxa"/>
          </w:tcPr>
          <w:p w:rsidR="00EC48EA" w:rsidRDefault="00DB279D">
            <w:r>
              <w:rPr>
                <w:b/>
                <w:sz w:val="19"/>
              </w:rPr>
              <w:t xml:space="preserve">L. Spese generali (max 5% del budget </w:t>
            </w:r>
            <w:r>
              <w:rPr>
                <w:b/>
                <w:sz w:val="19"/>
              </w:rPr>
              <w:t>totale)</w:t>
            </w:r>
          </w:p>
        </w:tc>
        <w:tc>
          <w:tcPr>
            <w:tcW w:w="4752" w:type="dxa"/>
          </w:tcPr>
          <w:p w:rsidR="00EC48EA" w:rsidRDefault="00DB279D">
            <w:r>
              <w:rPr>
                <w:sz w:val="18"/>
              </w:rPr>
              <w:t>Spese per revisore contabile della scuola, assicurazioni obbligatorie, imposte, diritti e autorizzazioni varie.</w:t>
            </w:r>
          </w:p>
        </w:tc>
        <w:tc>
          <w:tcPr>
            <w:tcW w:w="2160" w:type="dxa"/>
          </w:tcPr>
          <w:p w:rsidR="00EC48EA" w:rsidRDefault="00DB279D">
            <w:r>
              <w:rPr>
                <w:b/>
                <w:color w:val="C00000"/>
                <w:sz w:val="18"/>
              </w:rPr>
              <w:t>[DI ESCLUSIVA COMPETENZA DELLA SCUOLA - NON COMPILARE]</w:t>
            </w:r>
          </w:p>
        </w:tc>
      </w:tr>
      <w:tr w:rsidR="00EC48EA">
        <w:tc>
          <w:tcPr>
            <w:tcW w:w="3168" w:type="dxa"/>
          </w:tcPr>
          <w:p w:rsidR="00EC48EA" w:rsidRDefault="00DB279D">
            <w:r>
              <w:rPr>
                <w:b/>
                <w:sz w:val="20"/>
              </w:rPr>
              <w:t>TOTALE QUOTA RICHIESTA DALL'ENTE PARTNER (€)</w:t>
            </w:r>
          </w:p>
        </w:tc>
        <w:tc>
          <w:tcPr>
            <w:tcW w:w="4752" w:type="dxa"/>
          </w:tcPr>
          <w:p w:rsidR="00EC48EA" w:rsidRDefault="00DB279D">
            <w:r>
              <w:rPr>
                <w:i/>
                <w:sz w:val="18"/>
              </w:rPr>
              <w:t xml:space="preserve">La somma delle voci sopra (escluse </w:t>
            </w:r>
            <w:r>
              <w:rPr>
                <w:i/>
                <w:sz w:val="18"/>
              </w:rPr>
              <w:t>le quote della scuola) non deve superare l'importo massimo del bando dedotto dei costi della scuola.</w:t>
            </w:r>
          </w:p>
        </w:tc>
        <w:tc>
          <w:tcPr>
            <w:tcW w:w="2160" w:type="dxa"/>
          </w:tcPr>
          <w:p w:rsidR="00EC48EA" w:rsidRDefault="00DB279D">
            <w:r>
              <w:rPr>
                <w:b/>
                <w:color w:val="2F5496"/>
                <w:sz w:val="20"/>
              </w:rPr>
              <w:t>[Inserire totale Ente Partner - Max € 50.000,00]</w:t>
            </w:r>
          </w:p>
        </w:tc>
      </w:tr>
    </w:tbl>
    <w:p w:rsidR="00EC48EA" w:rsidRDefault="00EC48EA">
      <w:pPr>
        <w:spacing w:before="240"/>
      </w:pPr>
    </w:p>
    <w:tbl>
      <w:tblPr>
        <w:tblStyle w:val="Grigliatabella"/>
        <w:tblW w:w="0" w:type="auto"/>
        <w:tblLayout w:type="fixed"/>
        <w:tblLook w:val="04A0"/>
      </w:tblPr>
      <w:tblGrid>
        <w:gridCol w:w="4680"/>
        <w:gridCol w:w="4680"/>
      </w:tblGrid>
      <w:tr w:rsidR="00EC48EA">
        <w:tc>
          <w:tcPr>
            <w:tcW w:w="4680" w:type="dxa"/>
            <w:shd w:val="clear" w:color="auto" w:fill="F8FAFC"/>
            <w:tcMar>
              <w:top w:w="80" w:type="dxa"/>
              <w:left w:w="100" w:type="dxa"/>
              <w:bottom w:w="80" w:type="dxa"/>
              <w:right w:w="100" w:type="dxa"/>
            </w:tcMar>
          </w:tcPr>
          <w:p w:rsidR="00EC48EA" w:rsidRDefault="00DB279D">
            <w:r>
              <w:rPr>
                <w:rFonts w:ascii="Calibri" w:hAnsi="Calibri"/>
                <w:b/>
                <w:color w:val="2D3748"/>
                <w:sz w:val="19"/>
              </w:rPr>
              <w:t>Presenza di eventuale co-finanziamento a supporto:</w:t>
            </w:r>
          </w:p>
        </w:tc>
        <w:tc>
          <w:tcPr>
            <w:tcW w:w="4680" w:type="dxa"/>
            <w:tcMar>
              <w:top w:w="80" w:type="dxa"/>
              <w:left w:w="100" w:type="dxa"/>
              <w:bottom w:w="80" w:type="dxa"/>
              <w:right w:w="100" w:type="dxa"/>
            </w:tcMar>
          </w:tcPr>
          <w:p w:rsidR="00EC48EA" w:rsidRDefault="00DB279D">
            <w:r>
              <w:rPr>
                <w:rFonts w:ascii="Calibri" w:hAnsi="Calibri"/>
                <w:color w:val="4A5568"/>
                <w:sz w:val="19"/>
              </w:rPr>
              <w:t>[  ] SÌ   -   [  ] NO</w:t>
            </w:r>
          </w:p>
        </w:tc>
      </w:tr>
      <w:tr w:rsidR="00EC48EA">
        <w:tc>
          <w:tcPr>
            <w:tcW w:w="4680" w:type="dxa"/>
            <w:shd w:val="clear" w:color="auto" w:fill="F8FAFC"/>
            <w:tcMar>
              <w:top w:w="80" w:type="dxa"/>
              <w:left w:w="100" w:type="dxa"/>
              <w:bottom w:w="80" w:type="dxa"/>
              <w:right w:w="100" w:type="dxa"/>
            </w:tcMar>
          </w:tcPr>
          <w:p w:rsidR="00EC48EA" w:rsidRDefault="00DB279D">
            <w:r>
              <w:rPr>
                <w:rFonts w:ascii="Calibri" w:hAnsi="Calibri"/>
                <w:b/>
                <w:color w:val="2D3748"/>
                <w:sz w:val="19"/>
              </w:rPr>
              <w:t>In caso positivo, indicare l'i</w:t>
            </w:r>
            <w:r>
              <w:rPr>
                <w:rFonts w:ascii="Calibri" w:hAnsi="Calibri"/>
                <w:b/>
                <w:color w:val="2D3748"/>
                <w:sz w:val="19"/>
              </w:rPr>
              <w:t>mporto e la natura (economica/in beni):</w:t>
            </w:r>
          </w:p>
        </w:tc>
        <w:tc>
          <w:tcPr>
            <w:tcW w:w="4680" w:type="dxa"/>
            <w:tcMar>
              <w:top w:w="80" w:type="dxa"/>
              <w:left w:w="100" w:type="dxa"/>
              <w:bottom w:w="80" w:type="dxa"/>
              <w:right w:w="100" w:type="dxa"/>
            </w:tcMar>
          </w:tcPr>
          <w:p w:rsidR="00EC48EA" w:rsidRDefault="00DB279D">
            <w:r>
              <w:rPr>
                <w:rFonts w:ascii="Calibri" w:hAnsi="Calibri"/>
                <w:color w:val="A0AEC0"/>
                <w:sz w:val="19"/>
              </w:rPr>
              <w:t>Importo: € ______________  (Specificare apporto in natura/servizi gratuiti)</w:t>
            </w:r>
          </w:p>
        </w:tc>
      </w:tr>
    </w:tbl>
    <w:p w:rsidR="00EC48EA" w:rsidRDefault="00EC48EA">
      <w:pPr>
        <w:spacing w:before="480"/>
      </w:pPr>
    </w:p>
    <w:p w:rsidR="00EC48EA" w:rsidRDefault="00DB279D">
      <w:pPr>
        <w:keepNext/>
        <w:spacing w:after="480"/>
      </w:pPr>
      <w:r>
        <w:rPr>
          <w:rFonts w:ascii="Calibri" w:hAnsi="Calibri"/>
          <w:b/>
          <w:color w:val="1A365D"/>
        </w:rPr>
        <w:t>SOTTOSCRIZIONE</w:t>
      </w:r>
    </w:p>
    <w:tbl>
      <w:tblPr>
        <w:tblW w:w="0" w:type="auto"/>
        <w:tblLayout w:type="fixed"/>
        <w:tblLook w:val="04A0"/>
      </w:tblPr>
      <w:tblGrid>
        <w:gridCol w:w="4680"/>
        <w:gridCol w:w="4680"/>
      </w:tblGrid>
      <w:tr w:rsidR="00EC48EA">
        <w:tc>
          <w:tcPr>
            <w:tcW w:w="4680" w:type="dxa"/>
          </w:tcPr>
          <w:p w:rsidR="00EC48EA" w:rsidRDefault="00DB279D">
            <w:pPr>
              <w:spacing w:after="0"/>
              <w:jc w:val="center"/>
            </w:pPr>
            <w:r>
              <w:rPr>
                <w:rFonts w:ascii="Calibri" w:hAnsi="Calibri"/>
                <w:color w:val="4A5568"/>
                <w:sz w:val="19"/>
              </w:rPr>
              <w:t>Firma Digitale del Legale Rappresentante</w:t>
            </w:r>
            <w:r>
              <w:rPr>
                <w:rFonts w:ascii="Calibri" w:hAnsi="Calibri"/>
                <w:color w:val="4A5568"/>
                <w:sz w:val="19"/>
              </w:rPr>
              <w:br/>
              <w:t>dell'Ente Proponente</w:t>
            </w:r>
            <w:r>
              <w:rPr>
                <w:rFonts w:ascii="Calibri" w:hAnsi="Calibri"/>
                <w:color w:val="4A5568"/>
                <w:sz w:val="19"/>
              </w:rPr>
              <w:br/>
            </w:r>
            <w:r>
              <w:rPr>
                <w:rFonts w:ascii="Calibri" w:hAnsi="Calibri"/>
                <w:color w:val="4A5568"/>
                <w:sz w:val="19"/>
              </w:rPr>
              <w:br/>
              <w:t>_____________________________________</w:t>
            </w:r>
          </w:p>
        </w:tc>
        <w:tc>
          <w:tcPr>
            <w:tcW w:w="4680" w:type="dxa"/>
          </w:tcPr>
          <w:p w:rsidR="00EC48EA" w:rsidRDefault="00DB279D">
            <w:pPr>
              <w:spacing w:after="0"/>
              <w:jc w:val="center"/>
            </w:pPr>
            <w:r>
              <w:rPr>
                <w:rFonts w:ascii="Calibri" w:hAnsi="Calibri"/>
                <w:color w:val="4A5568"/>
                <w:sz w:val="19"/>
              </w:rPr>
              <w:t xml:space="preserve">Firma Digitale del </w:t>
            </w:r>
            <w:r>
              <w:rPr>
                <w:rFonts w:ascii="Calibri" w:hAnsi="Calibri"/>
                <w:color w:val="4A5568"/>
                <w:sz w:val="19"/>
              </w:rPr>
              <w:t>Responsabile Scientifico</w:t>
            </w:r>
            <w:r>
              <w:rPr>
                <w:rFonts w:ascii="Calibri" w:hAnsi="Calibri"/>
                <w:color w:val="4A5568"/>
                <w:sz w:val="19"/>
              </w:rPr>
              <w:br/>
              <w:t>proposto (se individuato)</w:t>
            </w:r>
            <w:r>
              <w:rPr>
                <w:rFonts w:ascii="Calibri" w:hAnsi="Calibri"/>
                <w:color w:val="4A5568"/>
                <w:sz w:val="19"/>
              </w:rPr>
              <w:br/>
            </w:r>
            <w:r>
              <w:rPr>
                <w:rFonts w:ascii="Calibri" w:hAnsi="Calibri"/>
                <w:color w:val="4A5568"/>
                <w:sz w:val="19"/>
              </w:rPr>
              <w:br/>
              <w:t>_____________________________________</w:t>
            </w:r>
          </w:p>
        </w:tc>
      </w:tr>
    </w:tbl>
    <w:p w:rsidR="00000000" w:rsidRDefault="00DB279D"/>
    <w:sectPr w:rsidR="00000000"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8EA" w:rsidRDefault="00EC48EA" w:rsidP="00EC48EA">
      <w:pPr>
        <w:spacing w:after="0" w:line="240" w:lineRule="auto"/>
      </w:pPr>
      <w:r>
        <w:separator/>
      </w:r>
    </w:p>
  </w:endnote>
  <w:endnote w:type="continuationSeparator" w:id="1">
    <w:p w:rsidR="00EC48EA" w:rsidRDefault="00EC48EA" w:rsidP="00EC4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EA" w:rsidRDefault="00DB279D">
    <w:pPr>
      <w:pStyle w:val="Pidipagina"/>
      <w:jc w:val="center"/>
    </w:pPr>
    <w:r>
      <w:rPr>
        <w:rFonts w:ascii="Calibri" w:hAnsi="Calibri"/>
        <w:color w:val="718096"/>
        <w:sz w:val="18"/>
      </w:rPr>
      <w:t xml:space="preserve">Pagina </w:t>
    </w:r>
    <w:fldSimple w:instr="PAGE">
      <w:r>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8EA" w:rsidRDefault="00EC48EA" w:rsidP="00EC48EA">
      <w:pPr>
        <w:spacing w:after="0" w:line="240" w:lineRule="auto"/>
      </w:pPr>
      <w:r>
        <w:separator/>
      </w:r>
    </w:p>
  </w:footnote>
  <w:footnote w:type="continuationSeparator" w:id="1">
    <w:p w:rsidR="00EC48EA" w:rsidRDefault="00EC48EA" w:rsidP="00EC48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EA" w:rsidRDefault="00DB279D">
    <w:pPr>
      <w:pStyle w:val="Intestazione"/>
      <w:jc w:val="right"/>
    </w:pPr>
    <w:r>
      <w:t>ALLEGATO B – SCHEDA DI PROPOSTA PROGETTUALE | PIANO CINEMA PER LA SCUOLA 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0"/>
    <w:footnote w:id="1"/>
  </w:footnotePr>
  <w:endnotePr>
    <w:endnote w:id="0"/>
    <w:endnote w:id="1"/>
  </w:endnotePr>
  <w:compat>
    <w:useFELayout/>
  </w:compat>
  <w:rsids>
    <w:rsidRoot w:val="00B47730"/>
    <w:rsid w:val="00034616"/>
    <w:rsid w:val="0006063C"/>
    <w:rsid w:val="0015074B"/>
    <w:rsid w:val="0029639D"/>
    <w:rsid w:val="00326F90"/>
    <w:rsid w:val="00AA1D8D"/>
    <w:rsid w:val="00B47730"/>
    <w:rsid w:val="00CB0664"/>
    <w:rsid w:val="00DB279D"/>
    <w:rsid w:val="00EC48EA"/>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rPr>
      <w:rFonts w:ascii="Calibri" w:hAnsi="Calibri"/>
      <w:color w:val="718096"/>
      <w:sz w:val="17"/>
    </w:r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deltesto">
    <w:name w:val="Body Text"/>
    <w:basedOn w:val="Normale"/>
    <w:link w:val="CorpodeltestoCarattere"/>
    <w:uiPriority w:val="99"/>
    <w:unhideWhenUsed/>
    <w:rsid w:val="00AA1D8D"/>
    <w:pPr>
      <w:spacing w:after="120"/>
    </w:pPr>
  </w:style>
  <w:style w:type="character" w:customStyle="1" w:styleId="CorpodeltestoCarattere">
    <w:name w:val="Corpo del testo Carattere"/>
    <w:basedOn w:val="Carpredefinitoparagrafo"/>
    <w:link w:val="Corpodel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11835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User4</cp:lastModifiedBy>
  <cp:revision>2</cp:revision>
  <dcterms:created xsi:type="dcterms:W3CDTF">2026-09-01T06:27:00Z</dcterms:created>
  <dcterms:modified xsi:type="dcterms:W3CDTF">2026-09-01T06:27:00Z</dcterms:modified>
</cp:coreProperties>
</file>