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8C0" w:rsidRDefault="00E643EA">
      <w:pPr>
        <w:jc w:val="center"/>
      </w:pPr>
      <w:r>
        <w:rPr>
          <w:color w:val="003366"/>
        </w:rPr>
        <w:t>_________________________________________________________________________________</w:t>
      </w:r>
    </w:p>
    <w:p w:rsidR="009768C0" w:rsidRDefault="00E643EA">
      <w:pPr>
        <w:jc w:val="center"/>
      </w:pPr>
      <w:r>
        <w:rPr>
          <w:b/>
          <w:color w:val="003366"/>
          <w:sz w:val="22"/>
        </w:rPr>
        <w:t>ALLEGATO C – DICHIARAZIONE INSUSSISTENZA CAUSE DI INCOMPATIBILITÀ E CONFLITTO DI INTERESSI</w:t>
      </w:r>
      <w:r>
        <w:rPr>
          <w:b/>
          <w:color w:val="003366"/>
          <w:sz w:val="22"/>
        </w:rPr>
        <w:br/>
        <w:t>(ai sensi dell'art. 53 del D.Lgs. 165/2001 e dell'art. 16 del D.Lgs. 36/2023)</w:t>
      </w:r>
      <w:r>
        <w:rPr>
          <w:b/>
          <w:color w:val="003366"/>
          <w:sz w:val="22"/>
        </w:rPr>
        <w:br/>
      </w:r>
    </w:p>
    <w:p w:rsidR="009768C0" w:rsidRDefault="00E643EA">
      <w:r>
        <w:t>Il/La sottoscritto/a ______________________________________________________, nato/a a _______________________ il ___/___/_______, C.F. _________________________________, in relazione all'avviso di selezione per Esperto/Tutor del Progetto PN Scuola 2021-2027 (Cod. ESO4.5.A2.B-FSEPN-TO-2026-226),</w:t>
      </w:r>
    </w:p>
    <w:p w:rsidR="009768C0" w:rsidRDefault="00E643EA">
      <w:r>
        <w:br/>
        <w:t>DICHIARA</w:t>
      </w:r>
    </w:p>
    <w:p w:rsidR="009768C0" w:rsidRDefault="00E643EA">
      <w:r>
        <w:t>1. Di non versare in alcuna delle situazioni di incompatibilità previste dalla normativa vigente e dal CCNL di comparto;</w:t>
      </w:r>
    </w:p>
    <w:p w:rsidR="009768C0" w:rsidRDefault="00E643EA">
      <w:r>
        <w:t>2. Di non avere conflitti di interesse, anche potenziali, con l'I.C. "Monte Argentario - Giglio" e con le finalità del progetto;</w:t>
      </w:r>
    </w:p>
    <w:p w:rsidR="009768C0" w:rsidRDefault="00E643EA">
      <w:r>
        <w:t>3. Di non essere stato destituito o dispensato dall'impiego presso una pubblica amministrazione;</w:t>
      </w:r>
    </w:p>
    <w:p w:rsidR="009768C0" w:rsidRDefault="00E643EA">
      <w:r>
        <w:t>4. Di impegnarsi a comunicare tempestivamente all'Istituzione Scolastica ogni variazione che dovesse intervenire rispetto a quanto dichiarato.</w:t>
      </w:r>
    </w:p>
    <w:p w:rsidR="009768C0" w:rsidRDefault="00E643EA">
      <w:r>
        <w:br/>
        <w:t>Data: ____/____/2026</w:t>
      </w:r>
      <w:r>
        <w:tab/>
      </w:r>
      <w:r>
        <w:tab/>
      </w:r>
      <w:r>
        <w:tab/>
        <w:t>Firma: ________________________________________</w:t>
      </w:r>
    </w:p>
    <w:sectPr w:rsidR="009768C0" w:rsidSect="006870CE">
      <w:headerReference w:type="default" r:id="rId8"/>
      <w:footerReference w:type="default" r:id="rId9"/>
      <w:pgSz w:w="12240" w:h="15840"/>
      <w:pgMar w:top="1560" w:right="1152" w:bottom="1702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034" w:rsidRDefault="00400034" w:rsidP="009768C0">
      <w:pPr>
        <w:spacing w:after="0" w:line="240" w:lineRule="auto"/>
      </w:pPr>
      <w:r>
        <w:separator/>
      </w:r>
    </w:p>
  </w:endnote>
  <w:endnote w:type="continuationSeparator" w:id="1">
    <w:p w:rsidR="00400034" w:rsidRDefault="00400034" w:rsidP="0097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34" w:rsidRDefault="00400034">
    <w:pPr>
      <w:pStyle w:val="Pidipagina"/>
      <w:jc w:val="center"/>
    </w:pPr>
    <w:r>
      <w:rPr>
        <w:color w:val="787878"/>
        <w:sz w:val="17"/>
      </w:rPr>
      <w:t xml:space="preserve">Avviso Selezione Esperto e Tutor - Modulo Gestione della Classe | Pagina </w:t>
    </w:r>
    <w:fldSimple w:instr="PAGE">
      <w:r w:rsidR="00935750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034" w:rsidRDefault="00400034" w:rsidP="009768C0">
      <w:pPr>
        <w:spacing w:after="0" w:line="240" w:lineRule="auto"/>
      </w:pPr>
      <w:r>
        <w:separator/>
      </w:r>
    </w:p>
  </w:footnote>
  <w:footnote w:type="continuationSeparator" w:id="1">
    <w:p w:rsidR="00400034" w:rsidRDefault="00400034" w:rsidP="0097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034" w:rsidRDefault="00400034" w:rsidP="00E643EA">
    <w:pPr>
      <w:jc w:val="both"/>
      <w:rPr>
        <w:noProof/>
      </w:rPr>
    </w:pPr>
    <w:r>
      <w:rPr>
        <w:noProof/>
        <w:lang w:val="it-IT" w:eastAsia="it-IT"/>
      </w:rPr>
      <w:drawing>
        <wp:inline distT="0" distB="0" distL="0" distR="0">
          <wp:extent cx="5928779" cy="916035"/>
          <wp:effectExtent l="19050" t="0" r="0" b="0"/>
          <wp:docPr id="4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813" cy="917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00034" w:rsidRDefault="00EB2BF8" w:rsidP="00E643EA">
    <w:pPr>
      <w:jc w:val="both"/>
      <w:rPr>
        <w:sz w:val="16"/>
        <w:szCs w:val="16"/>
      </w:rPr>
    </w:pPr>
    <w:r w:rsidRPr="00EB2BF8">
      <w:rPr>
        <w:b/>
        <w:noProof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9.45pt;margin-top:1.1pt;width:36pt;height:36pt;z-index:-251658240;mso-position-horizontal-relative:text;mso-position-vertical-relative:text" wrapcoords="-450 0 -450 21150 21600 21150 21600 0 -450 0" fillcolor="window">
          <v:imagedata r:id="rId2" o:title=""/>
        </v:shape>
        <o:OLEObject Type="Embed" ProgID="Word.Picture.8" ShapeID="_x0000_s2049" DrawAspect="Content" ObjectID="_1852097603" r:id="rId3"/>
      </w:pict>
    </w:r>
  </w:p>
  <w:p w:rsidR="00400034" w:rsidRPr="00FE1E64" w:rsidRDefault="00400034" w:rsidP="00E643EA">
    <w:pPr>
      <w:tabs>
        <w:tab w:val="left" w:pos="435"/>
        <w:tab w:val="center" w:pos="4819"/>
      </w:tabs>
      <w:suppressAutoHyphens/>
      <w:spacing w:after="0" w:line="240" w:lineRule="auto"/>
      <w:jc w:val="center"/>
      <w:outlineLvl w:val="0"/>
      <w:rPr>
        <w:b/>
        <w:sz w:val="24"/>
        <w:szCs w:val="24"/>
        <w:lang w:eastAsia="ar-SA"/>
      </w:rPr>
    </w:pPr>
    <w:r w:rsidRPr="00FE1E64">
      <w:rPr>
        <w:noProof/>
        <w:sz w:val="24"/>
        <w:szCs w:val="24"/>
        <w:lang w:val="it-IT"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1500" cy="504825"/>
          <wp:effectExtent l="19050" t="0" r="0" b="0"/>
          <wp:wrapNone/>
          <wp:docPr id="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1E64">
      <w:rPr>
        <w:b/>
        <w:sz w:val="24"/>
        <w:szCs w:val="24"/>
        <w:lang w:eastAsia="ar-SA"/>
      </w:rPr>
      <w:t>ISTITUTO COMPRENSIVO STATALE</w:t>
    </w:r>
  </w:p>
  <w:p w:rsidR="00400034" w:rsidRPr="00FE1E64" w:rsidRDefault="00400034" w:rsidP="00E643EA">
    <w:pPr>
      <w:suppressAutoHyphens/>
      <w:spacing w:after="0" w:line="240" w:lineRule="auto"/>
      <w:jc w:val="center"/>
      <w:outlineLvl w:val="0"/>
      <w:rPr>
        <w:b/>
        <w:sz w:val="24"/>
        <w:szCs w:val="24"/>
        <w:lang w:eastAsia="ar-SA"/>
      </w:rPr>
    </w:pPr>
    <w:r w:rsidRPr="00FE1E64">
      <w:rPr>
        <w:b/>
        <w:sz w:val="24"/>
        <w:szCs w:val="24"/>
        <w:lang w:eastAsia="ar-SA"/>
      </w:rPr>
      <w:t>MONTE ARGENTARIO-GIGLIO</w:t>
    </w:r>
  </w:p>
  <w:p w:rsidR="00400034" w:rsidRPr="00FE1E64" w:rsidRDefault="00400034" w:rsidP="00E643EA">
    <w:pPr>
      <w:suppressAutoHyphens/>
      <w:spacing w:after="0" w:line="240" w:lineRule="auto"/>
      <w:jc w:val="center"/>
      <w:outlineLvl w:val="0"/>
      <w:rPr>
        <w:b/>
        <w:lang w:eastAsia="ar-SA"/>
      </w:rPr>
    </w:pPr>
    <w:r w:rsidRPr="00FE1E64">
      <w:rPr>
        <w:b/>
        <w:lang w:eastAsia="ar-SA"/>
      </w:rPr>
      <w:t>P. LE SANT’ANDREA N. 25/26 - 58019  MONTE ARGENTARIO (GR)</w:t>
    </w:r>
  </w:p>
  <w:p w:rsidR="00400034" w:rsidRPr="00FE1E64" w:rsidRDefault="00400034" w:rsidP="00E643EA">
    <w:pPr>
      <w:keepNext/>
      <w:spacing w:after="0" w:line="240" w:lineRule="auto"/>
      <w:ind w:right="-56"/>
      <w:jc w:val="center"/>
      <w:outlineLvl w:val="3"/>
      <w:rPr>
        <w:bCs/>
        <w:sz w:val="16"/>
        <w:szCs w:val="16"/>
      </w:rPr>
    </w:pPr>
    <w:r w:rsidRPr="00FE1E64">
      <w:rPr>
        <w:bCs/>
        <w:sz w:val="16"/>
        <w:szCs w:val="16"/>
      </w:rPr>
      <w:t>C.F.: 82004650535 – Cod. Min. gric82500n</w:t>
    </w:r>
  </w:p>
  <w:p w:rsidR="00400034" w:rsidRPr="00FE1E64" w:rsidRDefault="00400034" w:rsidP="00E643EA">
    <w:pPr>
      <w:suppressAutoHyphens/>
      <w:spacing w:after="0" w:line="240" w:lineRule="auto"/>
      <w:jc w:val="center"/>
      <w:rPr>
        <w:b/>
        <w:sz w:val="16"/>
        <w:szCs w:val="16"/>
        <w:lang w:eastAsia="ar-SA"/>
      </w:rPr>
    </w:pPr>
    <w:r w:rsidRPr="00FE1E64">
      <w:rPr>
        <w:sz w:val="16"/>
        <w:szCs w:val="16"/>
        <w:lang w:eastAsia="ar-SA"/>
      </w:rPr>
      <w:t xml:space="preserve">TEL.0564/812590 - </w:t>
    </w:r>
    <w:r w:rsidRPr="00FE1E64">
      <w:rPr>
        <w:bCs/>
        <w:sz w:val="16"/>
        <w:szCs w:val="16"/>
        <w:lang w:eastAsia="ar-SA"/>
      </w:rPr>
      <w:t>FAX.0564/813582</w:t>
    </w:r>
  </w:p>
  <w:p w:rsidR="00400034" w:rsidRPr="00FE1E64" w:rsidRDefault="00400034" w:rsidP="00E643EA">
    <w:pPr>
      <w:suppressAutoHyphens/>
      <w:spacing w:after="0" w:line="240" w:lineRule="auto"/>
      <w:jc w:val="center"/>
      <w:outlineLvl w:val="0"/>
      <w:rPr>
        <w:bCs/>
        <w:caps/>
        <w:color w:val="0000FF"/>
        <w:sz w:val="16"/>
        <w:szCs w:val="16"/>
        <w:lang w:eastAsia="ar-SA"/>
      </w:rPr>
    </w:pPr>
    <w:r w:rsidRPr="00FE1E64">
      <w:rPr>
        <w:bCs/>
        <w:color w:val="0000FF"/>
        <w:sz w:val="16"/>
        <w:szCs w:val="16"/>
        <w:lang w:eastAsia="ar-SA"/>
      </w:rPr>
      <w:t xml:space="preserve">e-mail: </w:t>
    </w:r>
    <w:hyperlink r:id="rId5" w:history="1">
      <w:r w:rsidRPr="00FE1E64">
        <w:rPr>
          <w:bCs/>
          <w:color w:val="168BBA"/>
          <w:sz w:val="16"/>
          <w:szCs w:val="16"/>
          <w:u w:val="single"/>
          <w:lang w:eastAsia="ar-SA"/>
        </w:rPr>
        <w:t>gric82500n@istruzione.it</w:t>
      </w:r>
    </w:hyperlink>
    <w:r w:rsidRPr="00FE1E64">
      <w:rPr>
        <w:bCs/>
        <w:color w:val="0000FF"/>
        <w:sz w:val="16"/>
        <w:szCs w:val="16"/>
        <w:lang w:eastAsia="ar-SA"/>
      </w:rPr>
      <w:t xml:space="preserve">e-mail cert: </w:t>
    </w:r>
    <w:hyperlink r:id="rId6" w:history="1">
      <w:r w:rsidRPr="00FE1E64">
        <w:rPr>
          <w:bCs/>
          <w:color w:val="168BBA"/>
          <w:sz w:val="16"/>
          <w:szCs w:val="16"/>
          <w:u w:val="single"/>
          <w:lang w:eastAsia="ar-SA"/>
        </w:rPr>
        <w:t>gric82500n@pec.istruzione.it</w:t>
      </w:r>
    </w:hyperlink>
  </w:p>
  <w:p w:rsidR="00400034" w:rsidRPr="00AD2445" w:rsidRDefault="00400034" w:rsidP="00E643EA">
    <w:pPr>
      <w:suppressAutoHyphens/>
      <w:spacing w:after="0" w:line="240" w:lineRule="auto"/>
      <w:jc w:val="center"/>
      <w:outlineLvl w:val="0"/>
      <w:rPr>
        <w:b/>
        <w:caps/>
        <w:color w:val="0000FF"/>
        <w:sz w:val="16"/>
        <w:szCs w:val="16"/>
        <w:lang w:eastAsia="ar-SA"/>
      </w:rPr>
    </w:pPr>
    <w:proofErr w:type="spellStart"/>
    <w:r w:rsidRPr="00AD2445">
      <w:rPr>
        <w:bCs/>
        <w:color w:val="0000FF"/>
        <w:sz w:val="16"/>
        <w:szCs w:val="16"/>
        <w:lang w:eastAsia="ar-SA"/>
      </w:rPr>
      <w:t>Sito</w:t>
    </w:r>
    <w:proofErr w:type="spellEnd"/>
    <w:r w:rsidRPr="00AD2445">
      <w:rPr>
        <w:bCs/>
        <w:color w:val="0000FF"/>
        <w:sz w:val="16"/>
        <w:szCs w:val="16"/>
        <w:lang w:eastAsia="ar-SA"/>
      </w:rPr>
      <w:t xml:space="preserve"> Web: www.scuolargentariogiglio.edu.it</w:t>
    </w:r>
  </w:p>
  <w:p w:rsidR="00400034" w:rsidRDefault="00400034" w:rsidP="00E643EA">
    <w:pPr>
      <w:keepNext/>
      <w:spacing w:after="0" w:line="240" w:lineRule="auto"/>
      <w:ind w:right="-56"/>
      <w:jc w:val="center"/>
      <w:outlineLvl w:val="3"/>
      <w:rPr>
        <w:bCs/>
        <w:sz w:val="16"/>
        <w:szCs w:val="16"/>
      </w:rPr>
    </w:pPr>
    <w:proofErr w:type="spellStart"/>
    <w:r w:rsidRPr="00FE1E64">
      <w:rPr>
        <w:bCs/>
        <w:sz w:val="16"/>
        <w:szCs w:val="16"/>
      </w:rPr>
      <w:t>Codice</w:t>
    </w:r>
    <w:proofErr w:type="spellEnd"/>
    <w:r w:rsidRPr="00FE1E64">
      <w:rPr>
        <w:bCs/>
        <w:sz w:val="16"/>
        <w:szCs w:val="16"/>
      </w:rPr>
      <w:t xml:space="preserve"> </w:t>
    </w:r>
    <w:proofErr w:type="spellStart"/>
    <w:r w:rsidRPr="00FE1E64">
      <w:rPr>
        <w:bCs/>
        <w:sz w:val="16"/>
        <w:szCs w:val="16"/>
      </w:rPr>
      <w:t>Univoco</w:t>
    </w:r>
    <w:proofErr w:type="spellEnd"/>
    <w:r w:rsidRPr="00FE1E64">
      <w:rPr>
        <w:bCs/>
        <w:sz w:val="16"/>
        <w:szCs w:val="16"/>
      </w:rPr>
      <w:t xml:space="preserve"> </w:t>
    </w:r>
    <w:proofErr w:type="spellStart"/>
    <w:r w:rsidRPr="00FE1E64">
      <w:rPr>
        <w:bCs/>
        <w:sz w:val="16"/>
        <w:szCs w:val="16"/>
      </w:rPr>
      <w:t>Ufficio</w:t>
    </w:r>
    <w:proofErr w:type="spellEnd"/>
    <w:r w:rsidRPr="00FE1E64">
      <w:rPr>
        <w:bCs/>
        <w:sz w:val="16"/>
        <w:szCs w:val="16"/>
      </w:rPr>
      <w:t xml:space="preserve"> (per </w:t>
    </w:r>
    <w:proofErr w:type="spellStart"/>
    <w:r w:rsidRPr="00FE1E64">
      <w:rPr>
        <w:bCs/>
        <w:sz w:val="16"/>
        <w:szCs w:val="16"/>
      </w:rPr>
      <w:t>fatturazione</w:t>
    </w:r>
    <w:proofErr w:type="spellEnd"/>
    <w:r w:rsidRPr="00FE1E64">
      <w:rPr>
        <w:bCs/>
        <w:sz w:val="16"/>
        <w:szCs w:val="16"/>
      </w:rPr>
      <w:t xml:space="preserve"> </w:t>
    </w:r>
    <w:proofErr w:type="spellStart"/>
    <w:r w:rsidRPr="00FE1E64">
      <w:rPr>
        <w:bCs/>
        <w:sz w:val="16"/>
        <w:szCs w:val="16"/>
      </w:rPr>
      <w:t>elettronica</w:t>
    </w:r>
    <w:proofErr w:type="spellEnd"/>
    <w:r w:rsidRPr="00FE1E64">
      <w:rPr>
        <w:bCs/>
        <w:sz w:val="16"/>
        <w:szCs w:val="16"/>
      </w:rPr>
      <w:t>): UFY70R</w:t>
    </w:r>
  </w:p>
  <w:p w:rsidR="00400034" w:rsidRPr="00E643EA" w:rsidRDefault="00400034" w:rsidP="00E643E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AF567FF"/>
    <w:multiLevelType w:val="hybridMultilevel"/>
    <w:tmpl w:val="CAD02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456AC"/>
    <w:rsid w:val="0006063C"/>
    <w:rsid w:val="000A5017"/>
    <w:rsid w:val="0015074B"/>
    <w:rsid w:val="0029639D"/>
    <w:rsid w:val="00326F90"/>
    <w:rsid w:val="00400034"/>
    <w:rsid w:val="00663496"/>
    <w:rsid w:val="006870CE"/>
    <w:rsid w:val="00935750"/>
    <w:rsid w:val="009768C0"/>
    <w:rsid w:val="00AA1D8D"/>
    <w:rsid w:val="00B47730"/>
    <w:rsid w:val="00CB0664"/>
    <w:rsid w:val="00E643EA"/>
    <w:rsid w:val="00EB2BF8"/>
    <w:rsid w:val="00FC693F"/>
    <w:rsid w:val="00FD5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color w:val="282828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unhideWhenUsed/>
    <w:rsid w:val="00AA1D8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3EA"/>
    <w:rPr>
      <w:rFonts w:ascii="Tahoma" w:hAnsi="Tahoma" w:cs="Tahoma"/>
      <w:color w:val="282828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mailto:gric82500n@pec.istruzione.it" TargetMode="External"/><Relationship Id="rId5" Type="http://schemas.openxmlformats.org/officeDocument/2006/relationships/hyperlink" Target="mailto:gric82500n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1118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User4</cp:lastModifiedBy>
  <cp:revision>2</cp:revision>
  <dcterms:created xsi:type="dcterms:W3CDTF">2026-09-28T08:47:00Z</dcterms:created>
  <dcterms:modified xsi:type="dcterms:W3CDTF">2026-09-28T08:47:00Z</dcterms:modified>
</cp:coreProperties>
</file>