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74D" w:rsidRPr="00A64794" w:rsidRDefault="0098674D">
      <w:pPr>
        <w:rPr>
          <w:lang w:val="it-IT"/>
        </w:rPr>
      </w:pPr>
    </w:p>
    <w:p w:rsidR="0098674D" w:rsidRPr="00A64794" w:rsidRDefault="009C6235">
      <w:pPr>
        <w:jc w:val="center"/>
        <w:rPr>
          <w:lang w:val="it-IT"/>
        </w:rPr>
      </w:pPr>
      <w:r w:rsidRPr="00A64794">
        <w:rPr>
          <w:b/>
          <w:sz w:val="24"/>
          <w:lang w:val="it-IT"/>
        </w:rPr>
        <w:t>DOMANDA DI PARTECIPAZIONE</w:t>
      </w:r>
    </w:p>
    <w:p w:rsidR="0098674D" w:rsidRPr="00A64794" w:rsidRDefault="009C6235">
      <w:pPr>
        <w:jc w:val="center"/>
        <w:rPr>
          <w:lang w:val="it-IT"/>
        </w:rPr>
      </w:pPr>
      <w:r w:rsidRPr="00A64794">
        <w:rPr>
          <w:b/>
          <w:sz w:val="20"/>
          <w:lang w:val="it-IT"/>
        </w:rPr>
        <w:t>Avviso interno per la selezione di n. 2 docenti accompagnatori – Mobilità studentesca Erasmus+ Rouen</w:t>
      </w:r>
    </w:p>
    <w:p w:rsidR="0098674D" w:rsidRPr="00A64794" w:rsidRDefault="0098674D">
      <w:pPr>
        <w:rPr>
          <w:lang w:val="it-IT"/>
        </w:rPr>
      </w:pPr>
    </w:p>
    <w:p w:rsidR="0098674D" w:rsidRPr="00A64794" w:rsidRDefault="009C6235">
      <w:pPr>
        <w:rPr>
          <w:lang w:val="it-IT"/>
        </w:rPr>
      </w:pPr>
      <w:r w:rsidRPr="00A64794">
        <w:rPr>
          <w:lang w:val="it-IT"/>
        </w:rPr>
        <w:t>Al Dirigente Scolastico</w:t>
      </w:r>
    </w:p>
    <w:p w:rsidR="0098674D" w:rsidRPr="00A64794" w:rsidRDefault="009C6235">
      <w:pPr>
        <w:rPr>
          <w:lang w:val="it-IT"/>
        </w:rPr>
      </w:pPr>
      <w:r w:rsidRPr="00A64794">
        <w:rPr>
          <w:lang w:val="it-IT"/>
        </w:rPr>
        <w:t>del Polo Tecnico Professionale “A.M. Barlacchi – A. Lucifero”</w:t>
      </w:r>
    </w:p>
    <w:p w:rsidR="0098674D" w:rsidRPr="00A64794" w:rsidRDefault="009C6235">
      <w:pPr>
        <w:rPr>
          <w:lang w:val="it-IT"/>
        </w:rPr>
      </w:pPr>
      <w:r w:rsidRPr="00A64794">
        <w:rPr>
          <w:lang w:val="it-IT"/>
        </w:rPr>
        <w:t>Crotone</w:t>
      </w:r>
    </w:p>
    <w:p w:rsidR="0098674D" w:rsidRPr="00A64794" w:rsidRDefault="0098674D">
      <w:pPr>
        <w:rPr>
          <w:lang w:val="it-IT"/>
        </w:rPr>
      </w:pPr>
    </w:p>
    <w:p w:rsidR="0098674D" w:rsidRPr="00A64794" w:rsidRDefault="009C6235">
      <w:pPr>
        <w:rPr>
          <w:lang w:val="it-IT"/>
        </w:rPr>
      </w:pPr>
      <w:r w:rsidRPr="00A64794">
        <w:rPr>
          <w:b/>
          <w:lang w:val="it-IT"/>
        </w:rPr>
        <w:t>Oggetto: Domanda di partecipazione alla selezione di n. 2 docenti accompagnatori per mobilità studentesca Erasmus+ a Rouen, Francia, dal 24 al 29 maggio 2026.</w:t>
      </w:r>
    </w:p>
    <w:p w:rsidR="0098674D" w:rsidRPr="00A64794" w:rsidRDefault="0098674D">
      <w:pPr>
        <w:rPr>
          <w:lang w:val="it-IT"/>
        </w:rPr>
      </w:pPr>
    </w:p>
    <w:p w:rsidR="0098674D" w:rsidRPr="00A64794" w:rsidRDefault="009C6235">
      <w:pPr>
        <w:rPr>
          <w:lang w:val="it-IT"/>
        </w:rPr>
      </w:pPr>
      <w:r w:rsidRPr="00A64794">
        <w:rPr>
          <w:lang w:val="it-IT"/>
        </w:rPr>
        <w:t>Il/La sottoscritto/a ________________________________________________, nato/a a</w:t>
      </w:r>
      <w:r w:rsidRPr="00A64794">
        <w:rPr>
          <w:lang w:val="it-IT"/>
        </w:rPr>
        <w:t xml:space="preserve"> ______________________________ il ____/____/________, residente a ______________________________ in via/piazza ______________________________ n. _____, codice fiscale __________________________________, telefono ______________________________, e-mail ____</w:t>
      </w:r>
      <w:r w:rsidRPr="00A64794">
        <w:rPr>
          <w:lang w:val="it-IT"/>
        </w:rPr>
        <w:t>__________________________, docente di ______________________________________________ in servizio presso il Polo Tecnico Professionale “A.M. Barlacchi – A. Lucifero”,</w:t>
      </w:r>
    </w:p>
    <w:p w:rsidR="0098674D" w:rsidRPr="00A64794" w:rsidRDefault="009C6235">
      <w:pPr>
        <w:jc w:val="center"/>
        <w:rPr>
          <w:lang w:val="it-IT"/>
        </w:rPr>
      </w:pPr>
      <w:r w:rsidRPr="00A64794">
        <w:rPr>
          <w:b/>
          <w:sz w:val="20"/>
          <w:lang w:val="it-IT"/>
        </w:rPr>
        <w:t>CHIEDE</w:t>
      </w:r>
    </w:p>
    <w:p w:rsidR="0098674D" w:rsidRPr="00A64794" w:rsidRDefault="009C6235">
      <w:pPr>
        <w:rPr>
          <w:lang w:val="it-IT"/>
        </w:rPr>
      </w:pPr>
      <w:r w:rsidRPr="00A64794">
        <w:rPr>
          <w:lang w:val="it-IT"/>
        </w:rPr>
        <w:t>di partecipare alla procedura di selezione per il conferimento dell’incarico di do</w:t>
      </w:r>
      <w:r w:rsidRPr="00A64794">
        <w:rPr>
          <w:lang w:val="it-IT"/>
        </w:rPr>
        <w:t>cente accompagnatore nell’ambito della mobilità studentesca Erasmus+ a Rouen, Francia, prevista dal 24 al 29 maggio 2026.</w:t>
      </w:r>
    </w:p>
    <w:p w:rsidR="0098674D" w:rsidRPr="00A64794" w:rsidRDefault="009C6235">
      <w:pPr>
        <w:rPr>
          <w:lang w:val="it-IT"/>
        </w:rPr>
      </w:pPr>
      <w:r w:rsidRPr="00A64794">
        <w:rPr>
          <w:lang w:val="it-IT"/>
        </w:rPr>
        <w:t>A tal fine, consapevole delle responsabilità civili e penali derivanti da dichiarazioni mendaci, ai sensi del D.P.R. 28 dicembre 2000,</w:t>
      </w:r>
      <w:r w:rsidRPr="00A64794">
        <w:rPr>
          <w:lang w:val="it-IT"/>
        </w:rPr>
        <w:t xml:space="preserve"> n. 445,</w:t>
      </w:r>
    </w:p>
    <w:p w:rsidR="0098674D" w:rsidRPr="00A64794" w:rsidRDefault="009C6235">
      <w:pPr>
        <w:jc w:val="center"/>
        <w:rPr>
          <w:lang w:val="it-IT"/>
        </w:rPr>
      </w:pPr>
      <w:r w:rsidRPr="00A64794">
        <w:rPr>
          <w:b/>
          <w:sz w:val="20"/>
          <w:lang w:val="it-IT"/>
        </w:rPr>
        <w:t>DICHIARA</w:t>
      </w:r>
    </w:p>
    <w:p w:rsidR="0098674D" w:rsidRPr="00A64794" w:rsidRDefault="009C6235">
      <w:pPr>
        <w:ind w:left="227"/>
        <w:rPr>
          <w:lang w:val="it-IT"/>
        </w:rPr>
      </w:pPr>
      <w:r w:rsidRPr="00A64794">
        <w:rPr>
          <w:lang w:val="it-IT"/>
        </w:rPr>
        <w:t>☐</w:t>
      </w:r>
      <w:r w:rsidRPr="00A64794">
        <w:rPr>
          <w:lang w:val="it-IT"/>
        </w:rPr>
        <w:t xml:space="preserve"> di essere in servizio presso il Polo Tecnico Professionale “A.M. Barlacchi – A. Lucifero”;</w:t>
      </w:r>
    </w:p>
    <w:p w:rsidR="0098674D" w:rsidRPr="00A64794" w:rsidRDefault="009C6235">
      <w:pPr>
        <w:ind w:left="227"/>
        <w:rPr>
          <w:lang w:val="it-IT"/>
        </w:rPr>
      </w:pPr>
      <w:r w:rsidRPr="00A64794">
        <w:rPr>
          <w:lang w:val="it-IT"/>
        </w:rPr>
        <w:t>☐</w:t>
      </w:r>
      <w:r w:rsidRPr="00A64794">
        <w:rPr>
          <w:lang w:val="it-IT"/>
        </w:rPr>
        <w:t xml:space="preserve"> di godere dei diritti civili e politici;</w:t>
      </w:r>
    </w:p>
    <w:p w:rsidR="0098674D" w:rsidRPr="00A64794" w:rsidRDefault="009C6235">
      <w:pPr>
        <w:ind w:left="227"/>
        <w:rPr>
          <w:lang w:val="it-IT"/>
        </w:rPr>
      </w:pPr>
      <w:r w:rsidRPr="00A64794">
        <w:rPr>
          <w:lang w:val="it-IT"/>
        </w:rPr>
        <w:t>☐</w:t>
      </w:r>
      <w:r w:rsidRPr="00A64794">
        <w:rPr>
          <w:lang w:val="it-IT"/>
        </w:rPr>
        <w:t xml:space="preserve"> di non essere a conoscenza di procedimenti penali in corso a proprio carico incompatibili con l’inca</w:t>
      </w:r>
      <w:r w:rsidRPr="00A64794">
        <w:rPr>
          <w:lang w:val="it-IT"/>
        </w:rPr>
        <w:t>rico;</w:t>
      </w:r>
    </w:p>
    <w:p w:rsidR="0098674D" w:rsidRPr="00A64794" w:rsidRDefault="009C6235">
      <w:pPr>
        <w:ind w:left="227"/>
        <w:rPr>
          <w:lang w:val="it-IT"/>
        </w:rPr>
      </w:pPr>
      <w:r w:rsidRPr="00A64794">
        <w:rPr>
          <w:lang w:val="it-IT"/>
        </w:rPr>
        <w:t>☐</w:t>
      </w:r>
      <w:r w:rsidRPr="00A64794">
        <w:rPr>
          <w:lang w:val="it-IT"/>
        </w:rPr>
        <w:t xml:space="preserve"> di essere in possesso di documento di identità valido per l’espatrio e tessera sanitaria in corso di validità;</w:t>
      </w:r>
    </w:p>
    <w:p w:rsidR="0098674D" w:rsidRPr="00A64794" w:rsidRDefault="009C6235">
      <w:pPr>
        <w:ind w:left="227"/>
        <w:rPr>
          <w:lang w:val="it-IT"/>
        </w:rPr>
      </w:pPr>
      <w:r w:rsidRPr="00A64794">
        <w:rPr>
          <w:lang w:val="it-IT"/>
        </w:rPr>
        <w:t>☐</w:t>
      </w:r>
      <w:r w:rsidRPr="00A64794">
        <w:rPr>
          <w:lang w:val="it-IT"/>
        </w:rPr>
        <w:t xml:space="preserve"> di possedere adeguate competenze relazionali, organizzative e di gestione del gruppo studenti;</w:t>
      </w:r>
    </w:p>
    <w:p w:rsidR="0098674D" w:rsidRDefault="009C6235">
      <w:pPr>
        <w:ind w:left="227"/>
        <w:rPr>
          <w:lang w:val="it-IT"/>
        </w:rPr>
      </w:pPr>
      <w:r w:rsidRPr="00A64794">
        <w:rPr>
          <w:lang w:val="it-IT"/>
        </w:rPr>
        <w:t>☐</w:t>
      </w:r>
      <w:r w:rsidRPr="00A64794">
        <w:rPr>
          <w:lang w:val="it-IT"/>
        </w:rPr>
        <w:t xml:space="preserve"> di essere disponibile a partecipare al</w:t>
      </w:r>
      <w:r w:rsidRPr="00A64794">
        <w:rPr>
          <w:lang w:val="it-IT"/>
        </w:rPr>
        <w:t>le attività preparatorie, alla mobilità, alle attività di monitoraggio, rendicontazione e disseminazione previste dal progetto Erasmus+;</w:t>
      </w:r>
    </w:p>
    <w:p w:rsidR="003579C9" w:rsidRPr="00A64794" w:rsidRDefault="003579C9">
      <w:pPr>
        <w:ind w:left="227"/>
        <w:rPr>
          <w:lang w:val="it-IT"/>
        </w:rPr>
      </w:pPr>
      <w:r w:rsidRPr="00A64794">
        <w:rPr>
          <w:rFonts w:ascii="Segoe UI Symbol" w:hAnsi="Segoe UI Symbol" w:cs="Segoe UI Symbol"/>
          <w:lang w:val="it-IT"/>
        </w:rPr>
        <w:t>☐</w:t>
      </w:r>
      <w:r w:rsidRPr="003579C9">
        <w:rPr>
          <w:lang w:val="it-IT"/>
        </w:rPr>
        <w:t>di possedere una conoscenza della lingua inglese almeno di livello B1, anche non certificata;</w:t>
      </w:r>
    </w:p>
    <w:p w:rsidR="0098674D" w:rsidRPr="00A64794" w:rsidRDefault="009C6235">
      <w:pPr>
        <w:ind w:left="227"/>
        <w:rPr>
          <w:lang w:val="it-IT"/>
        </w:rPr>
      </w:pPr>
      <w:r w:rsidRPr="00A64794">
        <w:rPr>
          <w:lang w:val="it-IT"/>
        </w:rPr>
        <w:t>☐</w:t>
      </w:r>
      <w:r w:rsidRPr="00A64794">
        <w:rPr>
          <w:lang w:val="it-IT"/>
        </w:rPr>
        <w:t xml:space="preserve"> di accettare il regola</w:t>
      </w:r>
      <w:r w:rsidRPr="00A64794">
        <w:rPr>
          <w:lang w:val="it-IT"/>
        </w:rPr>
        <w:t>mento Erasmus+ e le norme di comportamento previste dall’Istituzione scolastica;</w:t>
      </w:r>
    </w:p>
    <w:p w:rsidR="0098674D" w:rsidRPr="00A64794" w:rsidRDefault="009C6235">
      <w:pPr>
        <w:ind w:left="227"/>
        <w:rPr>
          <w:lang w:val="it-IT"/>
        </w:rPr>
      </w:pPr>
      <w:r w:rsidRPr="00A64794">
        <w:rPr>
          <w:lang w:val="it-IT"/>
        </w:rPr>
        <w:t>☐</w:t>
      </w:r>
      <w:r w:rsidRPr="00A64794">
        <w:rPr>
          <w:lang w:val="it-IT"/>
        </w:rPr>
        <w:t xml:space="preserve"> di impegnarsi, in caso di selezione, a sottoscrivere la documentazione prevista prima della partenza e a produrre la relazione finale sulle attività svolte.</w:t>
      </w:r>
    </w:p>
    <w:p w:rsidR="0098674D" w:rsidRPr="00A64794" w:rsidRDefault="0098674D">
      <w:pPr>
        <w:rPr>
          <w:lang w:val="it-IT"/>
        </w:rPr>
      </w:pPr>
    </w:p>
    <w:p w:rsidR="0098674D" w:rsidRPr="00A64794" w:rsidRDefault="009C6235">
      <w:pPr>
        <w:rPr>
          <w:lang w:val="it-IT"/>
        </w:rPr>
      </w:pPr>
      <w:r w:rsidRPr="00A64794">
        <w:rPr>
          <w:b/>
          <w:lang w:val="it-IT"/>
        </w:rPr>
        <w:t>Allega alla pre</w:t>
      </w:r>
      <w:r w:rsidRPr="00A64794">
        <w:rPr>
          <w:b/>
          <w:lang w:val="it-IT"/>
        </w:rPr>
        <w:t>sente domanda:</w:t>
      </w:r>
    </w:p>
    <w:p w:rsidR="0098674D" w:rsidRPr="00A64794" w:rsidRDefault="009C6235">
      <w:pPr>
        <w:ind w:left="227"/>
        <w:rPr>
          <w:lang w:val="it-IT"/>
        </w:rPr>
      </w:pPr>
      <w:r w:rsidRPr="00A64794">
        <w:rPr>
          <w:lang w:val="it-IT"/>
        </w:rPr>
        <w:t>☐</w:t>
      </w:r>
      <w:r w:rsidRPr="00A64794">
        <w:rPr>
          <w:lang w:val="it-IT"/>
        </w:rPr>
        <w:t xml:space="preserve"> Scheda di autovalutazione dei titoli;</w:t>
      </w:r>
    </w:p>
    <w:p w:rsidR="0098674D" w:rsidRPr="00A64794" w:rsidRDefault="009C6235">
      <w:pPr>
        <w:ind w:left="227"/>
        <w:rPr>
          <w:lang w:val="it-IT"/>
        </w:rPr>
      </w:pPr>
      <w:r w:rsidRPr="00A64794">
        <w:rPr>
          <w:lang w:val="it-IT"/>
        </w:rPr>
        <w:lastRenderedPageBreak/>
        <w:t>☐</w:t>
      </w:r>
      <w:r w:rsidRPr="00A64794">
        <w:rPr>
          <w:lang w:val="it-IT"/>
        </w:rPr>
        <w:t xml:space="preserve"> Curriculum vitae in formato europeo;</w:t>
      </w:r>
    </w:p>
    <w:p w:rsidR="0098674D" w:rsidRPr="00A64794" w:rsidRDefault="009C6235">
      <w:pPr>
        <w:ind w:left="227"/>
        <w:rPr>
          <w:lang w:val="it-IT"/>
        </w:rPr>
      </w:pPr>
      <w:r w:rsidRPr="00A64794">
        <w:rPr>
          <w:lang w:val="it-IT"/>
        </w:rPr>
        <w:t>☐</w:t>
      </w:r>
      <w:r w:rsidRPr="00A64794">
        <w:rPr>
          <w:lang w:val="it-IT"/>
        </w:rPr>
        <w:t xml:space="preserve"> copia del documento di identità valido per l’espatrio;</w:t>
      </w:r>
    </w:p>
    <w:p w:rsidR="0098674D" w:rsidRPr="00A64794" w:rsidRDefault="009C6235">
      <w:pPr>
        <w:ind w:left="227"/>
        <w:rPr>
          <w:lang w:val="it-IT"/>
        </w:rPr>
      </w:pPr>
      <w:r w:rsidRPr="00A64794">
        <w:rPr>
          <w:lang w:val="it-IT"/>
        </w:rPr>
        <w:t>☐</w:t>
      </w:r>
      <w:r w:rsidRPr="00A64794">
        <w:rPr>
          <w:lang w:val="it-IT"/>
        </w:rPr>
        <w:t xml:space="preserve"> copia della tessera sanitaria;</w:t>
      </w:r>
    </w:p>
    <w:p w:rsidR="0098674D" w:rsidRPr="00A64794" w:rsidRDefault="009C6235">
      <w:pPr>
        <w:ind w:left="227"/>
        <w:rPr>
          <w:lang w:val="it-IT"/>
        </w:rPr>
      </w:pPr>
      <w:r w:rsidRPr="00A64794">
        <w:rPr>
          <w:lang w:val="it-IT"/>
        </w:rPr>
        <w:t>☐</w:t>
      </w:r>
      <w:r w:rsidRPr="00A64794">
        <w:rPr>
          <w:lang w:val="it-IT"/>
        </w:rPr>
        <w:t xml:space="preserve"> eventuali certificazioni linguistiche e/o altra documentazione utile a</w:t>
      </w:r>
      <w:r w:rsidRPr="00A64794">
        <w:rPr>
          <w:lang w:val="it-IT"/>
        </w:rPr>
        <w:t>lla valutazione dei titoli dichiarati.</w:t>
      </w:r>
    </w:p>
    <w:p w:rsidR="0098674D" w:rsidRPr="00A64794" w:rsidRDefault="0098674D">
      <w:pPr>
        <w:rPr>
          <w:lang w:val="it-IT"/>
        </w:rPr>
      </w:pPr>
    </w:p>
    <w:p w:rsidR="0098674D" w:rsidRPr="00A64794" w:rsidRDefault="009C6235">
      <w:pPr>
        <w:rPr>
          <w:lang w:val="it-IT"/>
        </w:rPr>
      </w:pPr>
      <w:r w:rsidRPr="00A64794">
        <w:rPr>
          <w:lang w:val="it-IT"/>
        </w:rPr>
        <w:t xml:space="preserve">Il/La sottoscritto/a autorizza il trattamento dei dati personali ai sensi del Regolamento UE 2016/679 e del </w:t>
      </w:r>
      <w:proofErr w:type="spellStart"/>
      <w:r w:rsidRPr="00A64794">
        <w:rPr>
          <w:lang w:val="it-IT"/>
        </w:rPr>
        <w:t>D.Lgs.</w:t>
      </w:r>
      <w:proofErr w:type="spellEnd"/>
      <w:r w:rsidRPr="00A64794">
        <w:rPr>
          <w:lang w:val="it-IT"/>
        </w:rPr>
        <w:t xml:space="preserve"> 196/2003, come modificato dal </w:t>
      </w:r>
      <w:proofErr w:type="spellStart"/>
      <w:r w:rsidRPr="00A64794">
        <w:rPr>
          <w:lang w:val="it-IT"/>
        </w:rPr>
        <w:t>D.Lgs.</w:t>
      </w:r>
      <w:proofErr w:type="spellEnd"/>
      <w:r w:rsidRPr="00A64794">
        <w:rPr>
          <w:lang w:val="it-IT"/>
        </w:rPr>
        <w:t xml:space="preserve"> 101/2018, esclusivamente per le finalità connesse alla presente procedura e alla gestione della mobilità Erasmus+.</w:t>
      </w:r>
    </w:p>
    <w:p w:rsidR="0098674D" w:rsidRPr="00A64794" w:rsidRDefault="0098674D">
      <w:pPr>
        <w:rPr>
          <w:lang w:val="it-IT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3"/>
        <w:gridCol w:w="5213"/>
      </w:tblGrid>
      <w:tr w:rsidR="0098674D">
        <w:trPr>
          <w:jc w:val="center"/>
        </w:trPr>
        <w:tc>
          <w:tcPr>
            <w:tcW w:w="5213" w:type="dxa"/>
            <w:vAlign w:val="center"/>
          </w:tcPr>
          <w:p w:rsidR="0098674D" w:rsidRDefault="009C6235">
            <w:r>
              <w:t>Crotone, ____/____/________</w:t>
            </w:r>
          </w:p>
        </w:tc>
        <w:tc>
          <w:tcPr>
            <w:tcW w:w="5213" w:type="dxa"/>
            <w:vAlign w:val="center"/>
          </w:tcPr>
          <w:p w:rsidR="0098674D" w:rsidRDefault="009C6235">
            <w:r>
              <w:t>Firma del/della docente</w:t>
            </w:r>
            <w:r>
              <w:br/>
            </w:r>
            <w:r>
              <w:br/>
              <w:t>______________________________</w:t>
            </w:r>
          </w:p>
        </w:tc>
      </w:tr>
      <w:tr w:rsidR="0098674D" w:rsidRPr="003579C9">
        <w:trPr>
          <w:jc w:val="center"/>
        </w:trPr>
        <w:tc>
          <w:tcPr>
            <w:tcW w:w="10426" w:type="dxa"/>
            <w:gridSpan w:val="2"/>
            <w:vAlign w:val="center"/>
          </w:tcPr>
          <w:p w:rsidR="0098674D" w:rsidRPr="00A64794" w:rsidRDefault="009C6235">
            <w:pPr>
              <w:rPr>
                <w:lang w:val="it-IT"/>
              </w:rPr>
            </w:pPr>
            <w:r w:rsidRPr="00A64794">
              <w:rPr>
                <w:lang w:val="it-IT"/>
              </w:rPr>
              <w:t>Recapito telefonico per comunicazioni urgenti: _______</w:t>
            </w:r>
            <w:r w:rsidRPr="00A64794">
              <w:rPr>
                <w:lang w:val="it-IT"/>
              </w:rPr>
              <w:t>_________________________________________</w:t>
            </w:r>
          </w:p>
        </w:tc>
      </w:tr>
    </w:tbl>
    <w:p w:rsidR="004E1F9C" w:rsidRPr="00A64794" w:rsidRDefault="004E1F9C">
      <w:pPr>
        <w:rPr>
          <w:lang w:val="it-IT"/>
        </w:rPr>
      </w:pPr>
    </w:p>
    <w:sectPr w:rsidR="004E1F9C" w:rsidRPr="00A64794" w:rsidSect="00034616"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>
    <w:useFELayout/>
  </w:compat>
  <w:rsids>
    <w:rsidRoot w:val="00B47730"/>
    <w:rsid w:val="00034616"/>
    <w:rsid w:val="0006063C"/>
    <w:rsid w:val="0015074B"/>
    <w:rsid w:val="00182D5C"/>
    <w:rsid w:val="00293FE0"/>
    <w:rsid w:val="0029639D"/>
    <w:rsid w:val="00326F90"/>
    <w:rsid w:val="003579C9"/>
    <w:rsid w:val="004E1F9C"/>
    <w:rsid w:val="0098674D"/>
    <w:rsid w:val="009C6235"/>
    <w:rsid w:val="00A64794"/>
    <w:rsid w:val="00AA1D8D"/>
    <w:rsid w:val="00B47730"/>
    <w:rsid w:val="00B638B1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  <w:rPr>
      <w:rFonts w:ascii="Arial" w:hAnsi="Arial"/>
      <w:sz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99"/>
    <w:unhideWhenUsed/>
    <w:rsid w:val="00AA1D8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PC5</cp:lastModifiedBy>
  <cp:revision>5</cp:revision>
  <dcterms:created xsi:type="dcterms:W3CDTF">2026-05-10T10:17:00Z</dcterms:created>
  <dcterms:modified xsi:type="dcterms:W3CDTF">2026-05-10T11:55:00Z</dcterms:modified>
  <cp:category/>
</cp:coreProperties>
</file>