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01B" w:rsidRPr="00DA5E87" w:rsidRDefault="00DA5E87" w:rsidP="00DA5E87">
      <w:pPr>
        <w:jc w:val="right"/>
        <w:rPr>
          <w:sz w:val="24"/>
          <w:szCs w:val="24"/>
        </w:rPr>
      </w:pPr>
      <w:r w:rsidRPr="00DA5E87">
        <w:rPr>
          <w:sz w:val="24"/>
          <w:szCs w:val="24"/>
        </w:rPr>
        <w:t>Alla c.a. del DIRIGENTE SCOLASTICO</w:t>
      </w:r>
    </w:p>
    <w:p w:rsidR="00ED001B" w:rsidRPr="00DA5E87" w:rsidRDefault="00DA5E87" w:rsidP="00DA5E87">
      <w:pPr>
        <w:jc w:val="right"/>
        <w:rPr>
          <w:sz w:val="24"/>
          <w:szCs w:val="24"/>
        </w:rPr>
      </w:pPr>
      <w:r w:rsidRPr="00DA5E87">
        <w:rPr>
          <w:sz w:val="24"/>
          <w:szCs w:val="24"/>
        </w:rPr>
        <w:t>dell’Istituto ___________________________</w:t>
      </w:r>
    </w:p>
    <w:p w:rsidR="00ED001B" w:rsidRPr="00DA5E87" w:rsidRDefault="00DA5E87" w:rsidP="00DA5E87">
      <w:pPr>
        <w:jc w:val="right"/>
        <w:rPr>
          <w:sz w:val="24"/>
          <w:szCs w:val="24"/>
        </w:rPr>
      </w:pPr>
      <w:r w:rsidRPr="00DA5E87">
        <w:rPr>
          <w:sz w:val="24"/>
          <w:szCs w:val="24"/>
        </w:rPr>
        <w:t>di ___________________________</w:t>
      </w:r>
    </w:p>
    <w:p w:rsidR="00ED001B" w:rsidRPr="00DA5E87" w:rsidRDefault="00DA5E87">
      <w:pPr>
        <w:rPr>
          <w:b/>
          <w:sz w:val="24"/>
          <w:szCs w:val="24"/>
        </w:rPr>
      </w:pPr>
      <w:r w:rsidRPr="00DA5E87">
        <w:rPr>
          <w:b/>
          <w:sz w:val="24"/>
          <w:szCs w:val="24"/>
        </w:rPr>
        <w:t>OGGETTO: RICHIESTA DI CONTINUITÀ DIDATTICA</w:t>
      </w:r>
      <w:r>
        <w:rPr>
          <w:b/>
          <w:sz w:val="24"/>
          <w:szCs w:val="24"/>
        </w:rPr>
        <w:t xml:space="preserve"> DEL DOCENTE DI SOSTEGNO – A.S. </w:t>
      </w:r>
      <w:r w:rsidRPr="00DA5E87">
        <w:rPr>
          <w:b/>
          <w:sz w:val="24"/>
          <w:szCs w:val="24"/>
        </w:rPr>
        <w:t>2026/2027</w:t>
      </w:r>
    </w:p>
    <w:p w:rsidR="00DA5E87" w:rsidRDefault="00DA5E87" w:rsidP="00DA5E87">
      <w:pPr>
        <w:spacing w:after="0"/>
        <w:rPr>
          <w:sz w:val="24"/>
          <w:szCs w:val="24"/>
        </w:rPr>
      </w:pPr>
      <w:r w:rsidRPr="00DA5E87">
        <w:rPr>
          <w:sz w:val="24"/>
          <w:szCs w:val="24"/>
        </w:rPr>
        <w:t xml:space="preserve">I </w:t>
      </w:r>
      <w:proofErr w:type="spellStart"/>
      <w:r w:rsidRPr="00DA5E87">
        <w:rPr>
          <w:sz w:val="24"/>
          <w:szCs w:val="24"/>
        </w:rPr>
        <w:t>sottoscritti</w:t>
      </w:r>
      <w:proofErr w:type="spellEnd"/>
    </w:p>
    <w:p w:rsidR="00ED001B" w:rsidRPr="00DA5E87" w:rsidRDefault="00DA5E87" w:rsidP="00DA5E87">
      <w:pPr>
        <w:spacing w:after="0"/>
        <w:rPr>
          <w:sz w:val="24"/>
          <w:szCs w:val="24"/>
        </w:rPr>
      </w:pPr>
      <w:r w:rsidRPr="00DA5E87">
        <w:rPr>
          <w:sz w:val="24"/>
          <w:szCs w:val="24"/>
        </w:rPr>
        <w:t xml:space="preserve">__________________________________________ </w:t>
      </w:r>
      <w:r w:rsidRPr="00DA5E87">
        <w:rPr>
          <w:sz w:val="24"/>
          <w:szCs w:val="24"/>
        </w:rPr>
        <w:t>(GENITORE 1 – nome e cognome)</w:t>
      </w:r>
    </w:p>
    <w:p w:rsidR="00ED001B" w:rsidRPr="00DA5E87" w:rsidRDefault="00DA5E87" w:rsidP="00DA5E87">
      <w:pPr>
        <w:spacing w:after="0"/>
        <w:rPr>
          <w:sz w:val="24"/>
          <w:szCs w:val="24"/>
        </w:rPr>
      </w:pPr>
      <w:r w:rsidRPr="00DA5E87">
        <w:rPr>
          <w:sz w:val="24"/>
          <w:szCs w:val="24"/>
        </w:rPr>
        <w:t>__________________________________________ (GENITORE 2 – nome e cognome)</w:t>
      </w:r>
    </w:p>
    <w:p w:rsidR="00ED001B" w:rsidRPr="00DA5E87" w:rsidRDefault="00DA5E87" w:rsidP="00DA5E87">
      <w:pPr>
        <w:spacing w:after="0"/>
        <w:rPr>
          <w:sz w:val="24"/>
          <w:szCs w:val="24"/>
        </w:rPr>
      </w:pPr>
      <w:r w:rsidRPr="00DA5E87">
        <w:rPr>
          <w:sz w:val="24"/>
          <w:szCs w:val="24"/>
        </w:rPr>
        <w:t>in qualità di genitori/tutori dell’alunno/a</w:t>
      </w:r>
    </w:p>
    <w:p w:rsidR="00ED001B" w:rsidRPr="00DA5E87" w:rsidRDefault="00DA5E87" w:rsidP="00DA5E87">
      <w:pPr>
        <w:spacing w:after="0"/>
        <w:rPr>
          <w:sz w:val="24"/>
          <w:szCs w:val="24"/>
        </w:rPr>
      </w:pPr>
      <w:r w:rsidRPr="00DA5E87">
        <w:rPr>
          <w:sz w:val="24"/>
          <w:szCs w:val="24"/>
        </w:rPr>
        <w:t>__________________________________________</w:t>
      </w:r>
    </w:p>
    <w:p w:rsidR="00ED001B" w:rsidRPr="00DA5E87" w:rsidRDefault="00DA5E87" w:rsidP="00DA5E87">
      <w:pPr>
        <w:spacing w:after="0"/>
        <w:rPr>
          <w:sz w:val="24"/>
          <w:szCs w:val="24"/>
        </w:rPr>
      </w:pPr>
      <w:r w:rsidRPr="00DA5E87">
        <w:rPr>
          <w:sz w:val="24"/>
          <w:szCs w:val="24"/>
        </w:rPr>
        <w:t xml:space="preserve">frequentante la classe _______ </w:t>
      </w:r>
      <w:proofErr w:type="spellStart"/>
      <w:r w:rsidRPr="00DA5E87">
        <w:rPr>
          <w:sz w:val="24"/>
          <w:szCs w:val="24"/>
        </w:rPr>
        <w:t>della</w:t>
      </w:r>
      <w:proofErr w:type="spellEnd"/>
      <w:r w:rsidRPr="00DA5E87">
        <w:rPr>
          <w:sz w:val="24"/>
          <w:szCs w:val="24"/>
        </w:rPr>
        <w:t xml:space="preserve"> </w:t>
      </w:r>
      <w:proofErr w:type="spellStart"/>
      <w:r w:rsidRPr="00DA5E87">
        <w:rPr>
          <w:sz w:val="24"/>
          <w:szCs w:val="24"/>
        </w:rPr>
        <w:t>scuola</w:t>
      </w:r>
      <w:proofErr w:type="spellEnd"/>
      <w:r w:rsidRPr="00DA5E87">
        <w:rPr>
          <w:sz w:val="24"/>
          <w:szCs w:val="24"/>
        </w:rPr>
        <w:t xml:space="preserve"> ____________________</w:t>
      </w:r>
      <w:r w:rsidRPr="00DA5E87">
        <w:rPr>
          <w:sz w:val="24"/>
          <w:szCs w:val="24"/>
        </w:rPr>
        <w:t>_______</w:t>
      </w:r>
    </w:p>
    <w:p w:rsidR="00ED001B" w:rsidRPr="00DA5E87" w:rsidRDefault="00DA5E87" w:rsidP="00DA5E87">
      <w:pPr>
        <w:spacing w:after="0"/>
        <w:jc w:val="center"/>
        <w:rPr>
          <w:b/>
          <w:sz w:val="24"/>
          <w:szCs w:val="24"/>
        </w:rPr>
      </w:pPr>
      <w:r w:rsidRPr="00DA5E87">
        <w:rPr>
          <w:b/>
          <w:sz w:val="24"/>
          <w:szCs w:val="24"/>
        </w:rPr>
        <w:t>PREMESSO CHE</w:t>
      </w:r>
    </w:p>
    <w:p w:rsidR="00ED001B" w:rsidRPr="00DA5E87" w:rsidRDefault="00DA5E87" w:rsidP="00DA5E87">
      <w:pPr>
        <w:spacing w:after="0"/>
        <w:rPr>
          <w:sz w:val="24"/>
          <w:szCs w:val="24"/>
        </w:rPr>
      </w:pPr>
      <w:r w:rsidRPr="00DA5E87">
        <w:rPr>
          <w:sz w:val="24"/>
          <w:szCs w:val="24"/>
        </w:rPr>
        <w:t>- il/la proprio/a figlio/a è in possesso di certificazione ai sensi della normativa vigente;</w:t>
      </w:r>
    </w:p>
    <w:p w:rsidR="00ED001B" w:rsidRPr="00DA5E87" w:rsidRDefault="00DA5E87" w:rsidP="00DA5E87">
      <w:pPr>
        <w:spacing w:after="0"/>
        <w:rPr>
          <w:sz w:val="24"/>
          <w:szCs w:val="24"/>
        </w:rPr>
      </w:pPr>
      <w:r w:rsidRPr="00DA5E87">
        <w:rPr>
          <w:sz w:val="24"/>
          <w:szCs w:val="24"/>
        </w:rPr>
        <w:t>- nel corrente anno scolastico 2025/2026 è seguito/a dal docente di sostegno</w:t>
      </w:r>
    </w:p>
    <w:p w:rsidR="00ED001B" w:rsidRPr="00DA5E87" w:rsidRDefault="00DA5E87" w:rsidP="00DA5E87">
      <w:pPr>
        <w:spacing w:after="0"/>
        <w:rPr>
          <w:sz w:val="24"/>
          <w:szCs w:val="24"/>
        </w:rPr>
      </w:pPr>
      <w:r w:rsidRPr="00DA5E87">
        <w:rPr>
          <w:sz w:val="24"/>
          <w:szCs w:val="24"/>
        </w:rPr>
        <w:t xml:space="preserve">  __________________________________________;</w:t>
      </w:r>
    </w:p>
    <w:p w:rsidR="00ED001B" w:rsidRPr="00DA5E87" w:rsidRDefault="00DA5E87" w:rsidP="00DA5E87">
      <w:pPr>
        <w:spacing w:after="0"/>
        <w:rPr>
          <w:sz w:val="24"/>
          <w:szCs w:val="24"/>
        </w:rPr>
      </w:pPr>
      <w:r w:rsidRPr="00DA5E87">
        <w:rPr>
          <w:sz w:val="24"/>
          <w:szCs w:val="24"/>
        </w:rPr>
        <w:t>- la normativa vig</w:t>
      </w:r>
      <w:r w:rsidRPr="00DA5E87">
        <w:rPr>
          <w:sz w:val="24"/>
          <w:szCs w:val="24"/>
        </w:rPr>
        <w:t>ente (</w:t>
      </w:r>
      <w:proofErr w:type="gramStart"/>
      <w:r w:rsidRPr="00DA5E87">
        <w:rPr>
          <w:sz w:val="24"/>
          <w:szCs w:val="24"/>
        </w:rPr>
        <w:t>D.Lgs</w:t>
      </w:r>
      <w:proofErr w:type="gramEnd"/>
      <w:r w:rsidRPr="00DA5E87">
        <w:rPr>
          <w:sz w:val="24"/>
          <w:szCs w:val="24"/>
        </w:rPr>
        <w:t>. 66/2017, art. 14, commi 3 e 3-bis, e Ordinanza Ministeriale n. 27 del 16 febbraio 2026) prevede la possibilità di garantire la continuità didattica;</w:t>
      </w:r>
    </w:p>
    <w:p w:rsidR="00DA5E87" w:rsidRDefault="00DA5E87" w:rsidP="00DA5E87">
      <w:pPr>
        <w:spacing w:after="0"/>
        <w:rPr>
          <w:sz w:val="24"/>
          <w:szCs w:val="24"/>
        </w:rPr>
      </w:pPr>
      <w:r w:rsidRPr="00DA5E87">
        <w:rPr>
          <w:sz w:val="24"/>
          <w:szCs w:val="24"/>
        </w:rPr>
        <w:t>- la circolare d’Istituto relativa alla continuità dei docenti di sostegno per l’a.s. 2026/202</w:t>
      </w:r>
      <w:r w:rsidRPr="00DA5E87">
        <w:rPr>
          <w:sz w:val="24"/>
          <w:szCs w:val="24"/>
        </w:rPr>
        <w:t xml:space="preserve">7 stabilisce che la richiesta delle famiglie debba essere presentata </w:t>
      </w:r>
      <w:proofErr w:type="spellStart"/>
      <w:r w:rsidRPr="00DA5E87">
        <w:rPr>
          <w:sz w:val="24"/>
          <w:szCs w:val="24"/>
        </w:rPr>
        <w:t>entro</w:t>
      </w:r>
      <w:proofErr w:type="spellEnd"/>
      <w:r w:rsidRPr="00DA5E87">
        <w:rPr>
          <w:sz w:val="24"/>
          <w:szCs w:val="24"/>
        </w:rPr>
        <w:t xml:space="preserve"> </w:t>
      </w:r>
      <w:proofErr w:type="spellStart"/>
      <w:r w:rsidRPr="00DA5E87">
        <w:rPr>
          <w:sz w:val="24"/>
          <w:szCs w:val="24"/>
        </w:rPr>
        <w:t>il</w:t>
      </w:r>
      <w:proofErr w:type="spellEnd"/>
      <w:r w:rsidRPr="00DA5E87">
        <w:rPr>
          <w:sz w:val="24"/>
          <w:szCs w:val="24"/>
        </w:rPr>
        <w:t xml:space="preserve"> 31 </w:t>
      </w:r>
      <w:proofErr w:type="spellStart"/>
      <w:r w:rsidRPr="00DA5E87">
        <w:rPr>
          <w:sz w:val="24"/>
          <w:szCs w:val="24"/>
        </w:rPr>
        <w:t>maggio;</w:t>
      </w:r>
      <w:proofErr w:type="spellEnd"/>
    </w:p>
    <w:p w:rsidR="00ED001B" w:rsidRPr="00DA5E87" w:rsidRDefault="00DA5E87" w:rsidP="00DA5E87">
      <w:pPr>
        <w:spacing w:after="0"/>
        <w:jc w:val="center"/>
        <w:rPr>
          <w:b/>
          <w:sz w:val="24"/>
          <w:szCs w:val="24"/>
        </w:rPr>
      </w:pPr>
      <w:r w:rsidRPr="00DA5E87">
        <w:rPr>
          <w:b/>
          <w:sz w:val="24"/>
          <w:szCs w:val="24"/>
        </w:rPr>
        <w:t>CONSIDERATO CHE</w:t>
      </w:r>
    </w:p>
    <w:p w:rsidR="00ED001B" w:rsidRPr="00DA5E87" w:rsidRDefault="00DA5E87" w:rsidP="00DA5E87">
      <w:pPr>
        <w:spacing w:after="0"/>
        <w:rPr>
          <w:sz w:val="24"/>
          <w:szCs w:val="24"/>
        </w:rPr>
      </w:pPr>
      <w:r w:rsidRPr="00DA5E87">
        <w:rPr>
          <w:sz w:val="24"/>
          <w:szCs w:val="24"/>
        </w:rPr>
        <w:t xml:space="preserve">la continuità educativa e didattica rappresenta un elemento fondamentale per il benessere, l’inclusione e </w:t>
      </w:r>
      <w:proofErr w:type="spellStart"/>
      <w:r w:rsidRPr="00DA5E87">
        <w:rPr>
          <w:sz w:val="24"/>
          <w:szCs w:val="24"/>
        </w:rPr>
        <w:t>il</w:t>
      </w:r>
      <w:proofErr w:type="spellEnd"/>
      <w:r w:rsidRPr="00DA5E87">
        <w:rPr>
          <w:sz w:val="24"/>
          <w:szCs w:val="24"/>
        </w:rPr>
        <w:t xml:space="preserve"> </w:t>
      </w:r>
      <w:proofErr w:type="spellStart"/>
      <w:r w:rsidRPr="00DA5E87">
        <w:rPr>
          <w:sz w:val="24"/>
          <w:szCs w:val="24"/>
        </w:rPr>
        <w:t>percorso</w:t>
      </w:r>
      <w:proofErr w:type="spellEnd"/>
      <w:r w:rsidRPr="00DA5E87">
        <w:rPr>
          <w:sz w:val="24"/>
          <w:szCs w:val="24"/>
        </w:rPr>
        <w:t xml:space="preserve"> </w:t>
      </w:r>
      <w:proofErr w:type="spellStart"/>
      <w:r w:rsidRPr="00DA5E87">
        <w:rPr>
          <w:sz w:val="24"/>
          <w:szCs w:val="24"/>
        </w:rPr>
        <w:t>formativo</w:t>
      </w:r>
      <w:proofErr w:type="spellEnd"/>
      <w:r w:rsidRPr="00DA5E87">
        <w:rPr>
          <w:sz w:val="24"/>
          <w:szCs w:val="24"/>
        </w:rPr>
        <w:t xml:space="preserve"> </w:t>
      </w:r>
      <w:proofErr w:type="spellStart"/>
      <w:r w:rsidRPr="00DA5E87">
        <w:rPr>
          <w:sz w:val="24"/>
          <w:szCs w:val="24"/>
        </w:rPr>
        <w:t>dell’alunno</w:t>
      </w:r>
      <w:proofErr w:type="spellEnd"/>
      <w:r w:rsidRPr="00DA5E87">
        <w:rPr>
          <w:sz w:val="24"/>
          <w:szCs w:val="24"/>
        </w:rPr>
        <w:t>/a;</w:t>
      </w:r>
    </w:p>
    <w:p w:rsidR="00ED001B" w:rsidRPr="00DA5E87" w:rsidRDefault="00DA5E87" w:rsidP="00DA5E87">
      <w:pPr>
        <w:spacing w:after="0"/>
        <w:jc w:val="center"/>
        <w:rPr>
          <w:b/>
          <w:sz w:val="24"/>
          <w:szCs w:val="24"/>
        </w:rPr>
      </w:pPr>
      <w:r w:rsidRPr="00DA5E87">
        <w:rPr>
          <w:b/>
          <w:sz w:val="24"/>
          <w:szCs w:val="24"/>
        </w:rPr>
        <w:t>CHIEDO</w:t>
      </w:r>
      <w:r w:rsidRPr="00DA5E87">
        <w:rPr>
          <w:b/>
          <w:sz w:val="24"/>
          <w:szCs w:val="24"/>
        </w:rPr>
        <w:t>NO</w:t>
      </w:r>
    </w:p>
    <w:p w:rsidR="00ED001B" w:rsidRPr="00DA5E87" w:rsidRDefault="00DA5E87" w:rsidP="00DA5E87">
      <w:pPr>
        <w:spacing w:after="0"/>
        <w:rPr>
          <w:sz w:val="24"/>
          <w:szCs w:val="24"/>
        </w:rPr>
      </w:pPr>
      <w:r w:rsidRPr="00DA5E87">
        <w:rPr>
          <w:sz w:val="24"/>
          <w:szCs w:val="24"/>
        </w:rPr>
        <w:t>la continuità didattica del docente di sostegno</w:t>
      </w:r>
      <w:bookmarkStart w:id="0" w:name="_GoBack"/>
      <w:bookmarkEnd w:id="0"/>
      <w:r w:rsidRPr="00DA5E87">
        <w:rPr>
          <w:sz w:val="24"/>
          <w:szCs w:val="24"/>
        </w:rPr>
        <w:t>__________________________________________</w:t>
      </w:r>
    </w:p>
    <w:p w:rsidR="00ED001B" w:rsidRPr="00DA5E87" w:rsidRDefault="00DA5E87" w:rsidP="00DA5E87">
      <w:pPr>
        <w:spacing w:after="0"/>
        <w:rPr>
          <w:sz w:val="24"/>
          <w:szCs w:val="24"/>
        </w:rPr>
      </w:pPr>
      <w:r w:rsidRPr="00DA5E87">
        <w:rPr>
          <w:sz w:val="24"/>
          <w:szCs w:val="24"/>
        </w:rPr>
        <w:t xml:space="preserve">già incaricato/a nel corrente anno scolastico, per l’anno scolastico 2026/2027, </w:t>
      </w:r>
      <w:proofErr w:type="spellStart"/>
      <w:r w:rsidRPr="00DA5E87">
        <w:rPr>
          <w:sz w:val="24"/>
          <w:szCs w:val="24"/>
        </w:rPr>
        <w:t>nell’interesse</w:t>
      </w:r>
      <w:proofErr w:type="spellEnd"/>
      <w:r w:rsidRPr="00DA5E87">
        <w:rPr>
          <w:sz w:val="24"/>
          <w:szCs w:val="24"/>
        </w:rPr>
        <w:t xml:space="preserve"> del/la </w:t>
      </w:r>
      <w:proofErr w:type="spellStart"/>
      <w:r w:rsidRPr="00DA5E87">
        <w:rPr>
          <w:sz w:val="24"/>
          <w:szCs w:val="24"/>
        </w:rPr>
        <w:t>proprio</w:t>
      </w:r>
      <w:proofErr w:type="spellEnd"/>
      <w:r w:rsidRPr="00DA5E87">
        <w:rPr>
          <w:sz w:val="24"/>
          <w:szCs w:val="24"/>
        </w:rPr>
        <w:t xml:space="preserve">/a </w:t>
      </w:r>
      <w:proofErr w:type="spellStart"/>
      <w:r w:rsidRPr="00DA5E87">
        <w:rPr>
          <w:sz w:val="24"/>
          <w:szCs w:val="24"/>
        </w:rPr>
        <w:t>figlio</w:t>
      </w:r>
      <w:proofErr w:type="spellEnd"/>
      <w:r w:rsidRPr="00DA5E87">
        <w:rPr>
          <w:sz w:val="24"/>
          <w:szCs w:val="24"/>
        </w:rPr>
        <w:t>/a.</w:t>
      </w:r>
    </w:p>
    <w:p w:rsidR="00ED001B" w:rsidRPr="00DA5E87" w:rsidRDefault="00DA5E87" w:rsidP="00DA5E87">
      <w:pPr>
        <w:spacing w:after="0"/>
        <w:rPr>
          <w:sz w:val="24"/>
          <w:szCs w:val="24"/>
        </w:rPr>
      </w:pPr>
      <w:r w:rsidRPr="00DA5E87">
        <w:rPr>
          <w:sz w:val="24"/>
          <w:szCs w:val="24"/>
        </w:rPr>
        <w:t xml:space="preserve">Si dichiara la disponibilità a </w:t>
      </w:r>
      <w:r w:rsidRPr="00DA5E87">
        <w:rPr>
          <w:sz w:val="24"/>
          <w:szCs w:val="24"/>
        </w:rPr>
        <w:t>collaborare con l’Istituzione scolastica e con il Gruppo di Lavoro Operativo (GLO) per ogni valutazione prevista dalla procedura.</w:t>
      </w:r>
    </w:p>
    <w:p w:rsidR="00ED001B" w:rsidRPr="00DA5E87" w:rsidRDefault="00ED001B" w:rsidP="00DA5E87">
      <w:pPr>
        <w:spacing w:after="0"/>
        <w:rPr>
          <w:sz w:val="24"/>
          <w:szCs w:val="24"/>
        </w:rPr>
      </w:pPr>
    </w:p>
    <w:p w:rsidR="00ED001B" w:rsidRDefault="00DA5E87" w:rsidP="00DA5E87">
      <w:pPr>
        <w:spacing w:after="0"/>
        <w:rPr>
          <w:sz w:val="24"/>
          <w:szCs w:val="24"/>
        </w:rPr>
      </w:pPr>
      <w:proofErr w:type="spellStart"/>
      <w:r w:rsidRPr="00DA5E87">
        <w:rPr>
          <w:sz w:val="24"/>
          <w:szCs w:val="24"/>
        </w:rPr>
        <w:t>Luogo</w:t>
      </w:r>
      <w:proofErr w:type="spellEnd"/>
      <w:r w:rsidRPr="00DA5E87">
        <w:rPr>
          <w:sz w:val="24"/>
          <w:szCs w:val="24"/>
        </w:rPr>
        <w:t xml:space="preserve"> e data ________________________</w:t>
      </w:r>
      <w:r>
        <w:rPr>
          <w:sz w:val="24"/>
          <w:szCs w:val="24"/>
        </w:rPr>
        <w:t xml:space="preserve">                                            </w:t>
      </w:r>
      <w:proofErr w:type="spellStart"/>
      <w:r w:rsidRPr="00DA5E87">
        <w:rPr>
          <w:sz w:val="24"/>
          <w:szCs w:val="24"/>
        </w:rPr>
        <w:t>Firme</w:t>
      </w:r>
      <w:proofErr w:type="spellEnd"/>
      <w:r w:rsidRPr="00DA5E87">
        <w:rPr>
          <w:sz w:val="24"/>
          <w:szCs w:val="24"/>
        </w:rPr>
        <w:t xml:space="preserve"> </w:t>
      </w:r>
      <w:proofErr w:type="spellStart"/>
      <w:r w:rsidRPr="00DA5E87">
        <w:rPr>
          <w:sz w:val="24"/>
          <w:szCs w:val="24"/>
        </w:rPr>
        <w:t>dei</w:t>
      </w:r>
      <w:proofErr w:type="spellEnd"/>
      <w:r w:rsidRPr="00DA5E87">
        <w:rPr>
          <w:sz w:val="24"/>
          <w:szCs w:val="24"/>
        </w:rPr>
        <w:t xml:space="preserve"> </w:t>
      </w:r>
      <w:proofErr w:type="spellStart"/>
      <w:r w:rsidRPr="00DA5E87">
        <w:rPr>
          <w:sz w:val="24"/>
          <w:szCs w:val="24"/>
        </w:rPr>
        <w:t>genitori</w:t>
      </w:r>
      <w:proofErr w:type="spellEnd"/>
      <w:r w:rsidRPr="00DA5E87">
        <w:rPr>
          <w:sz w:val="24"/>
          <w:szCs w:val="24"/>
        </w:rPr>
        <w:t>/</w:t>
      </w:r>
      <w:proofErr w:type="spellStart"/>
      <w:r w:rsidRPr="00DA5E87">
        <w:rPr>
          <w:sz w:val="24"/>
          <w:szCs w:val="24"/>
        </w:rPr>
        <w:t>tutori</w:t>
      </w:r>
      <w:proofErr w:type="spellEnd"/>
    </w:p>
    <w:p w:rsidR="00DA5E87" w:rsidRPr="00DA5E87" w:rsidRDefault="00DA5E87" w:rsidP="00DA5E87">
      <w:pPr>
        <w:spacing w:after="0"/>
        <w:rPr>
          <w:sz w:val="24"/>
          <w:szCs w:val="24"/>
        </w:rPr>
      </w:pPr>
    </w:p>
    <w:p w:rsidR="00ED001B" w:rsidRPr="00DA5E87" w:rsidRDefault="00DA5E87" w:rsidP="00DA5E87">
      <w:pPr>
        <w:spacing w:after="0"/>
        <w:jc w:val="right"/>
        <w:rPr>
          <w:sz w:val="24"/>
          <w:szCs w:val="24"/>
        </w:rPr>
      </w:pPr>
      <w:r w:rsidRPr="00DA5E87">
        <w:rPr>
          <w:sz w:val="24"/>
          <w:szCs w:val="24"/>
        </w:rPr>
        <w:t>1) _________________________________________</w:t>
      </w:r>
    </w:p>
    <w:p w:rsidR="00ED001B" w:rsidRPr="00DA5E87" w:rsidRDefault="00ED001B" w:rsidP="00DA5E87">
      <w:pPr>
        <w:spacing w:after="0"/>
        <w:jc w:val="right"/>
        <w:rPr>
          <w:sz w:val="24"/>
          <w:szCs w:val="24"/>
        </w:rPr>
      </w:pPr>
    </w:p>
    <w:p w:rsidR="00ED001B" w:rsidRPr="00DA5E87" w:rsidRDefault="00DA5E87" w:rsidP="00DA5E87">
      <w:pPr>
        <w:spacing w:after="0"/>
        <w:jc w:val="right"/>
        <w:rPr>
          <w:sz w:val="24"/>
          <w:szCs w:val="24"/>
        </w:rPr>
      </w:pPr>
      <w:r w:rsidRPr="00DA5E87">
        <w:rPr>
          <w:sz w:val="24"/>
          <w:szCs w:val="24"/>
        </w:rPr>
        <w:t>2) _______</w:t>
      </w:r>
      <w:r w:rsidRPr="00DA5E87">
        <w:rPr>
          <w:sz w:val="24"/>
          <w:szCs w:val="24"/>
        </w:rPr>
        <w:t>__________________________________</w:t>
      </w:r>
    </w:p>
    <w:sectPr w:rsidR="00ED001B" w:rsidRPr="00DA5E8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DA5E87"/>
    <w:rsid w:val="00ED001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403C94"/>
  <w14:defaultImageDpi w14:val="300"/>
  <w15:docId w15:val="{B61B7F7B-CF86-4D4A-9C9C-A5A5175C0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674E6E-2F88-48E1-85AF-FD219F0A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Sonia Blini</cp:lastModifiedBy>
  <cp:revision>2</cp:revision>
  <dcterms:created xsi:type="dcterms:W3CDTF">2026-03-30T12:47:00Z</dcterms:created>
  <dcterms:modified xsi:type="dcterms:W3CDTF">2026-03-30T12:47:00Z</dcterms:modified>
  <cp:category/>
</cp:coreProperties>
</file>