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ISTITUTO COMPRENSIVO DI NEVIANO ARDUINI</w:t>
      </w:r>
    </w:p>
    <w:p>
      <w:pPr>
        <w:jc w:val="center"/>
      </w:pPr>
      <w:r>
        <w:rPr>
          <w:sz w:val="18"/>
        </w:rPr>
        <w:t>Scuola dell’Infanzia, Primaria e Secondaria di I grado</w:t>
        <w:br/>
        <w:t>Comuni di Neviano Arduini - Lesignano Bagni</w:t>
        <w:br/>
        <w:t>Via Chiesa n. 2 – 43024 Neviano degli Arduini (PR) – Tel. 0521 843138</w:t>
        <w:br/>
        <w:t>C.M. PRIC81500N – C.F. 80015070347 – Codice Univoco UFDHD3</w:t>
        <w:br/>
        <w:t>E-mail: pric81500n@istruzione.it – PEC: pric81500n@pec.istruzione.it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0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r>
              <w:rPr>
                <w:sz w:val="19"/>
              </w:rPr>
              <w:t>Prot. n. vedi segnatura</w:t>
            </w:r>
          </w:p>
        </w:tc>
        <w:tc>
          <w:tcPr>
            <w:tcW w:type="dxa" w:w="5100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jc w:val="right"/>
            </w:pPr>
            <w:r>
              <w:rPr>
                <w:sz w:val="19"/>
              </w:rPr>
              <w:t>Neviano degli Arduini, 09 settembre 2026</w:t>
            </w:r>
          </w:p>
        </w:tc>
      </w:tr>
    </w:tbl>
    <w:p>
      <w:pPr>
        <w:jc w:val="center"/>
      </w:pPr>
      <w:r>
        <w:rPr>
          <w:b/>
          <w:sz w:val="24"/>
        </w:rPr>
        <w:t>ALLEGATO A – DOMANDA DI PARTECIPAZIONE – TUTOR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551"/>
            <w:shd w:fill="EDEDE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</w:rPr>
              <w:t>Intervento</w:t>
            </w:r>
          </w:p>
        </w:tc>
        <w:tc>
          <w:tcPr>
            <w:tcW w:type="dxa" w:w="76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Formazione docenti – D.M. 38/2026</w:t>
            </w:r>
          </w:p>
        </w:tc>
      </w:tr>
      <w:tr>
        <w:tc>
          <w:tcPr>
            <w:tcW w:type="dxa" w:w="2551"/>
            <w:shd w:fill="EDEDE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sz w:val="19"/>
              </w:rPr>
              <w:t>Codice progetto (CNP)</w:t>
            </w:r>
          </w:p>
        </w:tc>
        <w:tc>
          <w:tcPr>
            <w:tcW w:type="dxa" w:w="76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9"/>
              </w:rPr>
              <w:t>ESO4.5.A2.B-FSEPN-EM-2026-110</w:t>
            </w:r>
          </w:p>
        </w:tc>
      </w:tr>
      <w:tr>
        <w:tc>
          <w:tcPr>
            <w:tcW w:type="dxa" w:w="2551"/>
            <w:shd w:fill="EDEDE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sz w:val="19"/>
              </w:rPr>
              <w:t>CUP</w:t>
            </w:r>
          </w:p>
        </w:tc>
        <w:tc>
          <w:tcPr>
            <w:tcW w:type="dxa" w:w="76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9"/>
              </w:rPr>
              <w:t>G74D26002500007</w:t>
            </w:r>
          </w:p>
        </w:tc>
      </w:tr>
      <w:tr>
        <w:tc>
          <w:tcPr>
            <w:tcW w:type="dxa" w:w="2551"/>
            <w:shd w:fill="EDEDE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sz w:val="19"/>
              </w:rPr>
              <w:t>Finanziamento autorizzato</w:t>
            </w:r>
          </w:p>
        </w:tc>
        <w:tc>
          <w:tcPr>
            <w:tcW w:type="dxa" w:w="76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9"/>
              </w:rPr>
              <w:t>€ 12.690,00</w:t>
            </w:r>
          </w:p>
        </w:tc>
      </w:tr>
    </w:tbl>
    <w:p>
      <w:pPr>
        <w:jc w:val="right"/>
      </w:pPr>
      <w:r>
        <w:t>Alla Dirigente scolastica</w:t>
        <w:br/>
        <w:t>Istituto Comprensivo di Neviano Arduini</w:t>
      </w:r>
    </w:p>
    <w:p>
      <w:r>
        <w:t>Il/La sottoscritto/a __________________________________________________________________________</w:t>
      </w:r>
    </w:p>
    <w:p>
      <w:r>
        <w:t>nato/a a __________________________________________ prov. ______ il ______________________________</w:t>
      </w:r>
    </w:p>
    <w:p>
      <w:r>
        <w:t>codice fiscale __________________________________________________________________________________</w:t>
      </w:r>
    </w:p>
    <w:p>
      <w:r>
        <w:t>residente a _______________________________________ prov. ______ CAP _____________________________</w:t>
      </w:r>
    </w:p>
    <w:p>
      <w:r>
        <w:t>via/piazza _________________________________________________________________ n. _________________</w:t>
      </w:r>
    </w:p>
    <w:p>
      <w:r>
        <w:t>telefono ______________________________ e-mail _________________________________________________</w:t>
      </w:r>
    </w:p>
    <w:p>
      <w:r>
        <w:t>in servizio presso l’Istituto Comprensivo di Neviano Arduini in qualità di:</w:t>
      </w:r>
    </w:p>
    <w:p>
      <w:pPr>
        <w:jc w:val="center"/>
      </w:pPr>
      <w:r>
        <w:t>□ DOCENTE     □ PERSONALE ATA – profilo: ________________________________________________</w:t>
      </w:r>
    </w:p>
    <w:p>
      <w:pPr>
        <w:jc w:val="center"/>
      </w:pPr>
      <w:r>
        <w:rPr>
          <w:b/>
        </w:rPr>
        <w:t>CHIEDE</w:t>
      </w:r>
    </w:p>
    <w:p>
      <w:r>
        <w:t>di partecipare alla procedura interna per il conferimento dell’incarico di TUTOR nell’ambito del progetto sopra indicato, per il/i seguente/i modulo/i: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D9E2F3"/>
          </w:tcPr>
          <w:p>
            <w:r>
              <w:rPr>
                <w:b/>
              </w:rPr>
              <w:t>Modulo</w:t>
            </w:r>
          </w:p>
        </w:tc>
        <w:tc>
          <w:tcPr>
            <w:tcW w:type="dxa" w:w="2550"/>
            <w:shd w:fill="D9E2F3"/>
          </w:tcPr>
          <w:p>
            <w:r>
              <w:rPr>
                <w:b/>
              </w:rPr>
              <w:t>Candidatura</w:t>
            </w:r>
          </w:p>
        </w:tc>
        <w:tc>
          <w:tcPr>
            <w:tcW w:type="dxa" w:w="2550"/>
            <w:shd w:fill="D9E2F3"/>
          </w:tcPr>
          <w:p>
            <w:r>
              <w:rPr>
                <w:b/>
              </w:rPr>
              <w:t>Preferenza</w:t>
            </w:r>
          </w:p>
        </w:tc>
        <w:tc>
          <w:tcPr>
            <w:tcW w:type="dxa" w:w="2550"/>
            <w:shd w:fill="D9E2F3"/>
          </w:tcPr>
          <w:p>
            <w:r>
              <w:rPr>
                <w:b/>
              </w:rPr>
              <w:t>Ore</w:t>
            </w:r>
          </w:p>
        </w:tc>
      </w:tr>
      <w:tr>
        <w:tc>
          <w:tcPr>
            <w:tcW w:type="dxa" w:w="2550"/>
          </w:tcPr>
          <w:p>
            <w:r>
              <w:t>Metodologie inclusive e strategie di apprendimento</w:t>
            </w:r>
          </w:p>
        </w:tc>
        <w:tc>
          <w:tcPr>
            <w:tcW w:type="dxa" w:w="2550"/>
          </w:tcPr>
          <w:p>
            <w:r>
              <w:t>□</w:t>
            </w:r>
          </w:p>
        </w:tc>
        <w:tc>
          <w:tcPr>
            <w:tcW w:type="dxa" w:w="2550"/>
          </w:tcPr>
          <w:p>
            <w:r>
              <w:t>_____</w:t>
            </w:r>
          </w:p>
        </w:tc>
        <w:tc>
          <w:tcPr>
            <w:tcW w:type="dxa" w:w="2550"/>
          </w:tcPr>
          <w:p>
            <w:r>
              <w:t>30</w:t>
            </w:r>
          </w:p>
        </w:tc>
      </w:tr>
      <w:tr>
        <w:tc>
          <w:tcPr>
            <w:tcW w:type="dxa" w:w="2550"/>
          </w:tcPr>
          <w:p>
            <w:r>
              <w:t>Didattica innovativa e competenze digitali</w:t>
            </w:r>
          </w:p>
        </w:tc>
        <w:tc>
          <w:tcPr>
            <w:tcW w:type="dxa" w:w="2550"/>
          </w:tcPr>
          <w:p>
            <w:r>
              <w:t>□</w:t>
            </w:r>
          </w:p>
        </w:tc>
        <w:tc>
          <w:tcPr>
            <w:tcW w:type="dxa" w:w="2550"/>
          </w:tcPr>
          <w:p>
            <w:r>
              <w:t>_____</w:t>
            </w:r>
          </w:p>
        </w:tc>
        <w:tc>
          <w:tcPr>
            <w:tcW w:type="dxa" w:w="2550"/>
          </w:tcPr>
          <w:p>
            <w:r>
              <w:t>30</w:t>
            </w:r>
          </w:p>
        </w:tc>
      </w:tr>
    </w:tbl>
    <w:p>
      <w:pPr>
        <w:jc w:val="center"/>
      </w:pPr>
      <w:r>
        <w:rPr>
          <w:b/>
        </w:rPr>
        <w:t>DICHIARA</w:t>
      </w:r>
    </w:p>
    <w:p>
      <w:r>
        <w:t>ai sensi degli artt. 46 e 47 del D.P.R. 28 dicembre 2000, n. 445, consapevole delle responsabilità previste dagli artt. 75 e 76 del medesimo decreto:</w:t>
      </w:r>
    </w:p>
    <w:p>
      <w:pPr>
        <w:pStyle w:val="ListBullet"/>
        <w:ind w:left="340" w:hanging="142"/>
      </w:pPr>
      <w:r>
        <w:t>di aver letto e accettato integralmente le condizioni dell’avviso;</w:t>
      </w:r>
    </w:p>
    <w:p>
      <w:pPr>
        <w:pStyle w:val="ListBullet"/>
        <w:ind w:left="340" w:hanging="142"/>
      </w:pPr>
      <w:r>
        <w:t>di essere in servizio presso l’Istituto e di poter garantire lo svolgimento dell’incarico nel periodo previsto;</w:t>
      </w:r>
    </w:p>
    <w:p>
      <w:pPr>
        <w:pStyle w:val="ListBullet"/>
        <w:ind w:left="340" w:hanging="142"/>
      </w:pPr>
      <w:r>
        <w:t>di godere dei diritti civili e politici;</w:t>
      </w:r>
    </w:p>
    <w:p>
      <w:pPr>
        <w:pStyle w:val="ListBullet"/>
        <w:ind w:left="340" w:hanging="142"/>
      </w:pPr>
      <w:r>
        <w:t>di non aver riportato condanne penali e di non essere destinatario/a di provvedimenti incompatibili con il conferimento dell’incarico;</w:t>
      </w:r>
    </w:p>
    <w:p>
      <w:pPr>
        <w:pStyle w:val="ListBullet"/>
        <w:ind w:left="340" w:hanging="142"/>
      </w:pPr>
      <w:r>
        <w:t>di non trovarsi in situazioni di incompatibilità, inconferibilità o conflitto di interessi, anche potenziale;</w:t>
      </w:r>
    </w:p>
    <w:p>
      <w:pPr>
        <w:pStyle w:val="ListBullet"/>
        <w:ind w:left="340" w:hanging="142"/>
      </w:pPr>
      <w:r>
        <w:t>di possedere i requisiti richiesti per il ruolo di tutor;</w:t>
      </w:r>
    </w:p>
    <w:p>
      <w:pPr>
        <w:pStyle w:val="ListBullet"/>
        <w:ind w:left="340" w:hanging="142"/>
      </w:pPr>
      <w:r>
        <w:t>di essere disponibile a svolgere l’incarico al di fuori dell’orario ordinario di servizio e a rispettare il calendario predisposto dall’Istituto;</w:t>
      </w:r>
    </w:p>
    <w:p>
      <w:pPr>
        <w:pStyle w:val="ListBullet"/>
        <w:ind w:left="340" w:hanging="142"/>
      </w:pPr>
      <w:r>
        <w:t>di impegnarsi a documentare puntualmente le attività e a utilizzare la piattaforma PN SIF 2021-2027, per quanto di competenza;</w:t>
      </w:r>
    </w:p>
    <w:p>
      <w:pPr>
        <w:pStyle w:val="ListBullet"/>
        <w:ind w:left="340" w:hanging="142"/>
      </w:pPr>
      <w:r>
        <w:t>che tutte le informazioni riportate nella presente domanda, nella griglia, nell’autocertificazione e nel curriculum vitae corrispondono al vero.</w:t>
      </w:r>
    </w:p>
    <w:p>
      <w:pPr>
        <w:pStyle w:val="Heading1"/>
      </w:pPr>
      <w:r>
        <w:t>Documentazione allegata:</w:t>
      </w:r>
    </w:p>
    <w:p>
      <w:r>
        <w:t>□ Allegato B – griglia di autovalutazione Tutor;</w:t>
      </w:r>
    </w:p>
    <w:p>
      <w:r>
        <w:t>□ Allegato C – dichiarazione di insussistenza di incompatibilità, inconferibilità e conflitto di interessi;</w:t>
      </w:r>
    </w:p>
    <w:p>
      <w:r>
        <w:t>□ Allegato D – autocertificazione titoli ed esperienze;</w:t>
      </w:r>
    </w:p>
    <w:p>
      <w:r>
        <w:t>□ curriculum vitae in formato europeo, datato e firmato, con titoli ed esperienze numerati;</w:t>
      </w:r>
    </w:p>
    <w:p>
      <w:r>
        <w:t>□ copia del documento di identità in corso di validità.</w:t>
      </w:r>
    </w:p>
    <w:p>
      <w:r>
        <w:t>Il/La sottoscritto/a autorizza il trattamento dei dati personali esclusivamente per le finalità della presente procedura, ai sensi del Regolamento (UE) 2016/679 e del D.Lgs. 196/2003 e ss.mm.ii.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Luogo e data: __________________________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Firma: ____________________________________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6"/>
      </w:rPr>
      <w:t>I.C. Neviano Arduini – PN “Scuola e competenze” 2021-2027 – D.M. 38/2026 – Formazione docenti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