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ISTITUTO COMPRENSIVO DI NEVIANO ARDUINI</w:t>
      </w:r>
    </w:p>
    <w:p>
      <w:pPr>
        <w:jc w:val="center"/>
      </w:pPr>
      <w:r>
        <w:rPr>
          <w:sz w:val="18"/>
        </w:rPr>
        <w:t>Scuola dell’Infanzia, Primaria e Secondaria di I grado</w:t>
        <w:br/>
        <w:t>Comuni di Neviano Arduini - Lesignano Bagni</w:t>
        <w:br/>
        <w:t>Via Chiesa n. 2 – 43024 Neviano degli Arduini (PR) – Tel. 0521 843138</w:t>
        <w:br/>
        <w:t>C.M. PRIC81500N – C.F. 80015070347 – Codice Univoco UFDHD3</w:t>
        <w:br/>
        <w:t>E-mail: pric81500n@istruzione.it – PEC: pric81500n@pec.istruzione.it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0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r>
              <w:rPr>
                <w:sz w:val="19"/>
              </w:rPr>
              <w:t>Prot. n. vedi segnatura</w:t>
            </w:r>
          </w:p>
        </w:tc>
        <w:tc>
          <w:tcPr>
            <w:tcW w:type="dxa" w:w="5100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right"/>
            </w:pPr>
            <w:r>
              <w:rPr>
                <w:sz w:val="19"/>
              </w:rPr>
              <w:t>Neviano degli Arduini, 09 settembre 2026</w:t>
            </w:r>
          </w:p>
        </w:tc>
      </w:tr>
    </w:tbl>
    <w:p>
      <w:pPr>
        <w:jc w:val="center"/>
      </w:pPr>
      <w:r>
        <w:rPr>
          <w:b/>
          <w:sz w:val="24"/>
        </w:rPr>
        <w:t>ALLEGATO D – AUTOCERTIFICAZIONE TITOLI ED ESPERIENZE – TUTOR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</w:rPr>
              <w:t>Intervento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Formazione docenti – D.M. 38/2026</w:t>
            </w:r>
          </w:p>
        </w:tc>
      </w:tr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sz w:val="19"/>
              </w:rPr>
              <w:t>Codice progetto (CNP)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9"/>
              </w:rPr>
              <w:t>ESO4.5.A2.B-FSEPN-EM-2026-110</w:t>
            </w:r>
          </w:p>
        </w:tc>
      </w:tr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sz w:val="19"/>
              </w:rPr>
              <w:t>CUP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9"/>
              </w:rPr>
              <w:t>G74D26002500007</w:t>
            </w:r>
          </w:p>
        </w:tc>
      </w:tr>
      <w:tr>
        <w:tc>
          <w:tcPr>
            <w:tcW w:type="dxa" w:w="2551"/>
            <w:shd w:fill="EDEDED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sz w:val="19"/>
              </w:rPr>
              <w:t>Finanziamento autorizzato</w:t>
            </w:r>
          </w:p>
        </w:tc>
        <w:tc>
          <w:tcPr>
            <w:tcW w:type="dxa" w:w="765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9"/>
              </w:rPr>
              <w:t>€ 12.690,00</w:t>
            </w:r>
          </w:p>
        </w:tc>
      </w:tr>
    </w:tbl>
    <w:p>
      <w:r>
        <w:t>Il/La sottoscritto/a __________________________________________________________________________</w:t>
      </w:r>
    </w:p>
    <w:p>
      <w:r>
        <w:t>nato/a a __________________________________________ prov. ______ il ______________________________</w:t>
      </w:r>
    </w:p>
    <w:p>
      <w:r>
        <w:t>codice fiscale __________________________________________________________________________________</w:t>
      </w:r>
    </w:p>
    <w:p>
      <w:r>
        <w:t>in servizio presso l’Istituto Comprensivo di Neviano Arduini in qualità di ______________________________</w:t>
      </w:r>
    </w:p>
    <w:p>
      <w:r>
        <w:t>ai sensi degli artt. 46 e 47 del D.P.R. 28 dicembre 2000, n. 445, consapevole delle responsabilità penali e della decadenza dai benefici eventualmente conseguenti al provvedimento emanato sulla base di dichiarazioni non veritiere,</w:t>
      </w:r>
    </w:p>
    <w:p>
      <w:pPr>
        <w:jc w:val="center"/>
      </w:pPr>
      <w:r>
        <w:rPr>
          <w:b/>
        </w:rPr>
        <w:t>DICHIARA</w:t>
      </w:r>
    </w:p>
    <w:p>
      <w:r>
        <w:t>che i titoli e le esperienze di seguito indicati sono posseduti alla data di scadenza dell’avviso e corrispondono al vero:</w:t>
      </w:r>
    </w:p>
    <w:p>
      <w:r>
        <w:rPr>
          <w:b/>
        </w:rPr>
        <w:t>A – Titolo di studio</w:t>
      </w:r>
    </w:p>
    <w:p>
      <w:r>
        <w:t>Indicare titolo, istituzione/ente, anno di conseguimento e voto (se utile):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>B – Master, specializzazioni, corsi di perfezionamento</w:t>
      </w:r>
    </w:p>
    <w:p>
      <w:r>
        <w:t>Indicare denominazione, ente, durata e data: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>C – Certificazioni informatiche/digitali</w:t>
      </w:r>
    </w:p>
    <w:p>
      <w:r>
        <w:t>Indicare denominazione, ente certificatore e data: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>D – Corsi su piattaforme PN/PON/PNRR, gestione/documentazione progetti o strumenti digitali</w:t>
      </w:r>
    </w:p>
    <w:p>
      <w:r>
        <w:t>Indicare titolo, ente, durata e data: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>E – Esperienze come tutor in progetti PN/PON/PNRR/FSE o percorsi formativi</w:t>
      </w:r>
    </w:p>
    <w:p>
      <w:r>
        <w:t>Indicare progetto, istituzione, ruolo, durata/ore e periodo: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>F – Esperienze di coordinamento, referenza, gestione gruppi o supporto a progetti</w:t>
      </w:r>
    </w:p>
    <w:p>
      <w:r>
        <w:t>Indicare attività/progetto, istituzione, ruolo e periodo: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>G – Esperienze di supporto organizzativo, amministrativo, documentale o digitale</w:t>
      </w:r>
    </w:p>
    <w:p>
      <w:r>
        <w:t>Indicare attività, istituzione e periodo: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>H – Formazione specifica coerente con i moduli</w:t>
      </w:r>
    </w:p>
    <w:p>
      <w:r>
        <w:t>Indicare corso/formazione, ente, durata e data: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t>Il/La sottoscritto/a autorizza l’Istituzione scolastica a effettuare i controlli previsti dall’art. 71 del D.P.R. 445/2000 e si impegna a produrre, su richiesta, la documentazione comprovante quanto dichiarato.</w:t>
      </w:r>
    </w:p>
    <w:p>
      <w:r>
        <w:t>Il/La sottoscritto/a dichiara inoltre che i riferimenti riportati nella griglia di autovalutazione corrispondono ai titoli e alle esperienze indicati nel curriculum vitae e nella presente autocertificazione.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Luogo e data: __________________________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Firma: 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I.C. Neviano Arduini – PN “Scuola e competenze” 2021-2027 – D.M. 38/2026 – Formazione docenti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