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235CA" w14:textId="77777777" w:rsidR="00284731" w:rsidRDefault="00000000">
      <w:pPr>
        <w:spacing w:before="20" w:after="20"/>
        <w:jc w:val="center"/>
      </w:pPr>
      <w:r>
        <w:rPr>
          <w:b/>
          <w:sz w:val="26"/>
        </w:rPr>
        <w:t>DICHIARAZIONE SOSTITUTIVA DI CERTIFICAZIONE</w:t>
      </w:r>
    </w:p>
    <w:p w14:paraId="27367E6B" w14:textId="77777777" w:rsidR="00284731" w:rsidRDefault="00000000">
      <w:pPr>
        <w:spacing w:after="80"/>
        <w:jc w:val="center"/>
      </w:pPr>
      <w:r>
        <w:rPr>
          <w:i/>
          <w:sz w:val="17"/>
        </w:rPr>
        <w:t>Art. 46 D.P.R. 28 dicembre 2000, n. 445 – presa di servizio personale docente/ATA</w:t>
      </w:r>
    </w:p>
    <w:p w14:paraId="2B62DCE0" w14:textId="77777777" w:rsidR="00104503" w:rsidRDefault="00104503">
      <w:pPr>
        <w:spacing w:after="20"/>
        <w:rPr>
          <w:b/>
        </w:rPr>
      </w:pPr>
    </w:p>
    <w:p w14:paraId="0AB74604" w14:textId="77777777" w:rsidR="00104503" w:rsidRDefault="00104503">
      <w:pPr>
        <w:spacing w:after="20"/>
        <w:rPr>
          <w:b/>
        </w:rPr>
      </w:pPr>
    </w:p>
    <w:p w14:paraId="709CA842" w14:textId="0AC034D3" w:rsidR="00284731" w:rsidRDefault="00000000">
      <w:pPr>
        <w:spacing w:after="20"/>
      </w:pPr>
      <w:r>
        <w:rPr>
          <w:b/>
        </w:rPr>
        <w:t xml:space="preserve">Il/La </w:t>
      </w:r>
      <w:proofErr w:type="spellStart"/>
      <w:r>
        <w:rPr>
          <w:b/>
        </w:rPr>
        <w:t>sottoscritto</w:t>
      </w:r>
      <w:proofErr w:type="spellEnd"/>
      <w:r>
        <w:rPr>
          <w:b/>
        </w:rPr>
        <w:t xml:space="preserve">/a </w:t>
      </w:r>
      <w:r>
        <w:t>_______________________________________________________________</w:t>
      </w:r>
    </w:p>
    <w:p w14:paraId="44EFE091" w14:textId="77777777" w:rsidR="00284731" w:rsidRDefault="00000000">
      <w:pPr>
        <w:spacing w:after="20"/>
      </w:pPr>
      <w:r>
        <w:rPr>
          <w:b/>
        </w:rPr>
        <w:t xml:space="preserve">nato/a a </w:t>
      </w:r>
      <w:r>
        <w:t>________________________________________  prov. _____  il ____/____/________</w:t>
      </w:r>
    </w:p>
    <w:p w14:paraId="4186E66E" w14:textId="77777777" w:rsidR="00284731" w:rsidRDefault="00000000">
      <w:pPr>
        <w:spacing w:after="20"/>
      </w:pPr>
      <w:r>
        <w:rPr>
          <w:b/>
        </w:rPr>
        <w:t xml:space="preserve">residente a </w:t>
      </w:r>
      <w:r>
        <w:t>______________________________________  prov. _____  CAP __________</w:t>
      </w:r>
    </w:p>
    <w:p w14:paraId="6F42D5F0" w14:textId="77777777" w:rsidR="00284731" w:rsidRDefault="00000000">
      <w:pPr>
        <w:spacing w:after="20"/>
      </w:pPr>
      <w:r>
        <w:rPr>
          <w:b/>
        </w:rPr>
        <w:t xml:space="preserve">in via/piazza </w:t>
      </w:r>
      <w:r>
        <w:t>________________________________________________________  n. ______</w:t>
      </w:r>
    </w:p>
    <w:p w14:paraId="72163911" w14:textId="77777777" w:rsidR="00284731" w:rsidRDefault="00000000">
      <w:pPr>
        <w:spacing w:after="20"/>
      </w:pPr>
      <w:r>
        <w:rPr>
          <w:b/>
        </w:rPr>
        <w:t xml:space="preserve">codice fiscale </w:t>
      </w:r>
      <w:r>
        <w:t>__________________________________________  tel. ________________________</w:t>
      </w:r>
    </w:p>
    <w:p w14:paraId="59983C22" w14:textId="77777777" w:rsidR="00284731" w:rsidRDefault="00000000">
      <w:pPr>
        <w:spacing w:after="20"/>
      </w:pPr>
      <w:r>
        <w:rPr>
          <w:b/>
        </w:rPr>
        <w:t xml:space="preserve">e-mail </w:t>
      </w:r>
      <w:r>
        <w:t>_________________________________________________________________________</w:t>
      </w:r>
    </w:p>
    <w:p w14:paraId="4047C10A" w14:textId="77777777" w:rsidR="00284731" w:rsidRDefault="00000000">
      <w:pPr>
        <w:spacing w:before="40" w:after="40"/>
        <w:jc w:val="both"/>
      </w:pPr>
      <w:r>
        <w:t>consapevole delle responsabilità penali previste dall’art. 76 del D.P.R. 445/2000 in caso di dichiarazioni mendaci, falsità negli atti o uso di atti falsi e della decadenza dai benefici eventualmente conseguiti sulla base di dichiarazioni non veritiere, ai sensi dell’art. 75 del medesimo D.P.R.,</w:t>
      </w:r>
    </w:p>
    <w:p w14:paraId="15247CC1" w14:textId="77777777" w:rsidR="00104503" w:rsidRDefault="00104503">
      <w:pPr>
        <w:spacing w:before="20" w:after="40"/>
        <w:jc w:val="center"/>
        <w:rPr>
          <w:b/>
          <w:sz w:val="22"/>
        </w:rPr>
      </w:pPr>
    </w:p>
    <w:p w14:paraId="1BC56A90" w14:textId="06841BA0" w:rsidR="00284731" w:rsidRDefault="00000000">
      <w:pPr>
        <w:spacing w:before="20" w:after="40"/>
        <w:jc w:val="center"/>
      </w:pPr>
      <w:r>
        <w:rPr>
          <w:b/>
          <w:sz w:val="22"/>
        </w:rPr>
        <w:t>DICHIARA</w:t>
      </w:r>
    </w:p>
    <w:p w14:paraId="34EAE792" w14:textId="77777777" w:rsidR="00104503" w:rsidRDefault="00104503">
      <w:pPr>
        <w:spacing w:after="20"/>
        <w:ind w:left="57"/>
      </w:pPr>
    </w:p>
    <w:p w14:paraId="7F95C630" w14:textId="33D2B15C" w:rsidR="00284731" w:rsidRDefault="00000000">
      <w:pPr>
        <w:spacing w:after="20"/>
        <w:ind w:left="57"/>
      </w:pPr>
      <w:r>
        <w:t xml:space="preserve">☐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cittadino</w:t>
      </w:r>
      <w:proofErr w:type="spellEnd"/>
      <w:r>
        <w:t>/a _______________________________________________;</w:t>
      </w:r>
    </w:p>
    <w:p w14:paraId="2FE12243" w14:textId="77777777" w:rsidR="00284731" w:rsidRDefault="00000000">
      <w:pPr>
        <w:spacing w:after="20"/>
        <w:ind w:left="57"/>
      </w:pPr>
      <w:r>
        <w:t>☐ di godere dei diritti civili e politici;</w:t>
      </w:r>
    </w:p>
    <w:p w14:paraId="6AEC43DF" w14:textId="77777777" w:rsidR="00284731" w:rsidRDefault="00000000">
      <w:pPr>
        <w:spacing w:after="20"/>
        <w:ind w:left="57"/>
      </w:pPr>
      <w:r>
        <w:t>☐ di essere iscritto/a nelle liste elettorali del Comune di _________________________________;</w:t>
      </w:r>
    </w:p>
    <w:p w14:paraId="04F4B28F" w14:textId="77777777" w:rsidR="00284731" w:rsidRDefault="00000000">
      <w:pPr>
        <w:spacing w:after="20"/>
        <w:ind w:left="57"/>
      </w:pPr>
      <w:r>
        <w:t>☐ di essere in possesso del seguente titolo di studio: ______________________________________,</w:t>
      </w:r>
      <w:r>
        <w:br/>
        <w:t xml:space="preserve">   conseguito presso ______________________________________________ in data ____/____/________;</w:t>
      </w:r>
    </w:p>
    <w:p w14:paraId="3A72C4D5" w14:textId="77777777" w:rsidR="00284731" w:rsidRDefault="00000000">
      <w:pPr>
        <w:spacing w:after="20"/>
        <w:ind w:left="57"/>
      </w:pPr>
      <w:r>
        <w:t>☐ di non aver riportato condanne penali né provvedimenti iscritti nel casellario giudiziale ai sensi della vigente normativa;</w:t>
      </w:r>
      <w:r>
        <w:br/>
        <w:t xml:space="preserve">   ☐ oppure di aver riportato i seguenti: ___________________________________________________;</w:t>
      </w:r>
    </w:p>
    <w:p w14:paraId="5FF5F1A6" w14:textId="77777777" w:rsidR="00284731" w:rsidRDefault="00000000">
      <w:pPr>
        <w:spacing w:after="20"/>
        <w:ind w:left="57"/>
      </w:pPr>
      <w:r>
        <w:t>☐ di non essere a conoscenza di essere sottoposto/a a procedimenti penali;</w:t>
      </w:r>
      <w:r>
        <w:br/>
        <w:t xml:space="preserve">   ☐ oppure di essere a conoscenza dei seguenti: ___________________________________________;</w:t>
      </w:r>
    </w:p>
    <w:p w14:paraId="79445813" w14:textId="77777777" w:rsidR="00284731" w:rsidRDefault="00000000">
      <w:pPr>
        <w:spacing w:after="20"/>
        <w:ind w:left="57"/>
      </w:pPr>
      <w:r>
        <w:t>☐ di trovarsi, rispetto agli obblighi militari, nella seguente posizione (se applicabile): _______________________;</w:t>
      </w:r>
    </w:p>
    <w:p w14:paraId="4DF3CAE3" w14:textId="77777777" w:rsidR="00284731" w:rsidRDefault="00000000">
      <w:pPr>
        <w:spacing w:after="20"/>
        <w:ind w:left="57"/>
      </w:pPr>
      <w:r>
        <w:t>☐ di avere il seguente stato civile: _______________________________________________________;</w:t>
      </w:r>
    </w:p>
    <w:p w14:paraId="1CBB3538" w14:textId="77777777" w:rsidR="00284731" w:rsidRDefault="00000000">
      <w:pPr>
        <w:spacing w:after="20"/>
        <w:ind w:left="57"/>
      </w:pPr>
      <w:r>
        <w:t>☐ di aver prestato i seguenti servizi presso pubbliche amministrazioni (ove richiesto):</w:t>
      </w:r>
      <w:r>
        <w:br/>
        <w:t xml:space="preserve">   _______________________________________________________________________________________;</w:t>
      </w:r>
    </w:p>
    <w:p w14:paraId="54F55526" w14:textId="77777777" w:rsidR="00284731" w:rsidRDefault="00000000">
      <w:pPr>
        <w:spacing w:after="20"/>
        <w:ind w:left="57"/>
      </w:pPr>
      <w:r>
        <w:t>☐ altro dato o stato autocertificabile ai sensi dell’art. 46 del D.P.R. 445/2000:</w:t>
      </w:r>
      <w:r>
        <w:br/>
        <w:t xml:space="preserve">   _______________________________________________________________________________________.</w:t>
      </w:r>
    </w:p>
    <w:p w14:paraId="62D0684C" w14:textId="77777777" w:rsidR="00284731" w:rsidRDefault="00000000">
      <w:pPr>
        <w:spacing w:before="40" w:after="20"/>
      </w:pPr>
      <w:r>
        <w:rPr>
          <w:b/>
        </w:rPr>
        <w:t xml:space="preserve">Nota: </w:t>
      </w:r>
      <w:r>
        <w:t>barrare e compilare solo le dichiarazioni pertinenti. L’Amministrazione può effettuare controlli, anche a campione, sulla veridicità delle dichiarazioni rese ai sensi dell’art. 71 del D.P.R. 445/2000.</w:t>
      </w:r>
    </w:p>
    <w:p w14:paraId="703E0F1D" w14:textId="77777777" w:rsidR="00284731" w:rsidRDefault="00000000">
      <w:pPr>
        <w:spacing w:after="60"/>
        <w:jc w:val="both"/>
      </w:pPr>
      <w:r>
        <w:rPr>
          <w:b/>
        </w:rPr>
        <w:t xml:space="preserve">Trattamento dei dati personali. </w:t>
      </w:r>
      <w:r>
        <w:t>I dati sono trattati esclusivamente per finalità connesse alla gestione del rapporto di lavoro e agli adempimenti istituzionali, nel rispetto del Regolamento (UE) 2016/679 (GDPR) e del D.Lgs. 196/2003, come modificato dal D.Lgs. 101/2018.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284731" w14:paraId="06E578E1" w14:textId="77777777">
        <w:trPr>
          <w:trHeight w:val="312"/>
          <w:jc w:val="center"/>
        </w:trPr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1AD29" w14:textId="77777777" w:rsidR="00104503" w:rsidRDefault="00104503">
            <w:pPr>
              <w:spacing w:after="0"/>
              <w:rPr>
                <w:sz w:val="17"/>
              </w:rPr>
            </w:pPr>
          </w:p>
          <w:p w14:paraId="4BCBD398" w14:textId="77777777" w:rsidR="00104503" w:rsidRDefault="00104503">
            <w:pPr>
              <w:spacing w:after="0"/>
              <w:rPr>
                <w:sz w:val="17"/>
              </w:rPr>
            </w:pPr>
          </w:p>
          <w:p w14:paraId="17D6ADC5" w14:textId="171CED64" w:rsidR="00284731" w:rsidRDefault="00000000">
            <w:pPr>
              <w:spacing w:after="0"/>
            </w:pPr>
            <w:proofErr w:type="spellStart"/>
            <w:r>
              <w:rPr>
                <w:sz w:val="17"/>
              </w:rPr>
              <w:t>Luogo</w:t>
            </w:r>
            <w:proofErr w:type="spellEnd"/>
            <w:r>
              <w:rPr>
                <w:sz w:val="17"/>
              </w:rPr>
              <w:t xml:space="preserve"> e data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51724" w14:textId="77777777" w:rsidR="00284731" w:rsidRDefault="00000000">
            <w:pPr>
              <w:spacing w:after="0"/>
            </w:pPr>
            <w:r>
              <w:rPr>
                <w:sz w:val="17"/>
              </w:rPr>
              <w:t>Firma del/della dichiarante</w:t>
            </w:r>
          </w:p>
        </w:tc>
      </w:tr>
      <w:tr w:rsidR="00284731" w14:paraId="0B23ABC6" w14:textId="77777777">
        <w:trPr>
          <w:trHeight w:val="312"/>
          <w:jc w:val="center"/>
        </w:trPr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AF714" w14:textId="77777777" w:rsidR="00284731" w:rsidRDefault="00000000">
            <w:pPr>
              <w:spacing w:after="0"/>
            </w:pPr>
            <w:r>
              <w:rPr>
                <w:sz w:val="17"/>
              </w:rPr>
              <w:t>____________________, ____/____/________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57B9B" w14:textId="77777777" w:rsidR="00284731" w:rsidRDefault="00000000">
            <w:pPr>
              <w:spacing w:after="0"/>
            </w:pPr>
            <w:r>
              <w:rPr>
                <w:sz w:val="17"/>
              </w:rPr>
              <w:t>________________________________________</w:t>
            </w:r>
          </w:p>
        </w:tc>
      </w:tr>
      <w:tr w:rsidR="00284731" w14:paraId="6D84C5D2" w14:textId="77777777">
        <w:trPr>
          <w:trHeight w:val="312"/>
          <w:jc w:val="center"/>
        </w:trPr>
        <w:tc>
          <w:tcPr>
            <w:tcW w:w="98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182D3" w14:textId="77777777" w:rsidR="00284731" w:rsidRDefault="00000000">
            <w:pPr>
              <w:spacing w:after="0"/>
            </w:pPr>
            <w:r>
              <w:rPr>
                <w:sz w:val="17"/>
              </w:rPr>
              <w:t>Ai sensi dell’art. 38 del D.P.R. 445/2000, la dichiarazione può essere sottoscritta davanti al dipendente addetto oppure presentata unitamente a copia non autenticata di un documento di identità in corso di validità, nei casi previsti.</w:t>
            </w:r>
          </w:p>
        </w:tc>
      </w:tr>
    </w:tbl>
    <w:p w14:paraId="19A5FC28" w14:textId="77777777" w:rsidR="00000000" w:rsidRDefault="00000000"/>
    <w:p w14:paraId="64765F77" w14:textId="77777777" w:rsidR="00104503" w:rsidRPr="00104503" w:rsidRDefault="00104503" w:rsidP="00104503"/>
    <w:p w14:paraId="2AFD5A4C" w14:textId="77777777" w:rsidR="00104503" w:rsidRPr="00104503" w:rsidRDefault="00104503" w:rsidP="00104503"/>
    <w:p w14:paraId="7B27852D" w14:textId="77777777" w:rsidR="00104503" w:rsidRPr="00104503" w:rsidRDefault="00104503" w:rsidP="00104503"/>
    <w:p w14:paraId="76D4C755" w14:textId="77777777" w:rsidR="00104503" w:rsidRPr="00104503" w:rsidRDefault="00104503" w:rsidP="00104503"/>
    <w:p w14:paraId="21C946EF" w14:textId="77777777" w:rsidR="00104503" w:rsidRPr="00104503" w:rsidRDefault="00104503" w:rsidP="00104503"/>
    <w:p w14:paraId="0AE6500D" w14:textId="77777777" w:rsidR="00104503" w:rsidRPr="00104503" w:rsidRDefault="00104503" w:rsidP="00104503"/>
    <w:p w14:paraId="643770F7" w14:textId="77777777" w:rsidR="00104503" w:rsidRPr="00104503" w:rsidRDefault="00104503" w:rsidP="00104503"/>
    <w:p w14:paraId="120277AB" w14:textId="77777777" w:rsidR="00104503" w:rsidRPr="00104503" w:rsidRDefault="00104503" w:rsidP="00104503"/>
    <w:p w14:paraId="691D9EE1" w14:textId="77777777" w:rsidR="00104503" w:rsidRPr="00104503" w:rsidRDefault="00104503" w:rsidP="00104503"/>
    <w:p w14:paraId="2ECDBFAB" w14:textId="263ED372" w:rsidR="00104503" w:rsidRPr="00104503" w:rsidRDefault="00104503" w:rsidP="00104503">
      <w:pPr>
        <w:tabs>
          <w:tab w:val="left" w:pos="3576"/>
        </w:tabs>
      </w:pPr>
      <w:r>
        <w:tab/>
      </w:r>
    </w:p>
    <w:sectPr w:rsidR="00104503" w:rsidRPr="00104503" w:rsidSect="00034616"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3EF89" w14:textId="77777777" w:rsidR="006B3F61" w:rsidRDefault="006B3F61">
      <w:pPr>
        <w:spacing w:after="0" w:line="240" w:lineRule="auto"/>
      </w:pPr>
      <w:r>
        <w:separator/>
      </w:r>
    </w:p>
  </w:endnote>
  <w:endnote w:type="continuationSeparator" w:id="0">
    <w:p w14:paraId="54DABE4A" w14:textId="77777777" w:rsidR="006B3F61" w:rsidRDefault="006B3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F664B" w14:textId="77777777" w:rsidR="006B3F61" w:rsidRDefault="006B3F61">
      <w:pPr>
        <w:spacing w:after="0" w:line="240" w:lineRule="auto"/>
      </w:pPr>
      <w:r>
        <w:separator/>
      </w:r>
    </w:p>
  </w:footnote>
  <w:footnote w:type="continuationSeparator" w:id="0">
    <w:p w14:paraId="17AEDC60" w14:textId="77777777" w:rsidR="006B3F61" w:rsidRDefault="006B3F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7995024">
    <w:abstractNumId w:val="8"/>
  </w:num>
  <w:num w:numId="2" w16cid:durableId="1557088986">
    <w:abstractNumId w:val="6"/>
  </w:num>
  <w:num w:numId="3" w16cid:durableId="1911230425">
    <w:abstractNumId w:val="5"/>
  </w:num>
  <w:num w:numId="4" w16cid:durableId="1249735189">
    <w:abstractNumId w:val="4"/>
  </w:num>
  <w:num w:numId="5" w16cid:durableId="1480925132">
    <w:abstractNumId w:val="7"/>
  </w:num>
  <w:num w:numId="6" w16cid:durableId="17587415">
    <w:abstractNumId w:val="3"/>
  </w:num>
  <w:num w:numId="7" w16cid:durableId="576011921">
    <w:abstractNumId w:val="2"/>
  </w:num>
  <w:num w:numId="8" w16cid:durableId="546573796">
    <w:abstractNumId w:val="1"/>
  </w:num>
  <w:num w:numId="9" w16cid:durableId="243800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71E"/>
    <w:rsid w:val="00034616"/>
    <w:rsid w:val="0006063C"/>
    <w:rsid w:val="00104503"/>
    <w:rsid w:val="0015074B"/>
    <w:rsid w:val="00284731"/>
    <w:rsid w:val="0029639D"/>
    <w:rsid w:val="00326F90"/>
    <w:rsid w:val="006B3F6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0FBD6"/>
  <w14:defaultImageDpi w14:val="300"/>
  <w15:docId w15:val="{349D9A24-00E1-41F0-9EB0-26CEBF84D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Times New Roman" w:hAnsi="Times New Roman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DSGA</cp:lastModifiedBy>
  <cp:revision>2</cp:revision>
  <cp:lastPrinted>2026-09-01T06:27:00Z</cp:lastPrinted>
  <dcterms:created xsi:type="dcterms:W3CDTF">2013-12-23T23:15:00Z</dcterms:created>
  <dcterms:modified xsi:type="dcterms:W3CDTF">2026-09-01T06:27:00Z</dcterms:modified>
  <cp:category/>
</cp:coreProperties>
</file>