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3683A" w14:textId="77777777" w:rsidR="0084787A" w:rsidRPr="007346A5" w:rsidRDefault="0084787A">
      <w:pPr>
        <w:pageBreakBefore/>
        <w:rPr>
          <w:lang w:val="it-IT"/>
        </w:rPr>
      </w:pPr>
    </w:p>
    <w:p w14:paraId="16A22EDF" w14:textId="77777777" w:rsidR="0084787A" w:rsidRPr="007346A5" w:rsidRDefault="003D6FFA">
      <w:pPr>
        <w:jc w:val="center"/>
        <w:rPr>
          <w:lang w:val="it-IT"/>
        </w:rPr>
      </w:pPr>
      <w:r w:rsidRPr="007346A5">
        <w:rPr>
          <w:b/>
          <w:sz w:val="26"/>
          <w:lang w:val="it-IT"/>
        </w:rPr>
        <w:t>ALLEGATO A - DOMANDA DI PARTECIPAZIONE</w:t>
      </w:r>
    </w:p>
    <w:p w14:paraId="66ECE485" w14:textId="77777777" w:rsidR="0084787A" w:rsidRPr="007346A5" w:rsidRDefault="003D6FFA">
      <w:pPr>
        <w:spacing w:after="120"/>
        <w:jc w:val="center"/>
        <w:rPr>
          <w:lang w:val="it-IT"/>
        </w:rPr>
      </w:pPr>
      <w:r w:rsidRPr="007346A5">
        <w:rPr>
          <w:b/>
          <w:lang w:val="it-IT"/>
        </w:rPr>
        <w:t>Avviso interno Esperti/Tutor - Formazione docenti FSE+ - Codice progetto ESO4.</w:t>
      </w:r>
      <w:proofErr w:type="gramStart"/>
      <w:r w:rsidRPr="007346A5">
        <w:rPr>
          <w:b/>
          <w:lang w:val="it-IT"/>
        </w:rPr>
        <w:t>5.A2.B</w:t>
      </w:r>
      <w:proofErr w:type="gramEnd"/>
      <w:r w:rsidRPr="007346A5">
        <w:rPr>
          <w:b/>
          <w:lang w:val="it-IT"/>
        </w:rPr>
        <w:t>-FSEPN-LA-2026-176 - CUP D84D26002550007</w:t>
      </w:r>
    </w:p>
    <w:p w14:paraId="2907B568" w14:textId="77777777" w:rsidR="0084787A" w:rsidRPr="007346A5" w:rsidRDefault="003D6FFA">
      <w:pPr>
        <w:spacing w:after="100"/>
        <w:jc w:val="right"/>
        <w:rPr>
          <w:lang w:val="it-IT"/>
        </w:rPr>
      </w:pPr>
      <w:r w:rsidRPr="007346A5">
        <w:rPr>
          <w:lang w:val="it-IT"/>
        </w:rPr>
        <w:t>Al Dirigente Scolastico dell’I.C. “Via Francesco Gentile 40”</w:t>
      </w:r>
    </w:p>
    <w:p w14:paraId="27C7309F" w14:textId="77777777" w:rsidR="0084787A" w:rsidRPr="007346A5" w:rsidRDefault="003D6FFA">
      <w:pPr>
        <w:rPr>
          <w:lang w:val="it-IT"/>
        </w:rPr>
      </w:pPr>
      <w:r w:rsidRPr="007346A5">
        <w:rPr>
          <w:lang w:val="it-IT"/>
        </w:rPr>
        <w:t xml:space="preserve">Il/La sottoscritto/a ________________________________________________, nato/a </w:t>
      </w:r>
      <w:proofErr w:type="spellStart"/>
      <w:r w:rsidRPr="007346A5">
        <w:rPr>
          <w:lang w:val="it-IT"/>
        </w:rPr>
        <w:t>a</w:t>
      </w:r>
      <w:proofErr w:type="spellEnd"/>
      <w:r w:rsidRPr="007346A5">
        <w:rPr>
          <w:lang w:val="it-IT"/>
        </w:rPr>
        <w:t xml:space="preserve"> ______________________________ il ___/___/______, C.F. ________________________________, docente di _____________________________________ in servizio presso questo Istituto,</w:t>
      </w:r>
    </w:p>
    <w:p w14:paraId="1FA11570" w14:textId="77777777" w:rsidR="0084787A" w:rsidRPr="007346A5" w:rsidRDefault="003D6FFA">
      <w:pPr>
        <w:jc w:val="center"/>
        <w:rPr>
          <w:lang w:val="it-IT"/>
        </w:rPr>
      </w:pPr>
      <w:r w:rsidRPr="007346A5">
        <w:rPr>
          <w:b/>
          <w:sz w:val="22"/>
          <w:lang w:val="it-IT"/>
        </w:rPr>
        <w:t>CHIEDE</w:t>
      </w:r>
    </w:p>
    <w:p w14:paraId="01C01CB8" w14:textId="77777777" w:rsidR="0084787A" w:rsidRPr="007346A5" w:rsidRDefault="003D6FFA">
      <w:pPr>
        <w:rPr>
          <w:lang w:val="it-IT"/>
        </w:rPr>
      </w:pPr>
      <w:r w:rsidRPr="007346A5">
        <w:rPr>
          <w:lang w:val="it-IT"/>
        </w:rPr>
        <w:t>di partecipare alla selezione per il seguente/i incarico/i (barrare e indicare il/i modulo/i):</w:t>
      </w:r>
    </w:p>
    <w:p w14:paraId="421A66B5" w14:textId="77777777" w:rsidR="0084787A" w:rsidRPr="007346A5" w:rsidRDefault="003D6FFA">
      <w:pPr>
        <w:rPr>
          <w:lang w:val="it-IT"/>
        </w:rPr>
      </w:pPr>
      <w:r w:rsidRPr="007346A5">
        <w:rPr>
          <w:lang w:val="it-IT"/>
        </w:rPr>
        <w:t>☐ DOCENTE ESPERTO      ☐ TUTOR</w:t>
      </w:r>
    </w:p>
    <w:p w14:paraId="09E2F983" w14:textId="77777777" w:rsidR="0084787A" w:rsidRPr="007346A5" w:rsidRDefault="003D6FFA">
      <w:pPr>
        <w:spacing w:after="20"/>
        <w:rPr>
          <w:lang w:val="it-IT"/>
        </w:rPr>
      </w:pPr>
      <w:r w:rsidRPr="007346A5">
        <w:rPr>
          <w:lang w:val="it-IT"/>
        </w:rPr>
        <w:t>☐ 1. Ambienti innovativi per infanzia e primaria (30 ore)</w:t>
      </w:r>
    </w:p>
    <w:p w14:paraId="638AD334" w14:textId="77777777" w:rsidR="0084787A" w:rsidRDefault="003D6FFA">
      <w:pPr>
        <w:spacing w:after="20"/>
      </w:pPr>
      <w:r>
        <w:t xml:space="preserve">☐ 2. English for Teachers - </w:t>
      </w:r>
      <w:proofErr w:type="spellStart"/>
      <w:r>
        <w:t>livello</w:t>
      </w:r>
      <w:proofErr w:type="spellEnd"/>
      <w:r>
        <w:t xml:space="preserve"> B1 (30 ore)</w:t>
      </w:r>
    </w:p>
    <w:p w14:paraId="5FD57011" w14:textId="77777777" w:rsidR="0084787A" w:rsidRPr="007346A5" w:rsidRDefault="003D6FFA">
      <w:pPr>
        <w:spacing w:after="20"/>
        <w:rPr>
          <w:lang w:val="it-IT"/>
        </w:rPr>
      </w:pPr>
      <w:r w:rsidRPr="007346A5">
        <w:rPr>
          <w:lang w:val="it-IT"/>
        </w:rPr>
        <w:t>☐ 3. LA SCRITTURA CREATIVA: IL CAVIERDAGE (30 ore)</w:t>
      </w:r>
    </w:p>
    <w:p w14:paraId="1A3937E3" w14:textId="77777777" w:rsidR="0084787A" w:rsidRPr="007346A5" w:rsidRDefault="003D6FFA">
      <w:pPr>
        <w:spacing w:after="20"/>
        <w:rPr>
          <w:lang w:val="it-IT"/>
        </w:rPr>
      </w:pPr>
      <w:r w:rsidRPr="007346A5">
        <w:rPr>
          <w:lang w:val="it-IT"/>
        </w:rPr>
        <w:t>☐ 4. PROGETTAZIONE UDA NELLA SCUOLA DADA (30 ore)</w:t>
      </w:r>
    </w:p>
    <w:p w14:paraId="2021AEAC" w14:textId="77777777" w:rsidR="0084787A" w:rsidRPr="007346A5" w:rsidRDefault="003D6FFA">
      <w:pPr>
        <w:spacing w:after="20"/>
        <w:rPr>
          <w:lang w:val="it-IT"/>
        </w:rPr>
      </w:pPr>
      <w:r w:rsidRPr="007346A5">
        <w:rPr>
          <w:lang w:val="it-IT"/>
        </w:rPr>
        <w:t>☐ 5. EDUCARE ALLE EMOZIONI (30 ore)</w:t>
      </w:r>
    </w:p>
    <w:p w14:paraId="4736C098" w14:textId="77777777" w:rsidR="0084787A" w:rsidRPr="007346A5" w:rsidRDefault="003D6FFA">
      <w:pPr>
        <w:spacing w:after="20"/>
        <w:rPr>
          <w:lang w:val="it-IT"/>
        </w:rPr>
      </w:pPr>
      <w:r w:rsidRPr="007346A5">
        <w:rPr>
          <w:lang w:val="it-IT"/>
        </w:rPr>
        <w:t>☐ 6. LA VALUTAZIONE NELLE NUOVE INDICAZIONI NAZIONALI (30 ore)</w:t>
      </w:r>
    </w:p>
    <w:p w14:paraId="1A876555" w14:textId="77777777" w:rsidR="0084787A" w:rsidRPr="007346A5" w:rsidRDefault="0084787A">
      <w:pPr>
        <w:spacing w:after="20"/>
        <w:rPr>
          <w:lang w:val="it-IT"/>
        </w:rPr>
      </w:pPr>
    </w:p>
    <w:p w14:paraId="72FC4540" w14:textId="77777777" w:rsidR="0084787A" w:rsidRPr="007346A5" w:rsidRDefault="0084787A">
      <w:pPr>
        <w:spacing w:after="20"/>
        <w:rPr>
          <w:lang w:val="it-IT"/>
        </w:rPr>
      </w:pPr>
    </w:p>
    <w:p w14:paraId="52F9A155" w14:textId="77777777" w:rsidR="0084787A" w:rsidRDefault="003D6FFA">
      <w:pPr>
        <w:spacing w:after="40"/>
      </w:pPr>
      <w:r w:rsidRPr="007346A5">
        <w:rPr>
          <w:lang w:val="it-IT"/>
        </w:rPr>
        <w:t xml:space="preserve">A tal fine dichiara, ai sensi degli artt. </w:t>
      </w:r>
      <w:r>
        <w:t>46 e 47 del D.P.R. 445/2000:</w:t>
      </w:r>
    </w:p>
    <w:p w14:paraId="4DAF2819" w14:textId="77777777" w:rsidR="0084787A" w:rsidRPr="007346A5" w:rsidRDefault="003D6FFA">
      <w:pPr>
        <w:pStyle w:val="Puntoelenco"/>
        <w:spacing w:after="30"/>
        <w:rPr>
          <w:lang w:val="it-IT"/>
        </w:rPr>
      </w:pPr>
      <w:r w:rsidRPr="007346A5">
        <w:rPr>
          <w:lang w:val="it-IT"/>
        </w:rPr>
        <w:t>di essere in servizio presso l’I.C. “Via Francesco Gentile 40”;</w:t>
      </w:r>
    </w:p>
    <w:p w14:paraId="53A22857" w14:textId="77777777" w:rsidR="0084787A" w:rsidRPr="007346A5" w:rsidRDefault="003D6FFA">
      <w:pPr>
        <w:pStyle w:val="Puntoelenco"/>
        <w:spacing w:after="30"/>
        <w:rPr>
          <w:lang w:val="it-IT"/>
        </w:rPr>
      </w:pPr>
      <w:r w:rsidRPr="007346A5">
        <w:rPr>
          <w:lang w:val="it-IT"/>
        </w:rPr>
        <w:t>di possedere i requisiti richiesti dall’avviso e di accettarne integralmente le condizioni;</w:t>
      </w:r>
    </w:p>
    <w:p w14:paraId="0EF2629B" w14:textId="77777777" w:rsidR="0084787A" w:rsidRPr="007346A5" w:rsidRDefault="003D6FFA">
      <w:pPr>
        <w:pStyle w:val="Puntoelenco"/>
        <w:spacing w:after="30"/>
        <w:rPr>
          <w:lang w:val="it-IT"/>
        </w:rPr>
      </w:pPr>
      <w:r w:rsidRPr="007346A5">
        <w:rPr>
          <w:lang w:val="it-IT"/>
        </w:rPr>
        <w:t>di non trovarsi in condizioni di incompatibilità, inconferibilità o conflitto di interessi, anche potenziale;</w:t>
      </w:r>
    </w:p>
    <w:p w14:paraId="03BD955A" w14:textId="77777777" w:rsidR="0084787A" w:rsidRPr="007346A5" w:rsidRDefault="003D6FFA">
      <w:pPr>
        <w:pStyle w:val="Puntoelenco"/>
        <w:spacing w:after="30"/>
        <w:rPr>
          <w:lang w:val="it-IT"/>
        </w:rPr>
      </w:pPr>
      <w:r w:rsidRPr="007346A5">
        <w:rPr>
          <w:lang w:val="it-IT"/>
        </w:rPr>
        <w:t>di impegnarsi a svolgere l’incarico in orario aggiuntivo rispetto al servizio ordinario e secondo il calendario stabilito dalla scuola;</w:t>
      </w:r>
    </w:p>
    <w:p w14:paraId="1B174449" w14:textId="77777777" w:rsidR="0084787A" w:rsidRPr="007346A5" w:rsidRDefault="003D6FFA">
      <w:pPr>
        <w:pStyle w:val="Puntoelenco"/>
        <w:spacing w:after="30"/>
        <w:rPr>
          <w:lang w:val="it-IT"/>
        </w:rPr>
      </w:pPr>
      <w:r w:rsidRPr="007346A5">
        <w:rPr>
          <w:lang w:val="it-IT"/>
        </w:rPr>
        <w:t>di autorizzare il trattamento dei dati personali per le finalità della procedura.</w:t>
      </w:r>
    </w:p>
    <w:p w14:paraId="66A36CE6" w14:textId="77777777" w:rsidR="0084787A" w:rsidRPr="007346A5" w:rsidRDefault="003D6FFA">
      <w:pPr>
        <w:spacing w:after="120"/>
        <w:rPr>
          <w:lang w:val="it-IT"/>
        </w:rPr>
      </w:pPr>
      <w:r w:rsidRPr="007346A5">
        <w:rPr>
          <w:lang w:val="it-IT"/>
        </w:rPr>
        <w:t>Allega: curriculum vitae in formato europeo; documento di identità; Allegato B - scheda di autovalutazione.</w:t>
      </w:r>
    </w:p>
    <w:p w14:paraId="26959F3B" w14:textId="77777777" w:rsidR="0084787A" w:rsidRPr="007346A5" w:rsidRDefault="003D6FFA">
      <w:pPr>
        <w:spacing w:after="0"/>
        <w:rPr>
          <w:lang w:val="it-IT"/>
        </w:rPr>
      </w:pPr>
      <w:r w:rsidRPr="007346A5">
        <w:rPr>
          <w:lang w:val="it-IT"/>
        </w:rPr>
        <w:t>Roma, ___/___/2026                                    Firma ______________________________</w:t>
      </w:r>
    </w:p>
    <w:p w14:paraId="550A4E95" w14:textId="77777777" w:rsidR="0084787A" w:rsidRPr="007346A5" w:rsidRDefault="0084787A">
      <w:pPr>
        <w:pageBreakBefore/>
        <w:rPr>
          <w:lang w:val="it-IT"/>
        </w:rPr>
      </w:pPr>
    </w:p>
    <w:p w14:paraId="07759428" w14:textId="77777777" w:rsidR="0084787A" w:rsidRPr="007346A5" w:rsidRDefault="003D6FFA">
      <w:pPr>
        <w:jc w:val="center"/>
        <w:rPr>
          <w:lang w:val="it-IT"/>
        </w:rPr>
      </w:pPr>
      <w:r w:rsidRPr="007346A5">
        <w:rPr>
          <w:b/>
          <w:sz w:val="26"/>
          <w:lang w:val="it-IT"/>
        </w:rPr>
        <w:t>ALLEGATO B - SCHEDA DI AUTOVALUTAZIONE</w:t>
      </w:r>
    </w:p>
    <w:p w14:paraId="44C176D5" w14:textId="77777777" w:rsidR="0084787A" w:rsidRPr="007346A5" w:rsidRDefault="003D6FFA">
      <w:pPr>
        <w:spacing w:after="100"/>
        <w:rPr>
          <w:lang w:val="it-IT"/>
        </w:rPr>
      </w:pPr>
      <w:r w:rsidRPr="007346A5">
        <w:rPr>
          <w:lang w:val="it-IT"/>
        </w:rPr>
        <w:t xml:space="preserve">Candidato/a _____________________________________     Profilo: ☐ </w:t>
      </w:r>
      <w:proofErr w:type="gramStart"/>
      <w:r w:rsidRPr="007346A5">
        <w:rPr>
          <w:lang w:val="it-IT"/>
        </w:rPr>
        <w:t>Esperto  ☐</w:t>
      </w:r>
      <w:proofErr w:type="gramEnd"/>
      <w:r w:rsidRPr="007346A5">
        <w:rPr>
          <w:lang w:val="it-IT"/>
        </w:rPr>
        <w:t xml:space="preserve"> Tutor</w:t>
      </w:r>
    </w:p>
    <w:p w14:paraId="4CF89AFA" w14:textId="77777777" w:rsidR="0084787A" w:rsidRPr="007346A5" w:rsidRDefault="003D6FFA">
      <w:pPr>
        <w:spacing w:after="100"/>
        <w:rPr>
          <w:lang w:val="it-IT"/>
        </w:rPr>
      </w:pPr>
      <w:r w:rsidRPr="007346A5">
        <w:rPr>
          <w:lang w:val="it-IT"/>
        </w:rPr>
        <w:t>Modulo/i richiesto/i: __________________________________________________________________________</w:t>
      </w:r>
    </w:p>
    <w:p w14:paraId="785E3B3D" w14:textId="77777777" w:rsidR="0084787A" w:rsidRDefault="003D6FFA">
      <w:pPr>
        <w:spacing w:after="40"/>
      </w:pPr>
      <w:r>
        <w:rPr>
          <w:b/>
          <w:sz w:val="21"/>
        </w:rPr>
        <w:t xml:space="preserve">Se </w:t>
      </w:r>
      <w:proofErr w:type="spellStart"/>
      <w:r>
        <w:rPr>
          <w:b/>
          <w:sz w:val="21"/>
        </w:rPr>
        <w:t>candidato</w:t>
      </w:r>
      <w:proofErr w:type="spellEnd"/>
      <w:r>
        <w:rPr>
          <w:b/>
          <w:sz w:val="21"/>
        </w:rPr>
        <w:t xml:space="preserve"> come ESPERTO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77"/>
        <w:gridCol w:w="2578"/>
        <w:gridCol w:w="2573"/>
        <w:gridCol w:w="2574"/>
      </w:tblGrid>
      <w:tr w:rsidR="0084787A" w14:paraId="41323801" w14:textId="77777777">
        <w:trPr>
          <w:cantSplit/>
          <w:tblHeader/>
          <w:jc w:val="center"/>
        </w:trPr>
        <w:tc>
          <w:tcPr>
            <w:tcW w:w="257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138BDE" w14:textId="77777777" w:rsidR="0084787A" w:rsidRDefault="003D6FFA">
            <w:pPr>
              <w:jc w:val="center"/>
            </w:pPr>
            <w:r>
              <w:rPr>
                <w:b/>
              </w:rPr>
              <w:t>Voce</w:t>
            </w:r>
          </w:p>
        </w:tc>
        <w:tc>
          <w:tcPr>
            <w:tcW w:w="257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E9B577" w14:textId="77777777" w:rsidR="0084787A" w:rsidRDefault="003D6FFA">
            <w:pPr>
              <w:jc w:val="center"/>
            </w:pPr>
            <w:proofErr w:type="spellStart"/>
            <w:r>
              <w:rPr>
                <w:b/>
              </w:rPr>
              <w:t>Criterio</w:t>
            </w:r>
            <w:proofErr w:type="spellEnd"/>
          </w:p>
        </w:tc>
        <w:tc>
          <w:tcPr>
            <w:tcW w:w="257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E36CB2" w14:textId="77777777" w:rsidR="0084787A" w:rsidRDefault="003D6FFA">
            <w:pPr>
              <w:jc w:val="center"/>
            </w:pPr>
            <w:r>
              <w:rPr>
                <w:b/>
              </w:rPr>
              <w:t>Max</w:t>
            </w:r>
          </w:p>
        </w:tc>
        <w:tc>
          <w:tcPr>
            <w:tcW w:w="257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1CDDA08" w14:textId="77777777" w:rsidR="0084787A" w:rsidRDefault="003D6FFA">
            <w:pPr>
              <w:jc w:val="center"/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dichiarato</w:t>
            </w:r>
            <w:proofErr w:type="spellEnd"/>
          </w:p>
        </w:tc>
      </w:tr>
      <w:tr w:rsidR="0084787A" w14:paraId="4FD2CA40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9B42B3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Titolo di studio/abilitazione coerente con il modulo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5A99AD" w14:textId="77777777" w:rsidR="0084787A" w:rsidRDefault="003D6FFA">
            <w:r w:rsidRPr="007346A5">
              <w:rPr>
                <w:lang w:val="it-IT"/>
              </w:rPr>
              <w:t xml:space="preserve">Laurea magistrale/specialistica o vecchio ordinamento: 10; laurea triennale: 7; diploma/abilitazione specifica: 5. </w:t>
            </w:r>
            <w:proofErr w:type="spellStart"/>
            <w:r>
              <w:t>Titoli</w:t>
            </w:r>
            <w:proofErr w:type="spellEnd"/>
            <w:r>
              <w:t xml:space="preserve"> non </w:t>
            </w:r>
            <w:proofErr w:type="spellStart"/>
            <w:r>
              <w:t>cumulabili</w:t>
            </w:r>
            <w:proofErr w:type="spellEnd"/>
            <w:r>
              <w:t>.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FC67B14" w14:textId="77777777" w:rsidR="0084787A" w:rsidRDefault="003D6FFA">
            <w:pPr>
              <w:jc w:val="center"/>
            </w:pPr>
            <w:r>
              <w:t>10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6CAA6C" w14:textId="77777777" w:rsidR="0084787A" w:rsidRDefault="0084787A"/>
        </w:tc>
      </w:tr>
      <w:tr w:rsidR="0084787A" w14:paraId="4E2909A0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4A5CAFF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Ulteriori titoli culturali, master, corsi di perfezionamento o formazione coerenti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6978FF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2 punti per titolo/corso documentato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5398BE" w14:textId="77777777" w:rsidR="0084787A" w:rsidRDefault="003D6FFA">
            <w:pPr>
              <w:jc w:val="center"/>
            </w:pPr>
            <w:r>
              <w:t>10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177D28" w14:textId="77777777" w:rsidR="0084787A" w:rsidRDefault="0084787A"/>
        </w:tc>
      </w:tr>
      <w:tr w:rsidR="0084787A" w14:paraId="29EECB90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630B68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Esperienza didattica/professionale o di formazione specifica nell’area del modulo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B944CF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2 punti per anno scolastico, incarico formativo o esperienza significativa e documentata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91A399" w14:textId="77777777" w:rsidR="0084787A" w:rsidRDefault="003D6FFA">
            <w:pPr>
              <w:jc w:val="center"/>
            </w:pPr>
            <w:r>
              <w:t>20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93DFBBA" w14:textId="77777777" w:rsidR="0084787A" w:rsidRDefault="0084787A"/>
        </w:tc>
      </w:tr>
      <w:tr w:rsidR="0084787A" w14:paraId="60C99B3B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04279B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Precedenti incarichi di Esperto in PON/PN/PNRR o progetti analoghi coerenti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704C69" w14:textId="77777777" w:rsidR="0084787A" w:rsidRDefault="003D6FFA">
            <w:r>
              <w:t xml:space="preserve">3 </w:t>
            </w:r>
            <w:proofErr w:type="spellStart"/>
            <w:r>
              <w:t>punti</w:t>
            </w:r>
            <w:proofErr w:type="spellEnd"/>
            <w:r>
              <w:t xml:space="preserve"> per </w:t>
            </w:r>
            <w:proofErr w:type="spellStart"/>
            <w:r>
              <w:t>incarico</w:t>
            </w:r>
            <w:proofErr w:type="spellEnd"/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302F96" w14:textId="77777777" w:rsidR="0084787A" w:rsidRDefault="003D6FFA">
            <w:pPr>
              <w:jc w:val="center"/>
            </w:pPr>
            <w:r>
              <w:t>15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9E665C" w14:textId="77777777" w:rsidR="0084787A" w:rsidRDefault="0084787A"/>
        </w:tc>
      </w:tr>
      <w:tr w:rsidR="0084787A" w14:paraId="6F5B6D89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1550F09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Altri incarichi in progetti finanziati (Tutor, referente, coordinatore, valutatore) coerenti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2E95A0" w14:textId="77777777" w:rsidR="0084787A" w:rsidRDefault="003D6FFA">
            <w:r>
              <w:t xml:space="preserve">1 punto per </w:t>
            </w:r>
            <w:proofErr w:type="spellStart"/>
            <w:r>
              <w:t>incarico</w:t>
            </w:r>
            <w:proofErr w:type="spellEnd"/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2EEE4C" w14:textId="77777777" w:rsidR="0084787A" w:rsidRDefault="003D6FFA">
            <w:pPr>
              <w:jc w:val="center"/>
            </w:pPr>
            <w:r>
              <w:t>5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78A4EA" w14:textId="77777777" w:rsidR="0084787A" w:rsidRDefault="0084787A"/>
        </w:tc>
      </w:tr>
      <w:tr w:rsidR="0084787A" w14:paraId="25BBB0B7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861A61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Certificazioni/competenze linguistiche, digitali o metodologiche pertinenti al modulo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AECD96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2 punti per certificazione/competenza documentata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D11BEDF" w14:textId="77777777" w:rsidR="0084787A" w:rsidRDefault="003D6FFA">
            <w:pPr>
              <w:jc w:val="center"/>
            </w:pPr>
            <w:r>
              <w:t>10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D44082" w14:textId="77777777" w:rsidR="0084787A" w:rsidRDefault="0084787A"/>
        </w:tc>
      </w:tr>
    </w:tbl>
    <w:p w14:paraId="2C772F21" w14:textId="77777777" w:rsidR="0084787A" w:rsidRDefault="003D6FFA">
      <w:pPr>
        <w:spacing w:after="40"/>
      </w:pPr>
      <w:r>
        <w:rPr>
          <w:b/>
          <w:sz w:val="21"/>
        </w:rPr>
        <w:t xml:space="preserve">Se </w:t>
      </w:r>
      <w:proofErr w:type="spellStart"/>
      <w:r>
        <w:rPr>
          <w:b/>
          <w:sz w:val="21"/>
        </w:rPr>
        <w:t>candidato</w:t>
      </w:r>
      <w:proofErr w:type="spellEnd"/>
      <w:r>
        <w:rPr>
          <w:b/>
          <w:sz w:val="21"/>
        </w:rPr>
        <w:t xml:space="preserve"> come TUTOR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2577"/>
        <w:gridCol w:w="2574"/>
        <w:gridCol w:w="2575"/>
      </w:tblGrid>
      <w:tr w:rsidR="0084787A" w14:paraId="1946C9CB" w14:textId="77777777">
        <w:trPr>
          <w:cantSplit/>
          <w:tblHeader/>
          <w:jc w:val="center"/>
        </w:trPr>
        <w:tc>
          <w:tcPr>
            <w:tcW w:w="257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57C5E0" w14:textId="77777777" w:rsidR="0084787A" w:rsidRDefault="003D6FFA">
            <w:pPr>
              <w:jc w:val="center"/>
            </w:pPr>
            <w:r>
              <w:rPr>
                <w:b/>
              </w:rPr>
              <w:t>Voce</w:t>
            </w:r>
          </w:p>
        </w:tc>
        <w:tc>
          <w:tcPr>
            <w:tcW w:w="257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94F07C2" w14:textId="77777777" w:rsidR="0084787A" w:rsidRDefault="003D6FFA">
            <w:pPr>
              <w:jc w:val="center"/>
            </w:pPr>
            <w:proofErr w:type="spellStart"/>
            <w:r>
              <w:rPr>
                <w:b/>
              </w:rPr>
              <w:t>Criterio</w:t>
            </w:r>
            <w:proofErr w:type="spellEnd"/>
          </w:p>
        </w:tc>
        <w:tc>
          <w:tcPr>
            <w:tcW w:w="257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7E947D0" w14:textId="77777777" w:rsidR="0084787A" w:rsidRDefault="003D6FFA">
            <w:pPr>
              <w:jc w:val="center"/>
            </w:pPr>
            <w:r>
              <w:rPr>
                <w:b/>
              </w:rPr>
              <w:t>Max</w:t>
            </w:r>
          </w:p>
        </w:tc>
        <w:tc>
          <w:tcPr>
            <w:tcW w:w="257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74C218" w14:textId="77777777" w:rsidR="0084787A" w:rsidRDefault="003D6FFA">
            <w:pPr>
              <w:jc w:val="center"/>
            </w:pPr>
            <w:proofErr w:type="spellStart"/>
            <w:r>
              <w:rPr>
                <w:b/>
              </w:rPr>
              <w:t>Punteggio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dichiarato</w:t>
            </w:r>
            <w:proofErr w:type="spellEnd"/>
          </w:p>
        </w:tc>
      </w:tr>
      <w:tr w:rsidR="0084787A" w14:paraId="3896B4E1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BB837A1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Anzianità di servizio nel ruolo/profilo docente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3AEEE1" w14:textId="77777777" w:rsidR="0084787A" w:rsidRDefault="003D6FFA">
            <w:r>
              <w:t xml:space="preserve">1 punto per anno </w:t>
            </w:r>
            <w:proofErr w:type="spellStart"/>
            <w:r>
              <w:t>scolastico</w:t>
            </w:r>
            <w:proofErr w:type="spellEnd"/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EB344F" w14:textId="77777777" w:rsidR="0084787A" w:rsidRDefault="003D6FFA">
            <w:pPr>
              <w:jc w:val="center"/>
            </w:pPr>
            <w:r>
              <w:t>10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429D3C" w14:textId="77777777" w:rsidR="0084787A" w:rsidRDefault="0084787A"/>
        </w:tc>
      </w:tr>
      <w:tr w:rsidR="0084787A" w14:paraId="7682FE8B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A5EA6B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Precedenti incarichi di Tutor in PON/PN/PNRR o progetti analoghi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1EB3B5" w14:textId="77777777" w:rsidR="0084787A" w:rsidRDefault="003D6FFA">
            <w:r>
              <w:t xml:space="preserve">3 </w:t>
            </w:r>
            <w:proofErr w:type="spellStart"/>
            <w:r>
              <w:t>punti</w:t>
            </w:r>
            <w:proofErr w:type="spellEnd"/>
            <w:r>
              <w:t xml:space="preserve"> per </w:t>
            </w:r>
            <w:proofErr w:type="spellStart"/>
            <w:r>
              <w:t>incarico</w:t>
            </w:r>
            <w:proofErr w:type="spellEnd"/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E1005F" w14:textId="77777777" w:rsidR="0084787A" w:rsidRDefault="003D6FFA">
            <w:pPr>
              <w:jc w:val="center"/>
            </w:pPr>
            <w:r>
              <w:t>15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D7F948" w14:textId="77777777" w:rsidR="0084787A" w:rsidRDefault="0084787A"/>
        </w:tc>
      </w:tr>
      <w:tr w:rsidR="0084787A" w14:paraId="45B16B4F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6C0DF7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Incarichi organizzativi nella scuola (funzione strumentale, referente, coordinatore, animatore/team digitale o equivalenti)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606CC3" w14:textId="77777777" w:rsidR="0084787A" w:rsidRDefault="003D6FFA">
            <w:r>
              <w:t xml:space="preserve">2 </w:t>
            </w:r>
            <w:proofErr w:type="spellStart"/>
            <w:r>
              <w:t>punti</w:t>
            </w:r>
            <w:proofErr w:type="spellEnd"/>
            <w:r>
              <w:t xml:space="preserve"> per </w:t>
            </w:r>
            <w:proofErr w:type="spellStart"/>
            <w:r>
              <w:t>incaricoannuale</w:t>
            </w:r>
            <w:proofErr w:type="spellEnd"/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3938E1" w14:textId="77777777" w:rsidR="0084787A" w:rsidRDefault="003D6FFA">
            <w:pPr>
              <w:jc w:val="center"/>
            </w:pPr>
            <w:r>
              <w:t>10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247C084" w14:textId="77777777" w:rsidR="0084787A" w:rsidRDefault="0084787A"/>
        </w:tc>
      </w:tr>
      <w:tr w:rsidR="0084787A" w14:paraId="215B71CC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6E8A25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Esperienza nell’utilizzo di piattaforme per progetti finanziati / monitoraggio didattico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B67C1E" w14:textId="77777777" w:rsidR="0084787A" w:rsidRDefault="003D6FFA">
            <w:r>
              <w:t xml:space="preserve">2 </w:t>
            </w:r>
            <w:proofErr w:type="spellStart"/>
            <w:r>
              <w:t>punti</w:t>
            </w:r>
            <w:proofErr w:type="spellEnd"/>
            <w:r>
              <w:t xml:space="preserve"> per </w:t>
            </w:r>
            <w:proofErr w:type="spellStart"/>
            <w:r>
              <w:t>esperienzadocumentata</w:t>
            </w:r>
            <w:proofErr w:type="spellEnd"/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4C45A19" w14:textId="77777777" w:rsidR="0084787A" w:rsidRDefault="003D6FFA">
            <w:pPr>
              <w:jc w:val="center"/>
            </w:pPr>
            <w:r>
              <w:t>10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C14AB2" w14:textId="77777777" w:rsidR="0084787A" w:rsidRDefault="0084787A"/>
        </w:tc>
      </w:tr>
      <w:tr w:rsidR="0084787A" w14:paraId="39F0D8D4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295E80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Certificazioni o competenze digitali documentate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1B2199" w14:textId="77777777" w:rsidR="0084787A" w:rsidRDefault="003D6FFA">
            <w:r>
              <w:t xml:space="preserve">2 </w:t>
            </w:r>
            <w:proofErr w:type="spellStart"/>
            <w:r>
              <w:t>punti</w:t>
            </w:r>
            <w:proofErr w:type="spellEnd"/>
            <w:r>
              <w:t xml:space="preserve"> per </w:t>
            </w:r>
            <w:proofErr w:type="spellStart"/>
            <w:r>
              <w:t>titolo</w:t>
            </w:r>
            <w:proofErr w:type="spellEnd"/>
            <w:r>
              <w:t>/</w:t>
            </w:r>
            <w:proofErr w:type="spellStart"/>
            <w:r>
              <w:t>certificazione</w:t>
            </w:r>
            <w:proofErr w:type="spellEnd"/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E4E744" w14:textId="77777777" w:rsidR="0084787A" w:rsidRDefault="003D6FFA">
            <w:pPr>
              <w:jc w:val="center"/>
            </w:pPr>
            <w:r>
              <w:t>10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88D8C5" w14:textId="77777777" w:rsidR="0084787A" w:rsidRDefault="0084787A"/>
        </w:tc>
      </w:tr>
      <w:tr w:rsidR="0084787A" w14:paraId="0FCAB783" w14:textId="77777777">
        <w:trPr>
          <w:cantSplit/>
          <w:jc w:val="center"/>
        </w:trPr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BB1FFE" w14:textId="77777777" w:rsidR="0084787A" w:rsidRPr="007346A5" w:rsidRDefault="003D6FFA">
            <w:pPr>
              <w:rPr>
                <w:lang w:val="it-IT"/>
              </w:rPr>
            </w:pPr>
            <w:r w:rsidRPr="007346A5">
              <w:rPr>
                <w:lang w:val="it-IT"/>
              </w:rPr>
              <w:t>Corsi di formazione coerenti con il modulo o con la gestione di gruppi/progetti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C75175" w14:textId="77777777" w:rsidR="0084787A" w:rsidRDefault="003D6FFA">
            <w:r>
              <w:t xml:space="preserve">1 punto per </w:t>
            </w:r>
            <w:proofErr w:type="spellStart"/>
            <w:r>
              <w:t>corsodocumentato</w:t>
            </w:r>
            <w:proofErr w:type="spellEnd"/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8CA47C" w14:textId="77777777" w:rsidR="0084787A" w:rsidRDefault="003D6FFA">
            <w:pPr>
              <w:jc w:val="center"/>
            </w:pPr>
            <w:r>
              <w:t>5</w:t>
            </w:r>
          </w:p>
        </w:tc>
        <w:tc>
          <w:tcPr>
            <w:tcW w:w="257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8EFE9E" w14:textId="77777777" w:rsidR="0084787A" w:rsidRDefault="0084787A"/>
        </w:tc>
      </w:tr>
    </w:tbl>
    <w:p w14:paraId="6EEED455" w14:textId="77777777" w:rsidR="0084787A" w:rsidRPr="007346A5" w:rsidRDefault="003D6FFA">
      <w:pPr>
        <w:spacing w:after="120"/>
        <w:rPr>
          <w:lang w:val="it-IT"/>
        </w:rPr>
      </w:pPr>
      <w:r w:rsidRPr="007346A5">
        <w:rPr>
          <w:lang w:val="it-IT"/>
        </w:rPr>
        <w:t>Il/La sottoscritto/a dichiara che i titoli e le esperienze indicati sono riscontrabili nel curriculum vitae allegato.</w:t>
      </w:r>
    </w:p>
    <w:p w14:paraId="5B54C67A" w14:textId="77777777" w:rsidR="0084787A" w:rsidRDefault="003D6FFA">
      <w:pPr>
        <w:spacing w:after="0"/>
      </w:pPr>
      <w:r>
        <w:t xml:space="preserve">Roma, ___/___/2026                                    </w:t>
      </w:r>
      <w:proofErr w:type="spellStart"/>
      <w:r>
        <w:t>Firma</w:t>
      </w:r>
      <w:proofErr w:type="spellEnd"/>
      <w:r>
        <w:t xml:space="preserve"> ______________________________</w:t>
      </w:r>
    </w:p>
    <w:sectPr w:rsidR="0084787A" w:rsidSect="00034616">
      <w:headerReference w:type="default" r:id="rId8"/>
      <w:pgSz w:w="12240" w:h="15840"/>
      <w:pgMar w:top="822" w:right="964" w:bottom="822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6C3C6" w14:textId="77777777" w:rsidR="00576AD4" w:rsidRDefault="00576AD4">
      <w:pPr>
        <w:spacing w:after="0" w:line="240" w:lineRule="auto"/>
      </w:pPr>
      <w:r>
        <w:separator/>
      </w:r>
    </w:p>
  </w:endnote>
  <w:endnote w:type="continuationSeparator" w:id="0">
    <w:p w14:paraId="10353348" w14:textId="77777777" w:rsidR="00576AD4" w:rsidRDefault="00576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8EC24" w14:textId="77777777" w:rsidR="00576AD4" w:rsidRDefault="00576AD4">
      <w:pPr>
        <w:spacing w:after="0" w:line="240" w:lineRule="auto"/>
      </w:pPr>
      <w:r>
        <w:separator/>
      </w:r>
    </w:p>
  </w:footnote>
  <w:footnote w:type="continuationSeparator" w:id="0">
    <w:p w14:paraId="1C632692" w14:textId="77777777" w:rsidR="00576AD4" w:rsidRDefault="00576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0AB3" w14:textId="77777777" w:rsidR="003E3E25" w:rsidRDefault="003E3E25">
    <w:pPr>
      <w:pStyle w:val="Intestazione"/>
      <w:rPr>
        <w:noProof/>
        <w:lang w:val="it-IT" w:eastAsia="it-IT"/>
      </w:rPr>
    </w:pPr>
  </w:p>
  <w:p w14:paraId="63676C3D" w14:textId="77777777" w:rsidR="003E3E25" w:rsidRDefault="003E3E25">
    <w:pPr>
      <w:pStyle w:val="Intestazione"/>
      <w:rPr>
        <w:noProof/>
        <w:lang w:val="it-IT" w:eastAsia="it-IT"/>
      </w:rPr>
    </w:pPr>
  </w:p>
  <w:p w14:paraId="11B039B4" w14:textId="77777777" w:rsidR="003E3E25" w:rsidRDefault="003E3E25">
    <w:pPr>
      <w:pStyle w:val="Intestazione"/>
      <w:rPr>
        <w:noProof/>
        <w:lang w:val="it-IT" w:eastAsia="it-IT"/>
      </w:rPr>
    </w:pPr>
  </w:p>
  <w:p w14:paraId="30A26431" w14:textId="77777777" w:rsidR="003E3E25" w:rsidRDefault="003E3E25">
    <w:pPr>
      <w:pStyle w:val="Intestazione"/>
      <w:rPr>
        <w:noProof/>
        <w:lang w:val="it-IT" w:eastAsia="it-IT"/>
      </w:rPr>
    </w:pPr>
    <w:r w:rsidRPr="003E3E25">
      <w:rPr>
        <w:noProof/>
        <w:lang w:val="it-IT" w:eastAsia="it-IT"/>
      </w:rPr>
      <w:drawing>
        <wp:inline distT="0" distB="0" distL="0" distR="0" wp14:anchorId="0C5D668A" wp14:editId="763385C9">
          <wp:extent cx="6548120" cy="516589"/>
          <wp:effectExtent l="19050" t="0" r="508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8120" cy="5165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0EA6F4F" w14:textId="77777777" w:rsidR="003E3E25" w:rsidRDefault="003E3E25">
    <w:pPr>
      <w:pStyle w:val="Intestazione"/>
      <w:rPr>
        <w:noProof/>
        <w:lang w:val="it-IT" w:eastAsia="it-IT"/>
      </w:rPr>
    </w:pPr>
  </w:p>
  <w:p w14:paraId="1CBD1CCB" w14:textId="77777777" w:rsidR="003E3E25" w:rsidRDefault="003E3E25">
    <w:pPr>
      <w:pStyle w:val="Intestazione"/>
      <w:rPr>
        <w:noProof/>
        <w:lang w:val="it-IT" w:eastAsia="it-IT"/>
      </w:rPr>
    </w:pPr>
  </w:p>
  <w:p w14:paraId="1E064B39" w14:textId="6250369C" w:rsidR="0084787A" w:rsidRDefault="0084787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2680787">
    <w:abstractNumId w:val="8"/>
  </w:num>
  <w:num w:numId="2" w16cid:durableId="1657033756">
    <w:abstractNumId w:val="6"/>
  </w:num>
  <w:num w:numId="3" w16cid:durableId="1225292492">
    <w:abstractNumId w:val="5"/>
  </w:num>
  <w:num w:numId="4" w16cid:durableId="1995405120">
    <w:abstractNumId w:val="4"/>
  </w:num>
  <w:num w:numId="5" w16cid:durableId="181404920">
    <w:abstractNumId w:val="7"/>
  </w:num>
  <w:num w:numId="6" w16cid:durableId="933052366">
    <w:abstractNumId w:val="3"/>
  </w:num>
  <w:num w:numId="7" w16cid:durableId="77796100">
    <w:abstractNumId w:val="2"/>
  </w:num>
  <w:num w:numId="8" w16cid:durableId="290598922">
    <w:abstractNumId w:val="1"/>
  </w:num>
  <w:num w:numId="9" w16cid:durableId="25863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D8F"/>
    <w:rsid w:val="0029639D"/>
    <w:rsid w:val="002A062E"/>
    <w:rsid w:val="002D0DC4"/>
    <w:rsid w:val="002E2D97"/>
    <w:rsid w:val="00326F90"/>
    <w:rsid w:val="00342AFE"/>
    <w:rsid w:val="00361D59"/>
    <w:rsid w:val="003D6FFA"/>
    <w:rsid w:val="003E3E25"/>
    <w:rsid w:val="00530FE3"/>
    <w:rsid w:val="00576AD4"/>
    <w:rsid w:val="005A074F"/>
    <w:rsid w:val="00620A63"/>
    <w:rsid w:val="00655298"/>
    <w:rsid w:val="00676890"/>
    <w:rsid w:val="007346A5"/>
    <w:rsid w:val="0084787A"/>
    <w:rsid w:val="00A0317B"/>
    <w:rsid w:val="00AA1D8D"/>
    <w:rsid w:val="00B041ED"/>
    <w:rsid w:val="00B47730"/>
    <w:rsid w:val="00BF5C5C"/>
    <w:rsid w:val="00CB0664"/>
    <w:rsid w:val="00FA31C9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400A36"/>
  <w15:docId w15:val="{83E55E46-295E-4B02-814C-FA45CBD80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7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3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3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Carmine Marrone</cp:lastModifiedBy>
  <cp:revision>2</cp:revision>
  <dcterms:created xsi:type="dcterms:W3CDTF">2026-09-01T11:51:00Z</dcterms:created>
  <dcterms:modified xsi:type="dcterms:W3CDTF">2026-09-01T11:51:00Z</dcterms:modified>
  <cp:category/>
</cp:coreProperties>
</file>