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9360"/>
      </w:tblGrid>
      <w:tr w:rsidR="007272CB" w:rsidRPr="007272CB" w14:paraId="00630967" w14:textId="77777777" w:rsidTr="007272CB">
        <w:trPr>
          <w:jc w:val="center"/>
        </w:trPr>
        <w:tc>
          <w:tcPr>
            <w:tcW w:w="9360" w:type="dxa"/>
            <w:tcMar>
              <w:top w:w="140" w:type="dxa"/>
              <w:left w:w="200" w:type="dxa"/>
              <w:bottom w:w="140" w:type="dxa"/>
              <w:right w:w="200" w:type="dxa"/>
            </w:tcMar>
          </w:tcPr>
          <w:p w14:paraId="3C3961A0" w14:textId="77777777" w:rsidR="00F54A4E" w:rsidRPr="007272CB" w:rsidRDefault="0039390D">
            <w:pPr>
              <w:spacing w:after="0"/>
              <w:jc w:val="center"/>
              <w:rPr>
                <w:color w:val="auto"/>
              </w:rPr>
            </w:pPr>
            <w:r w:rsidRPr="007272CB">
              <w:rPr>
                <w:b/>
                <w:color w:val="auto"/>
                <w:sz w:val="24"/>
              </w:rPr>
              <w:t>ALLEGATO A – ISTANZA DI PARTECIPAZIONE</w:t>
            </w:r>
            <w:r w:rsidRPr="007272CB">
              <w:rPr>
                <w:b/>
                <w:color w:val="auto"/>
                <w:sz w:val="24"/>
              </w:rPr>
              <w:br/>
              <w:t>SELEZIONE FORMATORI / ESPERTI INTERNI – A.S. 2026/2027</w:t>
            </w:r>
          </w:p>
        </w:tc>
      </w:tr>
    </w:tbl>
    <w:p w14:paraId="726C5276" w14:textId="77777777" w:rsidR="00F54A4E" w:rsidRPr="007272CB" w:rsidRDefault="00F54A4E">
      <w:pPr>
        <w:rPr>
          <w:color w:val="auto"/>
        </w:rPr>
      </w:pPr>
    </w:p>
    <w:p w14:paraId="40A472DA" w14:textId="77777777" w:rsidR="00F54A4E" w:rsidRPr="007272CB" w:rsidRDefault="0039390D" w:rsidP="0039390D">
      <w:pPr>
        <w:ind w:left="5040"/>
        <w:rPr>
          <w:color w:val="auto"/>
        </w:rPr>
      </w:pPr>
      <w:r w:rsidRPr="007272CB">
        <w:rPr>
          <w:b/>
          <w:color w:val="auto"/>
        </w:rPr>
        <w:t>Al Dirigente Scolastico</w:t>
      </w:r>
      <w:r w:rsidRPr="007272CB">
        <w:rPr>
          <w:b/>
          <w:color w:val="auto"/>
        </w:rPr>
        <w:br/>
      </w:r>
      <w:r w:rsidRPr="007272CB">
        <w:rPr>
          <w:color w:val="auto"/>
        </w:rPr>
        <w:t>Dott.ssa Roberta Villani</w:t>
      </w:r>
      <w:r w:rsidRPr="007272CB">
        <w:rPr>
          <w:color w:val="auto"/>
        </w:rPr>
        <w:br/>
        <w:t>I.C. Statale “Parco degli Acquedotti” – ROMA</w:t>
      </w:r>
      <w:r w:rsidRPr="007272CB">
        <w:rPr>
          <w:color w:val="auto"/>
        </w:rPr>
        <w:br/>
      </w:r>
      <w:r w:rsidRPr="007272CB">
        <w:rPr>
          <w:color w:val="auto"/>
        </w:rPr>
        <w:br/>
      </w:r>
    </w:p>
    <w:p w14:paraId="7FD6F254" w14:textId="77777777" w:rsidR="00F54A4E" w:rsidRPr="007272CB" w:rsidRDefault="0039390D" w:rsidP="0039390D">
      <w:pPr>
        <w:jc w:val="both"/>
        <w:rPr>
          <w:color w:val="auto"/>
        </w:rPr>
      </w:pPr>
      <w:r w:rsidRPr="007272CB">
        <w:rPr>
          <w:b/>
          <w:color w:val="auto"/>
        </w:rPr>
        <w:t>OGGETTO: Istanza di partecipazione alla procedura di selezione per il conferimento di incarichi di ESPERTO FORMATORE al personale interno – Progetto “SCUOLE APERTE IL POMERIGGIO, LA SERA, NEI WEEKEND” – Seconda Annualità A.S. 2026/2027.</w:t>
      </w:r>
    </w:p>
    <w:p w14:paraId="741B7840" w14:textId="77777777" w:rsidR="00F54A4E" w:rsidRPr="007272CB" w:rsidRDefault="00F54A4E">
      <w:pPr>
        <w:rPr>
          <w:color w:val="auto"/>
        </w:rPr>
      </w:pPr>
    </w:p>
    <w:p w14:paraId="5CE11347" w14:textId="77777777" w:rsidR="00F54A4E" w:rsidRPr="007272CB" w:rsidRDefault="0039390D">
      <w:pPr>
        <w:spacing w:after="60"/>
        <w:rPr>
          <w:color w:val="auto"/>
        </w:rPr>
      </w:pPr>
      <w:r w:rsidRPr="007272CB">
        <w:rPr>
          <w:color w:val="auto"/>
        </w:rPr>
        <w:t>Il/La sottoscritto/a _____________________________________________________________________</w:t>
      </w:r>
    </w:p>
    <w:p w14:paraId="41AD7784" w14:textId="77777777" w:rsidR="00F54A4E" w:rsidRPr="007272CB" w:rsidRDefault="0039390D">
      <w:pPr>
        <w:spacing w:after="60"/>
        <w:rPr>
          <w:color w:val="auto"/>
        </w:rPr>
      </w:pPr>
      <w:r w:rsidRPr="007272CB">
        <w:rPr>
          <w:color w:val="auto"/>
        </w:rPr>
        <w:t>nato/a a ____________________________________________ il ____/____/________</w:t>
      </w:r>
    </w:p>
    <w:p w14:paraId="36CECBEF" w14:textId="77777777" w:rsidR="00F54A4E" w:rsidRPr="007272CB" w:rsidRDefault="0039390D">
      <w:pPr>
        <w:spacing w:after="60"/>
        <w:rPr>
          <w:color w:val="auto"/>
        </w:rPr>
      </w:pPr>
      <w:r w:rsidRPr="007272CB">
        <w:rPr>
          <w:color w:val="auto"/>
        </w:rPr>
        <w:t>Codice Fiscale |__|__|__|__|__|__|__|__|__|__|__|__|__|__|__|__|</w:t>
      </w:r>
    </w:p>
    <w:p w14:paraId="36726684" w14:textId="77777777" w:rsidR="00F54A4E" w:rsidRPr="007272CB" w:rsidRDefault="0039390D">
      <w:pPr>
        <w:spacing w:after="60"/>
        <w:rPr>
          <w:color w:val="auto"/>
        </w:rPr>
      </w:pPr>
      <w:r w:rsidRPr="007272CB">
        <w:rPr>
          <w:color w:val="auto"/>
        </w:rPr>
        <w:t>residente a _________________________________ Prov. (____) C.A.P. _____________</w:t>
      </w:r>
    </w:p>
    <w:p w14:paraId="5DD3B5DC" w14:textId="77777777" w:rsidR="00F54A4E" w:rsidRPr="007272CB" w:rsidRDefault="0039390D">
      <w:pPr>
        <w:spacing w:after="60"/>
        <w:rPr>
          <w:color w:val="auto"/>
        </w:rPr>
      </w:pPr>
      <w:r w:rsidRPr="007272CB">
        <w:rPr>
          <w:color w:val="auto"/>
        </w:rPr>
        <w:t>in via/piazza ____________________________________________________ n. _________</w:t>
      </w:r>
    </w:p>
    <w:p w14:paraId="1DF4A5F2" w14:textId="77777777" w:rsidR="00F54A4E" w:rsidRPr="007272CB" w:rsidRDefault="0039390D">
      <w:pPr>
        <w:spacing w:after="60"/>
        <w:rPr>
          <w:color w:val="auto"/>
        </w:rPr>
      </w:pPr>
      <w:r w:rsidRPr="007272CB">
        <w:rPr>
          <w:color w:val="auto"/>
        </w:rPr>
        <w:t>recapito tel. _______________________ cellulare _______________________________</w:t>
      </w:r>
    </w:p>
    <w:p w14:paraId="4D8EF367" w14:textId="77777777" w:rsidR="00F54A4E" w:rsidRPr="007272CB" w:rsidRDefault="0039390D">
      <w:pPr>
        <w:spacing w:after="60"/>
        <w:rPr>
          <w:color w:val="auto"/>
        </w:rPr>
      </w:pPr>
      <w:r w:rsidRPr="007272CB">
        <w:rPr>
          <w:color w:val="auto"/>
        </w:rPr>
        <w:t>indirizzo e-mail ____________________________________ PEC ______________________</w:t>
      </w:r>
    </w:p>
    <w:p w14:paraId="001CA2FE" w14:textId="77777777" w:rsidR="00F54A4E" w:rsidRPr="007272CB" w:rsidRDefault="0039390D">
      <w:pPr>
        <w:spacing w:after="60"/>
        <w:rPr>
          <w:color w:val="auto"/>
        </w:rPr>
      </w:pPr>
      <w:r w:rsidRPr="007272CB">
        <w:rPr>
          <w:color w:val="auto"/>
        </w:rPr>
        <w:t>in servizio presso codesta Istituzione Scolastica con la qualifica di ___________________________</w:t>
      </w:r>
    </w:p>
    <w:p w14:paraId="65A5A551" w14:textId="77777777" w:rsidR="00F54A4E" w:rsidRPr="007272CB" w:rsidRDefault="00F54A4E">
      <w:pPr>
        <w:rPr>
          <w:color w:val="auto"/>
        </w:rPr>
      </w:pPr>
    </w:p>
    <w:p w14:paraId="1EC3F35D" w14:textId="77777777" w:rsidR="00F54A4E" w:rsidRDefault="0039390D">
      <w:pPr>
        <w:jc w:val="center"/>
        <w:rPr>
          <w:b/>
          <w:color w:val="auto"/>
          <w:sz w:val="24"/>
        </w:rPr>
      </w:pPr>
      <w:r w:rsidRPr="007272CB">
        <w:rPr>
          <w:b/>
          <w:color w:val="auto"/>
          <w:sz w:val="24"/>
        </w:rPr>
        <w:t>CHIEDE</w:t>
      </w:r>
    </w:p>
    <w:p w14:paraId="60699CA0" w14:textId="77777777" w:rsidR="007272CB" w:rsidRPr="007272CB" w:rsidRDefault="007272CB">
      <w:pPr>
        <w:jc w:val="center"/>
        <w:rPr>
          <w:color w:val="auto"/>
        </w:rPr>
      </w:pPr>
    </w:p>
    <w:p w14:paraId="5E5BFDF7" w14:textId="77777777" w:rsidR="00F54A4E" w:rsidRDefault="0039390D">
      <w:pPr>
        <w:rPr>
          <w:color w:val="auto"/>
        </w:rPr>
      </w:pPr>
      <w:r w:rsidRPr="007272CB">
        <w:rPr>
          <w:color w:val="auto"/>
        </w:rPr>
        <w:t xml:space="preserve">Di partecipare alla selezione comparativa per l’attribuzione dell’incarico di ESPERTO FORMATORE nell’ambito del progetto indicato in epigrafe per il/i seguente/i modulo/i (barrare la </w:t>
      </w:r>
      <w:proofErr w:type="spellStart"/>
      <w:r w:rsidRPr="007272CB">
        <w:rPr>
          <w:color w:val="auto"/>
        </w:rPr>
        <w:t>casella</w:t>
      </w:r>
      <w:proofErr w:type="spellEnd"/>
      <w:r w:rsidRPr="007272CB">
        <w:rPr>
          <w:color w:val="auto"/>
        </w:rPr>
        <w:t xml:space="preserve"> di interesse):</w:t>
      </w:r>
    </w:p>
    <w:p w14:paraId="584E32D0" w14:textId="77777777" w:rsidR="007272CB" w:rsidRPr="007272CB" w:rsidRDefault="007272CB">
      <w:pPr>
        <w:rPr>
          <w:color w:val="auto"/>
        </w:rPr>
      </w:pPr>
    </w:p>
    <w:p w14:paraId="0A2ADC01"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1 - Laboratorio inglese infanzia (20 ore)</w:t>
      </w:r>
    </w:p>
    <w:p w14:paraId="2946BBBA"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2 - Laboratorio pittura primaria (20 ore)</w:t>
      </w:r>
    </w:p>
    <w:p w14:paraId="199C8C3D"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3 - Laboratorio musica primaria (20 ore)</w:t>
      </w:r>
    </w:p>
    <w:p w14:paraId="25BCC672"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4 - Laboratorio inglese primaria (20 ore)</w:t>
      </w:r>
    </w:p>
    <w:p w14:paraId="5615C56D"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5 - Laboratorio inglese primaria 1 (20 ore)</w:t>
      </w:r>
    </w:p>
    <w:p w14:paraId="1C43C16A" w14:textId="77777777"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Mod. 6 - Laboratorio inglese primaria 2 (20 ore)</w:t>
      </w:r>
    </w:p>
    <w:p w14:paraId="59079092" w14:textId="58239901"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 xml:space="preserve">Mod. </w:t>
      </w:r>
      <w:r w:rsidR="007272CB">
        <w:rPr>
          <w:color w:val="auto"/>
        </w:rPr>
        <w:t>7</w:t>
      </w:r>
      <w:r w:rsidRPr="007272CB">
        <w:rPr>
          <w:color w:val="auto"/>
        </w:rPr>
        <w:t xml:space="preserve"> - Laboratorio Teatro primaria (20 ore)</w:t>
      </w:r>
    </w:p>
    <w:p w14:paraId="124229AD" w14:textId="3574DC8B" w:rsidR="00F54A4E" w:rsidRPr="007272CB" w:rsidRDefault="0039390D">
      <w:pPr>
        <w:spacing w:after="40"/>
        <w:rPr>
          <w:color w:val="auto"/>
        </w:rPr>
      </w:pPr>
      <w:proofErr w:type="gramStart"/>
      <w:r w:rsidRPr="007272CB">
        <w:rPr>
          <w:b/>
          <w:color w:val="auto"/>
        </w:rPr>
        <w:t>[  ]</w:t>
      </w:r>
      <w:proofErr w:type="gramEnd"/>
      <w:r w:rsidRPr="007272CB">
        <w:rPr>
          <w:b/>
          <w:color w:val="auto"/>
        </w:rPr>
        <w:t xml:space="preserve">  </w:t>
      </w:r>
      <w:r w:rsidRPr="007272CB">
        <w:rPr>
          <w:color w:val="auto"/>
        </w:rPr>
        <w:t xml:space="preserve">Mod. </w:t>
      </w:r>
      <w:r w:rsidR="007272CB">
        <w:rPr>
          <w:color w:val="auto"/>
        </w:rPr>
        <w:t>8</w:t>
      </w:r>
      <w:r w:rsidRPr="007272CB">
        <w:rPr>
          <w:color w:val="auto"/>
        </w:rPr>
        <w:t xml:space="preserve"> - Laboratorio STEM primaria (20 ore)</w:t>
      </w:r>
    </w:p>
    <w:p w14:paraId="7BA23598" w14:textId="77777777" w:rsidR="00F54A4E" w:rsidRPr="007272CB" w:rsidRDefault="00F54A4E">
      <w:pPr>
        <w:rPr>
          <w:color w:val="auto"/>
        </w:rPr>
      </w:pPr>
    </w:p>
    <w:p w14:paraId="18EEFD56" w14:textId="77777777" w:rsidR="00F54A4E" w:rsidRPr="007272CB" w:rsidRDefault="0039390D">
      <w:pPr>
        <w:jc w:val="center"/>
        <w:rPr>
          <w:color w:val="auto"/>
        </w:rPr>
      </w:pPr>
      <w:r w:rsidRPr="007272CB">
        <w:rPr>
          <w:b/>
          <w:color w:val="auto"/>
          <w:sz w:val="24"/>
        </w:rPr>
        <w:lastRenderedPageBreak/>
        <w:t>DICHIARA</w:t>
      </w:r>
    </w:p>
    <w:p w14:paraId="23797C20" w14:textId="77777777" w:rsidR="00F54A4E" w:rsidRPr="007272CB" w:rsidRDefault="0039390D">
      <w:pPr>
        <w:rPr>
          <w:color w:val="auto"/>
        </w:rPr>
      </w:pPr>
      <w:r w:rsidRPr="007272CB">
        <w:rPr>
          <w:color w:val="auto"/>
        </w:rPr>
        <w:t>A tal fine, consapevole che la falsità in atti e le dichiarazioni mendaci sono punite ai sensi del codice penale e delle leggi speciali vigenti in materia e che, laddove dovesse emergere la non veridicità di quanto qui dichiarato, si avrà la decadenza dai benefici eventualmente ottenuti ai sensi dell’art. 75 del d.P.R. n. 445 del 28 dicembre 2000, ai sensi e per gli effetti di cui agli artt. 46 e 47 del medesimo d.P.R., dichiara sotto la propria responsabilità:</w:t>
      </w:r>
    </w:p>
    <w:p w14:paraId="069B8DBA" w14:textId="77777777" w:rsidR="00F54A4E" w:rsidRPr="007272CB" w:rsidRDefault="0039390D">
      <w:pPr>
        <w:spacing w:after="60"/>
        <w:rPr>
          <w:color w:val="auto"/>
        </w:rPr>
      </w:pPr>
      <w:r w:rsidRPr="007272CB">
        <w:rPr>
          <w:b/>
          <w:color w:val="auto"/>
        </w:rPr>
        <w:t xml:space="preserve">• </w:t>
      </w:r>
      <w:r w:rsidRPr="007272CB">
        <w:rPr>
          <w:color w:val="auto"/>
        </w:rPr>
        <w:t>di aver preso visione delle condizioni previste dall’Avviso di selezione e di accettarle integralmente;</w:t>
      </w:r>
    </w:p>
    <w:p w14:paraId="1898D198" w14:textId="77777777" w:rsidR="00F54A4E" w:rsidRPr="007272CB" w:rsidRDefault="0039390D">
      <w:pPr>
        <w:spacing w:after="60"/>
        <w:rPr>
          <w:color w:val="auto"/>
        </w:rPr>
      </w:pPr>
      <w:r w:rsidRPr="007272CB">
        <w:rPr>
          <w:b/>
          <w:color w:val="auto"/>
        </w:rPr>
        <w:t xml:space="preserve">• </w:t>
      </w:r>
      <w:r w:rsidRPr="007272CB">
        <w:rPr>
          <w:color w:val="auto"/>
        </w:rPr>
        <w:t>di essere in godimento dei diritti civili e politici;</w:t>
      </w:r>
    </w:p>
    <w:p w14:paraId="39AD7076" w14:textId="77777777" w:rsidR="00F54A4E" w:rsidRPr="007272CB" w:rsidRDefault="0039390D">
      <w:pPr>
        <w:spacing w:after="60"/>
        <w:rPr>
          <w:color w:val="auto"/>
        </w:rPr>
      </w:pPr>
      <w:r w:rsidRPr="007272CB">
        <w:rPr>
          <w:b/>
          <w:color w:val="auto"/>
        </w:rPr>
        <w:t xml:space="preserve">• </w:t>
      </w:r>
      <w:r w:rsidRPr="007272CB">
        <w:rPr>
          <w:color w:val="auto"/>
        </w:rPr>
        <w:t>di non aver riportato condanne penali e di non avere procedimenti penali pendenti (in caso contrario indicare i provvedimenti/procedimenti: _________________________________________________);</w:t>
      </w:r>
    </w:p>
    <w:p w14:paraId="4DC03A34" w14:textId="77777777" w:rsidR="00F54A4E" w:rsidRPr="007272CB" w:rsidRDefault="0039390D">
      <w:pPr>
        <w:spacing w:after="60"/>
        <w:rPr>
          <w:color w:val="auto"/>
        </w:rPr>
      </w:pPr>
      <w:r w:rsidRPr="007272CB">
        <w:rPr>
          <w:b/>
          <w:color w:val="auto"/>
        </w:rPr>
        <w:t xml:space="preserve">• </w:t>
      </w:r>
      <w:r w:rsidRPr="007272CB">
        <w:rPr>
          <w:color w:val="auto"/>
        </w:rPr>
        <w:t>di non trovarsi in alcuna delle condizioni di incompatibilità o conflitto di interessi con l’incarico previsto;</w:t>
      </w:r>
    </w:p>
    <w:p w14:paraId="6285C6D6" w14:textId="77777777" w:rsidR="00F54A4E" w:rsidRPr="007272CB" w:rsidRDefault="0039390D">
      <w:pPr>
        <w:spacing w:after="60"/>
        <w:rPr>
          <w:color w:val="auto"/>
        </w:rPr>
      </w:pPr>
      <w:r w:rsidRPr="007272CB">
        <w:rPr>
          <w:b/>
          <w:color w:val="auto"/>
        </w:rPr>
        <w:t xml:space="preserve">• </w:t>
      </w:r>
      <w:r w:rsidRPr="007272CB">
        <w:rPr>
          <w:color w:val="auto"/>
        </w:rPr>
        <w:t>di impegnarsi a documentare puntualmente tutta l’attività svolta e a compilare i registri e la documentazione richiesta;</w:t>
      </w:r>
    </w:p>
    <w:p w14:paraId="4129F9CD" w14:textId="77777777" w:rsidR="00F54A4E" w:rsidRPr="007272CB" w:rsidRDefault="0039390D">
      <w:pPr>
        <w:spacing w:after="60"/>
        <w:rPr>
          <w:color w:val="auto"/>
        </w:rPr>
      </w:pPr>
      <w:r w:rsidRPr="007272CB">
        <w:rPr>
          <w:b/>
          <w:color w:val="auto"/>
        </w:rPr>
        <w:t xml:space="preserve">• </w:t>
      </w:r>
      <w:r w:rsidRPr="007272CB">
        <w:rPr>
          <w:color w:val="auto"/>
        </w:rPr>
        <w:t>di essere disponibile ad adattarsi al calendario di attività che verrà definito dall'Istituzione Scolastica.</w:t>
      </w:r>
    </w:p>
    <w:p w14:paraId="02610332" w14:textId="77777777" w:rsidR="00F54A4E" w:rsidRPr="007272CB" w:rsidRDefault="00F54A4E">
      <w:pPr>
        <w:rPr>
          <w:color w:val="auto"/>
        </w:rPr>
      </w:pPr>
    </w:p>
    <w:p w14:paraId="5EC440D9" w14:textId="77777777" w:rsidR="00F54A4E" w:rsidRPr="007272CB" w:rsidRDefault="0039390D">
      <w:pPr>
        <w:rPr>
          <w:color w:val="auto"/>
        </w:rPr>
      </w:pPr>
      <w:r w:rsidRPr="007272CB">
        <w:rPr>
          <w:b/>
          <w:color w:val="auto"/>
        </w:rPr>
        <w:t>Si allegano alla presente:</w:t>
      </w:r>
      <w:r w:rsidRPr="007272CB">
        <w:rPr>
          <w:b/>
          <w:color w:val="auto"/>
        </w:rPr>
        <w:br/>
      </w:r>
      <w:r w:rsidRPr="007272CB">
        <w:rPr>
          <w:color w:val="auto"/>
        </w:rPr>
        <w:t>1. Copia del documento di identità in corso di validità;</w:t>
      </w:r>
      <w:r w:rsidRPr="007272CB">
        <w:rPr>
          <w:color w:val="auto"/>
        </w:rPr>
        <w:br/>
        <w:t>2. Allegato B (Scheda di autovalutazione dei titoli) debitamente compilato;</w:t>
      </w:r>
      <w:r w:rsidRPr="007272CB">
        <w:rPr>
          <w:color w:val="auto"/>
        </w:rPr>
        <w:br/>
        <w:t>3. Curriculum Vitae in formato europeo datato, firmato e con numerazione dei titoli.</w:t>
      </w:r>
      <w:r w:rsidRPr="007272CB">
        <w:rPr>
          <w:color w:val="auto"/>
        </w:rPr>
        <w:br/>
        <w:t>N.B.: La domanda priva degli allegati e non firmata non verrà presa in considerazione.</w:t>
      </w:r>
    </w:p>
    <w:p w14:paraId="29F89AB4" w14:textId="77777777" w:rsidR="00F54A4E" w:rsidRPr="007272CB" w:rsidRDefault="00F54A4E">
      <w:pPr>
        <w:rPr>
          <w:color w:val="auto"/>
        </w:rPr>
      </w:pPr>
    </w:p>
    <w:p w14:paraId="4153BC04" w14:textId="77777777" w:rsidR="00F54A4E" w:rsidRPr="007272CB" w:rsidRDefault="0039390D">
      <w:pPr>
        <w:rPr>
          <w:color w:val="auto"/>
        </w:rPr>
      </w:pPr>
      <w:r w:rsidRPr="007272CB">
        <w:rPr>
          <w:b/>
          <w:color w:val="auto"/>
          <w:sz w:val="20"/>
        </w:rPr>
        <w:t>DICHIARAZIONE AGGIUNTIVA – TRATTAMENTO DATI PRIVACY</w:t>
      </w:r>
      <w:r w:rsidRPr="007272CB">
        <w:rPr>
          <w:b/>
          <w:color w:val="auto"/>
          <w:sz w:val="20"/>
        </w:rPr>
        <w:br/>
      </w:r>
      <w:r w:rsidRPr="007272CB">
        <w:rPr>
          <w:color w:val="auto"/>
        </w:rPr>
        <w:t xml:space="preserve">Il/la sottoscritto/a, ai sensi del </w:t>
      </w:r>
      <w:proofErr w:type="gramStart"/>
      <w:r w:rsidRPr="007272CB">
        <w:rPr>
          <w:color w:val="auto"/>
        </w:rPr>
        <w:t>D.Lgs</w:t>
      </w:r>
      <w:proofErr w:type="gramEnd"/>
      <w:r w:rsidRPr="007272CB">
        <w:rPr>
          <w:color w:val="auto"/>
        </w:rPr>
        <w:t xml:space="preserve">. n. 196/2003 e </w:t>
      </w:r>
      <w:proofErr w:type="gramStart"/>
      <w:r w:rsidRPr="007272CB">
        <w:rPr>
          <w:color w:val="auto"/>
        </w:rPr>
        <w:t>ss.mm.ii.</w:t>
      </w:r>
      <w:proofErr w:type="gramEnd"/>
      <w:r w:rsidRPr="007272CB">
        <w:rPr>
          <w:color w:val="auto"/>
        </w:rPr>
        <w:t xml:space="preserve"> e del Regolamento UE n. 679/2016 (GDPR), autorizza l’Istituto Comprensivo Parco degli Acquedotti al trattamento dei dati personali contenuti nella presente istanza e nei relativi allegati, esclusivamente per le finalità istituzionali connesse alla procedura di selezione e al successivo eventuale conferimento dell’incarico.</w:t>
      </w:r>
    </w:p>
    <w:p w14:paraId="4460AA03" w14:textId="77777777" w:rsidR="00F54A4E" w:rsidRPr="007272CB" w:rsidRDefault="00F54A4E">
      <w:pPr>
        <w:rPr>
          <w:color w:val="auto"/>
        </w:rPr>
      </w:pPr>
    </w:p>
    <w:p w14:paraId="4B6716A5" w14:textId="77777777" w:rsidR="00F54A4E" w:rsidRPr="007272CB" w:rsidRDefault="00F54A4E">
      <w:pPr>
        <w:rPr>
          <w:color w:val="auto"/>
        </w:rPr>
      </w:pPr>
    </w:p>
    <w:p w14:paraId="4CDCA4D0" w14:textId="77777777" w:rsidR="00F54A4E" w:rsidRPr="007272CB" w:rsidRDefault="0039390D">
      <w:pPr>
        <w:rPr>
          <w:color w:val="auto"/>
        </w:rPr>
      </w:pPr>
      <w:r w:rsidRPr="007272CB">
        <w:rPr>
          <w:color w:val="auto"/>
        </w:rPr>
        <w:t>Data: ____/____/2026                                      Firma: _____________________________________</w:t>
      </w:r>
    </w:p>
    <w:sectPr w:rsidR="00F54A4E" w:rsidRPr="007272C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2049332509">
    <w:abstractNumId w:val="8"/>
  </w:num>
  <w:num w:numId="2" w16cid:durableId="1177617029">
    <w:abstractNumId w:val="6"/>
  </w:num>
  <w:num w:numId="3" w16cid:durableId="1280338486">
    <w:abstractNumId w:val="5"/>
  </w:num>
  <w:num w:numId="4" w16cid:durableId="1306280101">
    <w:abstractNumId w:val="4"/>
  </w:num>
  <w:num w:numId="5" w16cid:durableId="437798718">
    <w:abstractNumId w:val="7"/>
  </w:num>
  <w:num w:numId="6" w16cid:durableId="997341545">
    <w:abstractNumId w:val="3"/>
  </w:num>
  <w:num w:numId="7" w16cid:durableId="1050808177">
    <w:abstractNumId w:val="2"/>
  </w:num>
  <w:num w:numId="8" w16cid:durableId="1119178358">
    <w:abstractNumId w:val="1"/>
  </w:num>
  <w:num w:numId="9" w16cid:durableId="147653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5635"/>
    <w:rsid w:val="0015074B"/>
    <w:rsid w:val="0029639D"/>
    <w:rsid w:val="00326F90"/>
    <w:rsid w:val="0039390D"/>
    <w:rsid w:val="007272CB"/>
    <w:rsid w:val="00AA1D8D"/>
    <w:rsid w:val="00B47730"/>
    <w:rsid w:val="00CB0664"/>
    <w:rsid w:val="00EF7C16"/>
    <w:rsid w:val="00F54A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A47AB5"/>
  <w14:defaultImageDpi w14:val="300"/>
  <w15:docId w15:val="{9D7A0FD3-0B62-4A7A-8CAC-4A9650A07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80"/>
    </w:pPr>
    <w:rPr>
      <w:rFonts w:ascii="Calibri" w:hAnsi="Calibri"/>
      <w:color w:val="222222"/>
    </w:rPr>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DSGA</cp:lastModifiedBy>
  <cp:revision>6</cp:revision>
  <dcterms:created xsi:type="dcterms:W3CDTF">2013-12-23T23:15:00Z</dcterms:created>
  <dcterms:modified xsi:type="dcterms:W3CDTF">2026-10-20T12:23:00Z</dcterms:modified>
  <cp:category/>
</cp:coreProperties>
</file>