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before="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ALLEGATO A</w:t>
      </w:r>
      <w:r w:rsidDel="00000000" w:rsidR="00000000" w:rsidRPr="00000000">
        <w:rPr>
          <w:rtl w:val="0"/>
        </w:rPr>
      </w:r>
    </w:p>
    <w:p w:rsidR="00000000" w:rsidDel="00000000" w:rsidP="00000000" w:rsidRDefault="00000000" w:rsidRPr="00000000" w14:paraId="00000002">
      <w:pPr>
        <w:spacing w:after="40" w:before="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DOMANDA DI PARTECIPAZIONE E DICHIARAZIONE SOSTITUTIVA</w:t>
      </w:r>
      <w:r w:rsidDel="00000000" w:rsidR="00000000" w:rsidRPr="00000000">
        <w:rPr>
          <w:rtl w:val="0"/>
        </w:rPr>
      </w:r>
    </w:p>
    <w:p w:rsidR="00000000" w:rsidDel="00000000" w:rsidP="00000000" w:rsidRDefault="00000000" w:rsidRPr="00000000" w14:paraId="00000003">
      <w:pPr>
        <w:spacing w:after="40" w:before="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Selezione</w:t>
      </w:r>
      <w:r w:rsidDel="00000000" w:rsidR="00000000" w:rsidRPr="00000000">
        <w:rPr>
          <w:rFonts w:ascii="Times New Roman" w:cs="Times New Roman" w:eastAsia="Times New Roman" w:hAnsi="Times New Roman"/>
          <w:b w:val="1"/>
          <w:bCs w:val="1"/>
          <w:rtl w:val="0"/>
        </w:rPr>
        <w:t xml:space="preserve"> rivolta a personale INTERNO/COLLABORAZIONE PLURIMA/ ESTERNO all’Istituzione Scolastica per  l’individuazione di n.1 esperto/a per il modulo denominato “232952 - Corso CLIL in lingua inglese - scuola secondaria” e n.1 esperto per il modulo denominato “232945 - Corso CLIL in lingua inglese - scuola primaria”.</w:t>
      </w: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Fondi Strutturali Europei – Programma Nazionale “Scuola e competenze” 2021-2027 – Priorità 01 – Scuola e competenze – Fondo Sociale Europeo Plus (FSE+) – Obiettivo Specifico ESO4.5, Azione ESO4.5.A2 – Sotto azione ESO4.5.A2.B, interventi di cui al decreto del Ministro dell’istruzione e del merito n. 38 del 6 marzo 2026, Avviso 95165 del 24/04/2026 – Formazione docenti.</w:t>
      </w:r>
    </w:p>
    <w:p w:rsidR="00000000" w:rsidDel="00000000" w:rsidP="00000000" w:rsidRDefault="00000000" w:rsidRPr="00000000" w14:paraId="00000005">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ff"/>
          <w:rtl w:val="0"/>
        </w:rPr>
        <w:t xml:space="preserve">Titolo Progetto:</w:t>
      </w:r>
      <w:r w:rsidDel="00000000" w:rsidR="00000000" w:rsidRPr="00000000">
        <w:rPr>
          <w:rFonts w:ascii="Times New Roman" w:cs="Times New Roman" w:eastAsia="Times New Roman" w:hAnsi="Times New Roman"/>
          <w:rtl w:val="0"/>
        </w:rPr>
        <w:t xml:space="preserve"> “Innovazione Didattica”</w:t>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ff"/>
          <w:rtl w:val="0"/>
        </w:rPr>
        <w:t xml:space="preserve">Codice progetto:</w:t>
      </w:r>
      <w:r w:rsidDel="00000000" w:rsidR="00000000" w:rsidRPr="00000000">
        <w:rPr>
          <w:rFonts w:ascii="Times New Roman" w:cs="Times New Roman" w:eastAsia="Times New Roman" w:hAnsi="Times New Roman"/>
          <w:rtl w:val="0"/>
        </w:rPr>
        <w:t xml:space="preserve"> ESO4.5.A2.B - Formazione docenti</w:t>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ff"/>
          <w:rtl w:val="0"/>
        </w:rPr>
        <w:t xml:space="preserve">CUP:</w:t>
      </w:r>
      <w:r w:rsidDel="00000000" w:rsidR="00000000" w:rsidRPr="00000000">
        <w:rPr>
          <w:rFonts w:ascii="Times New Roman" w:cs="Times New Roman" w:eastAsia="Times New Roman" w:hAnsi="Times New Roman"/>
          <w:rtl w:val="0"/>
        </w:rPr>
        <w:t xml:space="preserve"> B94D26001190007</w:t>
      </w:r>
    </w:p>
    <w:p w:rsidR="00000000" w:rsidDel="00000000" w:rsidP="00000000" w:rsidRDefault="00000000" w:rsidRPr="00000000" w14:paraId="0000000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6740"/>
          <w:tab w:val="left" w:leader="none" w:pos="6760"/>
          <w:tab w:val="left" w:leader="none" w:pos="6780"/>
          <w:tab w:val="left" w:leader="none" w:pos="6800"/>
          <w:tab w:val="left" w:leader="none" w:pos="6820"/>
          <w:tab w:val="left" w:leader="none" w:pos="6840"/>
          <w:tab w:val="left" w:leader="none" w:pos="6860"/>
          <w:tab w:val="left" w:leader="none" w:pos="6880"/>
          <w:tab w:val="left" w:leader="none" w:pos="6900"/>
          <w:tab w:val="left" w:leader="none" w:pos="6920"/>
          <w:tab w:val="left" w:leader="none" w:pos="6940"/>
          <w:tab w:val="left" w:leader="none" w:pos="6960"/>
          <w:tab w:val="left" w:leader="none" w:pos="6980"/>
          <w:tab w:val="left" w:leader="none" w:pos="7000"/>
          <w:tab w:val="left" w:leader="none" w:pos="7020"/>
          <w:tab w:val="left" w:leader="none" w:pos="7040"/>
          <w:tab w:val="left" w:leader="none" w:pos="7060"/>
          <w:tab w:val="left" w:leader="none" w:pos="7080"/>
          <w:tab w:val="left" w:leader="none" w:pos="7100"/>
          <w:tab w:val="left" w:leader="none" w:pos="7120"/>
          <w:tab w:val="left" w:leader="none" w:pos="7140"/>
          <w:tab w:val="left" w:leader="none" w:pos="7160"/>
          <w:tab w:val="left" w:leader="none" w:pos="7180"/>
          <w:tab w:val="left" w:leader="none" w:pos="7200"/>
          <w:tab w:val="left" w:leader="none" w:pos="7220"/>
          <w:tab w:val="left" w:leader="none" w:pos="7240"/>
          <w:tab w:val="left" w:leader="none" w:pos="7260"/>
          <w:tab w:val="left" w:leader="none" w:pos="7280"/>
          <w:tab w:val="left" w:leader="none" w:pos="7300"/>
          <w:tab w:val="left" w:leader="none" w:pos="7320"/>
          <w:tab w:val="left" w:leader="none" w:pos="7340"/>
          <w:tab w:val="left" w:leader="none" w:pos="7360"/>
          <w:tab w:val="left" w:leader="none" w:pos="7380"/>
          <w:tab w:val="left" w:leader="none" w:pos="7400"/>
          <w:tab w:val="left" w:leader="none" w:pos="7420"/>
          <w:tab w:val="left" w:leader="none" w:pos="7440"/>
          <w:tab w:val="left" w:leader="none" w:pos="7460"/>
          <w:tab w:val="left" w:leader="none" w:pos="7480"/>
          <w:tab w:val="left" w:leader="none" w:pos="7500"/>
          <w:tab w:val="left" w:leader="none" w:pos="7520"/>
          <w:tab w:val="left" w:leader="none" w:pos="7540"/>
          <w:tab w:val="left" w:leader="none" w:pos="7560"/>
          <w:tab w:val="left" w:leader="none" w:pos="7580"/>
          <w:tab w:val="left" w:leader="none" w:pos="7600"/>
          <w:tab w:val="left" w:leader="none" w:pos="7620"/>
          <w:tab w:val="left" w:leader="none" w:pos="7640"/>
          <w:tab w:val="left" w:leader="none" w:pos="7660"/>
          <w:tab w:val="left" w:leader="none" w:pos="7680"/>
          <w:tab w:val="left" w:leader="none" w:pos="7700"/>
          <w:tab w:val="left" w:leader="none" w:pos="7720"/>
          <w:tab w:val="left" w:leader="none" w:pos="7740"/>
          <w:tab w:val="left" w:leader="none" w:pos="7760"/>
        </w:tabs>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ff"/>
          <w:rtl w:val="0"/>
        </w:rPr>
        <w:t xml:space="preserve">Importo totale richiesto per il progetto:</w:t>
      </w:r>
      <w:r w:rsidDel="00000000" w:rsidR="00000000" w:rsidRPr="00000000">
        <w:rPr>
          <w:rFonts w:ascii="Times New Roman" w:cs="Times New Roman" w:eastAsia="Times New Roman" w:hAnsi="Times New Roman"/>
          <w:color w:val="0000ff"/>
          <w:rtl w:val="0"/>
        </w:rPr>
        <w:t xml:space="preserve"> </w:t>
      </w:r>
      <w:r w:rsidDel="00000000" w:rsidR="00000000" w:rsidRPr="00000000">
        <w:rPr>
          <w:rFonts w:ascii="Times New Roman" w:cs="Times New Roman" w:eastAsia="Times New Roman" w:hAnsi="Times New Roman"/>
          <w:rtl w:val="0"/>
        </w:rPr>
        <w:t xml:space="preserve">€ 34.524,00</w:t>
      </w:r>
    </w:p>
    <w:p w:rsidR="00000000" w:rsidDel="00000000" w:rsidP="00000000" w:rsidRDefault="00000000" w:rsidRPr="00000000" w14:paraId="0000000A">
      <w:pPr>
        <w:spacing w:after="80" w:before="0" w:line="24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spacing w:after="0" w:before="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Dirigente Scolastico</w:t>
        <w:br w:type="textWrapping"/>
        <w:t xml:space="preserve">dell’I.C. “Roiano Gretta - Margherita Hack”</w:t>
        <w:br w:type="textWrapping"/>
        <w:t xml:space="preserve">TRIESTE</w:t>
      </w:r>
    </w:p>
    <w:p w:rsidR="00000000" w:rsidDel="00000000" w:rsidP="00000000" w:rsidRDefault="00000000" w:rsidRPr="00000000" w14:paraId="0000000C">
      <w:pPr>
        <w:spacing w:after="0" w:before="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Il/La sottoscritto/a ________________________________________________</w:t>
      </w:r>
    </w:p>
    <w:p w:rsidR="00000000" w:rsidDel="00000000" w:rsidP="00000000" w:rsidRDefault="00000000" w:rsidRPr="00000000" w14:paraId="0000000D">
      <w:pPr>
        <w:spacing w:after="0" w:before="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Nato/a a __________________________________ il _____________________</w:t>
      </w:r>
    </w:p>
    <w:p w:rsidR="00000000" w:rsidDel="00000000" w:rsidP="00000000" w:rsidRDefault="00000000" w:rsidRPr="00000000" w14:paraId="0000000E">
      <w:pPr>
        <w:spacing w:after="0" w:before="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Codice Fiscale _________________________________________________</w:t>
      </w:r>
    </w:p>
    <w:p w:rsidR="00000000" w:rsidDel="00000000" w:rsidP="00000000" w:rsidRDefault="00000000" w:rsidRPr="00000000" w14:paraId="0000000F">
      <w:pPr>
        <w:spacing w:after="0" w:before="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Residente a ______________________________ Prov. ______</w:t>
      </w:r>
    </w:p>
    <w:p w:rsidR="00000000" w:rsidDel="00000000" w:rsidP="00000000" w:rsidRDefault="00000000" w:rsidRPr="00000000" w14:paraId="00000010">
      <w:pPr>
        <w:spacing w:after="0" w:before="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Indirizzo _______________________________________________________</w:t>
      </w:r>
    </w:p>
    <w:p w:rsidR="00000000" w:rsidDel="00000000" w:rsidP="00000000" w:rsidRDefault="00000000" w:rsidRPr="00000000" w14:paraId="00000011">
      <w:pPr>
        <w:spacing w:after="0" w:before="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Telefono/Cell. __________________________ E-mail/PEC ______________________________</w:t>
      </w:r>
    </w:p>
    <w:p w:rsidR="00000000" w:rsidDel="00000000" w:rsidP="00000000" w:rsidRDefault="00000000" w:rsidRPr="00000000" w14:paraId="00000012">
      <w:pPr>
        <w:spacing w:after="0" w:before="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servizio presso _________________________________ in qualità di __________________________________________</w:t>
      </w:r>
    </w:p>
    <w:p w:rsidR="00000000" w:rsidDel="00000000" w:rsidP="00000000" w:rsidRDefault="00000000" w:rsidRPr="00000000" w14:paraId="00000013">
      <w:pPr>
        <w:spacing w:after="0" w:before="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contratto: ☐ a tempo indeterminato   ☐ a tempo determinato fino al __________________</w:t>
      </w:r>
    </w:p>
    <w:p w:rsidR="00000000" w:rsidDel="00000000" w:rsidP="00000000" w:rsidRDefault="00000000" w:rsidRPr="00000000" w14:paraId="00000014">
      <w:pPr>
        <w:spacing w:after="0" w:before="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Ovvero lavoratore autonomo ______________________________________________________</w:t>
      </w:r>
    </w:p>
    <w:p w:rsidR="00000000" w:rsidDel="00000000" w:rsidP="00000000" w:rsidRDefault="00000000" w:rsidRPr="00000000" w14:paraId="00000015">
      <w:pPr>
        <w:spacing w:after="20" w:before="6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CHIEDE</w:t>
      </w:r>
      <w:r w:rsidDel="00000000" w:rsidR="00000000" w:rsidRPr="00000000">
        <w:rPr>
          <w:rtl w:val="0"/>
        </w:rPr>
      </w:r>
    </w:p>
    <w:p w:rsidR="00000000" w:rsidDel="00000000" w:rsidP="00000000" w:rsidRDefault="00000000" w:rsidRPr="00000000" w14:paraId="00000016">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essere ammesso/a alla procedura di selezione selezione rivolta a personale INTERNO/COLLABORAZIONE PLURIMA/ ESTERNO all’Istituzione Scolastica per  l’individuazione di n.1 esperto/a per il modulo denominato “232952 - Corso CLIL in lingua inglese - scuola secondaria”.</w:t>
      </w:r>
    </w:p>
    <w:p w:rsidR="00000000" w:rsidDel="00000000" w:rsidP="00000000" w:rsidRDefault="00000000" w:rsidRPr="00000000" w14:paraId="00000017">
      <w:pPr>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tal fine, ai sensi degli artt. 46 e 47 del D.P.R. 28 dicembre 2000, n. 445, consapevole delle sanzioni penali previste dall’art. 76 del medesimo D.P.R. in caso di falsità in atti e dichiarazioni mendaci,</w:t>
      </w:r>
    </w:p>
    <w:p w:rsidR="00000000" w:rsidDel="00000000" w:rsidP="00000000" w:rsidRDefault="00000000" w:rsidRPr="00000000" w14:paraId="00000019">
      <w:pPr>
        <w:spacing w:after="20" w:before="40" w:line="24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A">
      <w:pPr>
        <w:spacing w:after="20" w:before="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DICHIARA SOTTO LA PROPRIA RESPONSABILITÀ</w:t>
      </w:r>
      <w:r w:rsidDel="00000000" w:rsidR="00000000" w:rsidRPr="00000000">
        <w:rPr>
          <w:rtl w:val="0"/>
        </w:rPr>
      </w:r>
    </w:p>
    <w:p w:rsidR="00000000" w:rsidDel="00000000" w:rsidP="00000000" w:rsidRDefault="00000000" w:rsidRPr="00000000" w14:paraId="0000001B">
      <w:pPr>
        <w:numPr>
          <w:ilvl w:val="0"/>
          <w:numId w:val="1"/>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essere cittadino ___________________________________________</w:t>
      </w:r>
    </w:p>
    <w:p w:rsidR="00000000" w:rsidDel="00000000" w:rsidP="00000000" w:rsidRDefault="00000000" w:rsidRPr="00000000" w14:paraId="0000001C">
      <w:pPr>
        <w:numPr>
          <w:ilvl w:val="0"/>
          <w:numId w:val="1"/>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essere in godimento dei diritti politici;</w:t>
      </w:r>
    </w:p>
    <w:p w:rsidR="00000000" w:rsidDel="00000000" w:rsidP="00000000" w:rsidRDefault="00000000" w:rsidRPr="00000000" w14:paraId="0000001D">
      <w:pPr>
        <w:numPr>
          <w:ilvl w:val="0"/>
          <w:numId w:val="1"/>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prestare servizio presso  ________________________________________ in qualità di ___________________________________________________________ ovvero di essere un lavoratore autonomo ____________</w:t>
      </w:r>
    </w:p>
    <w:p w:rsidR="00000000" w:rsidDel="00000000" w:rsidP="00000000" w:rsidRDefault="00000000" w:rsidRPr="00000000" w14:paraId="0000001E">
      <w:pPr>
        <w:numPr>
          <w:ilvl w:val="0"/>
          <w:numId w:val="1"/>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non aver subito condanne penali che impossibilitano a contrarre con la P.A. ai sensi del D.lgs 267/2000;</w:t>
      </w:r>
    </w:p>
    <w:p w:rsidR="00000000" w:rsidDel="00000000" w:rsidP="00000000" w:rsidRDefault="00000000" w:rsidRPr="00000000" w14:paraId="0000001F">
      <w:pPr>
        <w:numPr>
          <w:ilvl w:val="0"/>
          <w:numId w:val="1"/>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non aver procedimenti penali pendenti, ovvero di avere i seguenti provvedimenti penali pendenti: ______________________________________________________________________________________________________________;</w:t>
      </w:r>
    </w:p>
    <w:p w:rsidR="00000000" w:rsidDel="00000000" w:rsidP="00000000" w:rsidRDefault="00000000" w:rsidRPr="00000000" w14:paraId="00000020">
      <w:pPr>
        <w:numPr>
          <w:ilvl w:val="0"/>
          <w:numId w:val="1"/>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possedere l’idoneità fisica allo svolgimento delle funzioni cui la presente procedura di  selezione si riferisce;  </w:t>
      </w:r>
    </w:p>
    <w:p w:rsidR="00000000" w:rsidDel="00000000" w:rsidP="00000000" w:rsidRDefault="00000000" w:rsidRPr="00000000" w14:paraId="00000021">
      <w:pPr>
        <w:numPr>
          <w:ilvl w:val="0"/>
          <w:numId w:val="1"/>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non essere stati destituiti o dispensati dall’impiego presso una Pubblica Amministrazione;  </w:t>
      </w:r>
    </w:p>
    <w:p w:rsidR="00000000" w:rsidDel="00000000" w:rsidP="00000000" w:rsidRDefault="00000000" w:rsidRPr="00000000" w14:paraId="00000022">
      <w:pPr>
        <w:numPr>
          <w:ilvl w:val="0"/>
          <w:numId w:val="1"/>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non essere stati dichiarati decaduti o licenziati da un impiego statale; </w:t>
      </w:r>
    </w:p>
    <w:p w:rsidR="00000000" w:rsidDel="00000000" w:rsidP="00000000" w:rsidRDefault="00000000" w:rsidRPr="00000000" w14:paraId="00000023">
      <w:pPr>
        <w:numPr>
          <w:ilvl w:val="0"/>
          <w:numId w:val="1"/>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aver preso visione dell’Avviso e di essere disponibile a svolgere l’incarico secondo le modalità, i termini ed il calendario delle attività stabiliti dall’Amministrazione scolastica;</w:t>
      </w:r>
    </w:p>
    <w:p w:rsidR="00000000" w:rsidDel="00000000" w:rsidP="00000000" w:rsidRDefault="00000000" w:rsidRPr="00000000" w14:paraId="00000024">
      <w:pPr>
        <w:numPr>
          <w:ilvl w:val="0"/>
          <w:numId w:val="1"/>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essere in possesso dei requisiti minimi di accesso indicati nell’Avviso ovvero _____________________________________di cui all’oggetto e di essere in possesso dei titoli dichiarati nella scheda di autovalutazione;</w:t>
      </w:r>
    </w:p>
    <w:p w:rsidR="00000000" w:rsidDel="00000000" w:rsidP="00000000" w:rsidRDefault="00000000" w:rsidRPr="00000000" w14:paraId="00000025">
      <w:pPr>
        <w:numPr>
          <w:ilvl w:val="0"/>
          <w:numId w:val="1"/>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Alla presente istanza si allega curriculum vitae in formato europeo debitamente sottoscritto e copia di documento d’identità in corso di validità.</w:t>
      </w:r>
    </w:p>
    <w:p w:rsidR="00000000" w:rsidDel="00000000" w:rsidP="00000000" w:rsidRDefault="00000000" w:rsidRPr="00000000" w14:paraId="00000026">
      <w:pPr>
        <w:spacing w:after="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spacing w:after="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spacing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Luogo e data __________________________                                                 Firma del candidato/a ____________________________________</w:t>
      </w:r>
    </w:p>
    <w:p w:rsidR="00000000" w:rsidDel="00000000" w:rsidP="00000000" w:rsidRDefault="00000000" w:rsidRPr="00000000" w14:paraId="00000029">
      <w:pPr>
        <w:spacing w:after="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spacing w:after="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Il/La sottoscritto/a autorizza l’I.C. Roiano Gretta/Hack al trattamento dei dati personali esclusivamente per le finalità connesse alla presente procedura e per i fini istituzionali della Pubblica Amministrazione, ai sensi del Regolamento UE 2016/679 e del d.lgs. n. 196/2003 e successive modificazioni.</w:t>
      </w:r>
    </w:p>
    <w:p w:rsidR="00000000" w:rsidDel="00000000" w:rsidP="00000000" w:rsidRDefault="00000000" w:rsidRPr="00000000" w14:paraId="0000002C">
      <w:pPr>
        <w:spacing w:after="0" w:before="10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Luogo e data __________________________                                                 Firma del candidato/a ____________________________________</w:t>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2E">
      <w:pPr>
        <w:spacing w:after="40" w:before="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ALLEGATO B</w:t>
      </w:r>
      <w:r w:rsidDel="00000000" w:rsidR="00000000" w:rsidRPr="00000000">
        <w:rPr>
          <w:rtl w:val="0"/>
        </w:rPr>
      </w:r>
    </w:p>
    <w:p w:rsidR="00000000" w:rsidDel="00000000" w:rsidP="00000000" w:rsidRDefault="00000000" w:rsidRPr="00000000" w14:paraId="0000002F">
      <w:pPr>
        <w:spacing w:after="40" w:before="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SCHEDA DI AUTOVALUTAZIONE DEI TITOLI E DELLE ESPERIENZE</w:t>
      </w:r>
      <w:r w:rsidDel="00000000" w:rsidR="00000000" w:rsidRPr="00000000">
        <w:rPr>
          <w:rtl w:val="0"/>
        </w:rPr>
      </w:r>
    </w:p>
    <w:p w:rsidR="00000000" w:rsidDel="00000000" w:rsidP="00000000" w:rsidRDefault="00000000" w:rsidRPr="00000000" w14:paraId="00000030">
      <w:pPr>
        <w:spacing w:after="40" w:before="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Selezione rivolta a personale INTERNO/COLLABORAZIONE PLURIMA/ ESTERNO all’Istituzione Scolastica per  l’individuazione di n.1 esperto/a per il modulo denominato “232952 - Corso CLIL in lingua inglese - scuola secondaria”e n.1 esperto per il modulo denominato “232945 - Corso CLIL in lingua inglese - scuola primaria”.</w:t>
      </w: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Fondi Strutturali Europei – Programma Nazionale “Scuola e competenze” 2021-2027 – Priorità 01 – Scuola e competenze – Fondo Sociale Europeo Plus (FSE+) – Obiettivo Specifico ESO4.5, Azione ESO4.5.A2 – Sotto azione ESO4.5.A2.B, interventi di cui al decreto del Ministro dell’istruzione e del merito n. 38 del 6 marzo 2026, Avviso 95165 del 24/04/2026 – Formazione docenti.</w:t>
      </w:r>
    </w:p>
    <w:p w:rsidR="00000000" w:rsidDel="00000000" w:rsidP="00000000" w:rsidRDefault="00000000" w:rsidRPr="00000000" w14:paraId="00000032">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ff"/>
          <w:rtl w:val="0"/>
        </w:rPr>
        <w:t xml:space="preserve">Titolo Progetto:</w:t>
      </w:r>
      <w:r w:rsidDel="00000000" w:rsidR="00000000" w:rsidRPr="00000000">
        <w:rPr>
          <w:rFonts w:ascii="Times New Roman" w:cs="Times New Roman" w:eastAsia="Times New Roman" w:hAnsi="Times New Roman"/>
          <w:rtl w:val="0"/>
        </w:rPr>
        <w:t xml:space="preserve"> “Innovazione Didattica”</w:t>
      </w:r>
    </w:p>
    <w:p w:rsidR="00000000" w:rsidDel="00000000" w:rsidP="00000000" w:rsidRDefault="00000000" w:rsidRPr="00000000" w14:paraId="0000003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ff"/>
          <w:rtl w:val="0"/>
        </w:rPr>
        <w:t xml:space="preserve">Codice progetto:</w:t>
      </w:r>
      <w:r w:rsidDel="00000000" w:rsidR="00000000" w:rsidRPr="00000000">
        <w:rPr>
          <w:rFonts w:ascii="Times New Roman" w:cs="Times New Roman" w:eastAsia="Times New Roman" w:hAnsi="Times New Roman"/>
          <w:rtl w:val="0"/>
        </w:rPr>
        <w:t xml:space="preserve"> ESO4.5.A2.B - Formazione docenti</w:t>
      </w:r>
    </w:p>
    <w:p w:rsidR="00000000" w:rsidDel="00000000" w:rsidP="00000000" w:rsidRDefault="00000000" w:rsidRPr="00000000" w14:paraId="0000003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ff"/>
          <w:rtl w:val="0"/>
        </w:rPr>
        <w:t xml:space="preserve">CUP:</w:t>
      </w:r>
      <w:r w:rsidDel="00000000" w:rsidR="00000000" w:rsidRPr="00000000">
        <w:rPr>
          <w:rFonts w:ascii="Times New Roman" w:cs="Times New Roman" w:eastAsia="Times New Roman" w:hAnsi="Times New Roman"/>
          <w:rtl w:val="0"/>
        </w:rPr>
        <w:t xml:space="preserve"> B94D26001190007</w:t>
      </w:r>
    </w:p>
    <w:p w:rsidR="00000000" w:rsidDel="00000000" w:rsidP="00000000" w:rsidRDefault="00000000" w:rsidRPr="00000000" w14:paraId="0000003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6740"/>
          <w:tab w:val="left" w:leader="none" w:pos="6760"/>
          <w:tab w:val="left" w:leader="none" w:pos="6780"/>
          <w:tab w:val="left" w:leader="none" w:pos="6800"/>
          <w:tab w:val="left" w:leader="none" w:pos="6820"/>
          <w:tab w:val="left" w:leader="none" w:pos="6840"/>
          <w:tab w:val="left" w:leader="none" w:pos="6860"/>
          <w:tab w:val="left" w:leader="none" w:pos="6880"/>
          <w:tab w:val="left" w:leader="none" w:pos="6900"/>
          <w:tab w:val="left" w:leader="none" w:pos="6920"/>
          <w:tab w:val="left" w:leader="none" w:pos="6940"/>
          <w:tab w:val="left" w:leader="none" w:pos="6960"/>
          <w:tab w:val="left" w:leader="none" w:pos="6980"/>
          <w:tab w:val="left" w:leader="none" w:pos="7000"/>
          <w:tab w:val="left" w:leader="none" w:pos="7020"/>
          <w:tab w:val="left" w:leader="none" w:pos="7040"/>
          <w:tab w:val="left" w:leader="none" w:pos="7060"/>
          <w:tab w:val="left" w:leader="none" w:pos="7080"/>
          <w:tab w:val="left" w:leader="none" w:pos="7100"/>
          <w:tab w:val="left" w:leader="none" w:pos="7120"/>
          <w:tab w:val="left" w:leader="none" w:pos="7140"/>
          <w:tab w:val="left" w:leader="none" w:pos="7160"/>
          <w:tab w:val="left" w:leader="none" w:pos="7180"/>
          <w:tab w:val="left" w:leader="none" w:pos="7200"/>
          <w:tab w:val="left" w:leader="none" w:pos="7220"/>
          <w:tab w:val="left" w:leader="none" w:pos="7240"/>
          <w:tab w:val="left" w:leader="none" w:pos="7260"/>
          <w:tab w:val="left" w:leader="none" w:pos="7280"/>
          <w:tab w:val="left" w:leader="none" w:pos="7300"/>
          <w:tab w:val="left" w:leader="none" w:pos="7320"/>
          <w:tab w:val="left" w:leader="none" w:pos="7340"/>
          <w:tab w:val="left" w:leader="none" w:pos="7360"/>
          <w:tab w:val="left" w:leader="none" w:pos="7380"/>
          <w:tab w:val="left" w:leader="none" w:pos="7400"/>
          <w:tab w:val="left" w:leader="none" w:pos="7420"/>
          <w:tab w:val="left" w:leader="none" w:pos="7440"/>
          <w:tab w:val="left" w:leader="none" w:pos="7460"/>
          <w:tab w:val="left" w:leader="none" w:pos="7480"/>
          <w:tab w:val="left" w:leader="none" w:pos="7500"/>
          <w:tab w:val="left" w:leader="none" w:pos="7520"/>
          <w:tab w:val="left" w:leader="none" w:pos="7540"/>
          <w:tab w:val="left" w:leader="none" w:pos="7560"/>
          <w:tab w:val="left" w:leader="none" w:pos="7580"/>
          <w:tab w:val="left" w:leader="none" w:pos="7600"/>
          <w:tab w:val="left" w:leader="none" w:pos="7620"/>
          <w:tab w:val="left" w:leader="none" w:pos="7640"/>
          <w:tab w:val="left" w:leader="none" w:pos="7660"/>
          <w:tab w:val="left" w:leader="none" w:pos="7680"/>
          <w:tab w:val="left" w:leader="none" w:pos="7700"/>
          <w:tab w:val="left" w:leader="none" w:pos="7720"/>
          <w:tab w:val="left" w:leader="none" w:pos="7740"/>
          <w:tab w:val="left" w:leader="none" w:pos="7760"/>
        </w:tabs>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color w:val="0000ff"/>
          <w:rtl w:val="0"/>
        </w:rPr>
        <w:t xml:space="preserve">Importo totale richiesto per il progetto:</w:t>
      </w:r>
      <w:r w:rsidDel="00000000" w:rsidR="00000000" w:rsidRPr="00000000">
        <w:rPr>
          <w:rFonts w:ascii="Times New Roman" w:cs="Times New Roman" w:eastAsia="Times New Roman" w:hAnsi="Times New Roman"/>
          <w:color w:val="0000ff"/>
          <w:rtl w:val="0"/>
        </w:rPr>
        <w:t xml:space="preserve"> </w:t>
      </w:r>
      <w:r w:rsidDel="00000000" w:rsidR="00000000" w:rsidRPr="00000000">
        <w:rPr>
          <w:rFonts w:ascii="Times New Roman" w:cs="Times New Roman" w:eastAsia="Times New Roman" w:hAnsi="Times New Roman"/>
          <w:rtl w:val="0"/>
        </w:rPr>
        <w:t xml:space="preserve">€ 34.524,00</w:t>
      </w:r>
      <w:r w:rsidDel="00000000" w:rsidR="00000000" w:rsidRPr="00000000">
        <w:rPr>
          <w:rtl w:val="0"/>
        </w:rPr>
      </w:r>
    </w:p>
    <w:p w:rsidR="00000000" w:rsidDel="00000000" w:rsidP="00000000" w:rsidRDefault="00000000" w:rsidRPr="00000000" w14:paraId="00000037">
      <w:pPr>
        <w:spacing w:after="80" w:before="0" w:line="24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8">
      <w:pPr>
        <w:spacing w:after="40" w:before="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Candidato/a: ________________________________________________</w:t>
      </w:r>
    </w:p>
    <w:p w:rsidR="00000000" w:rsidDel="00000000" w:rsidP="00000000" w:rsidRDefault="00000000" w:rsidRPr="00000000" w14:paraId="00000039">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Il/La sottoscritto/a compila, sotto la propria responsabilità, la presente scheda di autovalutazione, autocertificando la rispondenza dei titoli e delle esperienze dichiarati a quanto indicato nel curriculum vitae, ai sensi degli artt. 46 e 47 del D.P.R. n. 445/2000.</w:t>
      </w:r>
    </w:p>
    <w:p w:rsidR="00000000" w:rsidDel="00000000" w:rsidP="00000000" w:rsidRDefault="00000000" w:rsidRPr="00000000" w14:paraId="0000003A">
      <w:pPr>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spacing w:after="0" w:before="0" w:line="240" w:lineRule="auto"/>
        <w:jc w:val="both"/>
        <w:rPr>
          <w:rFonts w:ascii="Times New Roman" w:cs="Times New Roman" w:eastAsia="Times New Roman" w:hAnsi="Times New Roman"/>
        </w:rPr>
      </w:pPr>
      <w:r w:rsidDel="00000000" w:rsidR="00000000" w:rsidRPr="00000000">
        <w:rPr>
          <w:rtl w:val="0"/>
        </w:rPr>
      </w:r>
    </w:p>
    <w:tbl>
      <w:tblPr>
        <w:tblStyle w:val="Table1"/>
        <w:tblW w:w="1046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45"/>
        <w:gridCol w:w="2970"/>
        <w:gridCol w:w="1560"/>
        <w:gridCol w:w="1185"/>
        <w:tblGridChange w:id="0">
          <w:tblGrid>
            <w:gridCol w:w="4745"/>
            <w:gridCol w:w="2970"/>
            <w:gridCol w:w="1560"/>
            <w:gridCol w:w="1185"/>
          </w:tblGrid>
        </w:tblGridChange>
      </w:tblGrid>
      <w:tr>
        <w:trPr>
          <w:cantSplit w:val="0"/>
          <w:tblHeader w:val="0"/>
        </w:trPr>
        <w:tc>
          <w:tcPr/>
          <w:p w:rsidR="00000000" w:rsidDel="00000000" w:rsidP="00000000" w:rsidRDefault="00000000" w:rsidRPr="00000000" w14:paraId="0000003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Titolo / esperienza dichiarata</w:t>
            </w:r>
            <w:r w:rsidDel="00000000" w:rsidR="00000000" w:rsidRPr="00000000">
              <w:rPr>
                <w:rtl w:val="0"/>
              </w:rPr>
            </w:r>
          </w:p>
        </w:tc>
        <w:tc>
          <w:tcPr/>
          <w:p w:rsidR="00000000" w:rsidDel="00000000" w:rsidP="00000000" w:rsidRDefault="00000000" w:rsidRPr="00000000" w14:paraId="0000003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Dettaglio (ente, periodo, incarico, estremi)</w:t>
            </w:r>
            <w:r w:rsidDel="00000000" w:rsidR="00000000" w:rsidRPr="00000000">
              <w:rPr>
                <w:rtl w:val="0"/>
              </w:rPr>
            </w:r>
          </w:p>
        </w:tc>
        <w:tc>
          <w:tcPr/>
          <w:p w:rsidR="00000000" w:rsidDel="00000000" w:rsidP="00000000" w:rsidRDefault="00000000" w:rsidRPr="00000000" w14:paraId="0000003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Autovalutazione</w:t>
            </w:r>
            <w:r w:rsidDel="00000000" w:rsidR="00000000" w:rsidRPr="00000000">
              <w:rPr>
                <w:rtl w:val="0"/>
              </w:rPr>
            </w:r>
          </w:p>
        </w:tc>
        <w:tc>
          <w:tcPr/>
          <w:p w:rsidR="00000000" w:rsidDel="00000000" w:rsidP="00000000" w:rsidRDefault="00000000" w:rsidRPr="00000000" w14:paraId="0000003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Valutazione</w:t>
            </w:r>
            <w:r w:rsidDel="00000000" w:rsidR="00000000" w:rsidRPr="00000000">
              <w:rPr>
                <w:rtl w:val="0"/>
              </w:rPr>
            </w:r>
          </w:p>
        </w:tc>
      </w:tr>
      <w:tr>
        <w:trPr>
          <w:cantSplit w:val="0"/>
          <w:tblHeader w:val="0"/>
        </w:trPr>
        <w:tc>
          <w:tcPr/>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Laurea Magistrale / Specialistica / Vecchio Ordinamento</w:t>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Lingue e Letterature Straniere (Lingua Inglese) o Mediazione Linguistica, laurea scuola interpreti - salvo che non sia requisito minimo</w:t>
            </w:r>
          </w:p>
        </w:tc>
        <w:tc>
          <w:tcPr/>
          <w:p w:rsidR="00000000" w:rsidDel="00000000" w:rsidP="00000000" w:rsidRDefault="00000000" w:rsidRPr="00000000" w14:paraId="00000042">
            <w:pPr>
              <w:spacing w:after="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43">
            <w:pPr>
              <w:spacing w:after="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44">
            <w:pPr>
              <w:spacing w:after="0" w:lineRule="auto"/>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Certificazione Linguistica di Livello C2</w:t>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Rilasciata da Enti Accreditati MIM (es. Cambridge, Trinity, IELTS) - salvo che non sia requisito minimo</w:t>
            </w:r>
          </w:p>
        </w:tc>
        <w:tc>
          <w:tcPr/>
          <w:p w:rsidR="00000000" w:rsidDel="00000000" w:rsidP="00000000" w:rsidRDefault="00000000" w:rsidRPr="00000000" w14:paraId="00000047">
            <w:pPr>
              <w:spacing w:after="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48">
            <w:pPr>
              <w:spacing w:after="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49">
            <w:pPr>
              <w:spacing w:after="0" w:lineRule="auto"/>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Titolo / Certificazione sulla Metodologia CLIL</w:t>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Corso di Perfezionamento Universitario / Master (60 CFU / 1500 ore) di cui al D.M. 249/2010</w:t>
            </w:r>
          </w:p>
        </w:tc>
        <w:tc>
          <w:tcPr/>
          <w:p w:rsidR="00000000" w:rsidDel="00000000" w:rsidP="00000000" w:rsidRDefault="00000000" w:rsidRPr="00000000" w14:paraId="0000004C">
            <w:pPr>
              <w:spacing w:after="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4D">
            <w:pPr>
              <w:spacing w:after="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4E">
            <w:pPr>
              <w:spacing w:after="0" w:lineRule="auto"/>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Dottorato di Ricerca o Master Universitario II Livello</w:t>
            </w:r>
          </w:p>
          <w:p w:rsidR="00000000" w:rsidDel="00000000" w:rsidP="00000000" w:rsidRDefault="00000000" w:rsidRPr="00000000" w14:paraId="000000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Pertinente alla didattica della lingua inglese o alla metodologia CLIL</w:t>
            </w:r>
          </w:p>
        </w:tc>
        <w:tc>
          <w:tcPr/>
          <w:p w:rsidR="00000000" w:rsidDel="00000000" w:rsidP="00000000" w:rsidRDefault="00000000" w:rsidRPr="00000000" w14:paraId="00000051">
            <w:pPr>
              <w:spacing w:after="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2">
            <w:pPr>
              <w:spacing w:after="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3">
            <w:pPr>
              <w:spacing w:after="0" w:lineRule="auto"/>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5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Condizione di Madrelingua Inglese</w:t>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Status comprovato secondo normativa vigente (titolo di studio conseguito nel Paese d'origine)</w:t>
            </w:r>
          </w:p>
        </w:tc>
        <w:tc>
          <w:tcPr/>
          <w:p w:rsidR="00000000" w:rsidDel="00000000" w:rsidP="00000000" w:rsidRDefault="00000000" w:rsidRPr="00000000" w14:paraId="00000056">
            <w:pPr>
              <w:spacing w:after="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7">
            <w:pPr>
              <w:spacing w:after="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8">
            <w:pPr>
              <w:spacing w:after="0" w:lineRule="auto"/>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Docenza in corsi CLIL rivolti a docenti</w:t>
            </w:r>
          </w:p>
          <w:p w:rsidR="00000000" w:rsidDel="00000000" w:rsidP="00000000" w:rsidRDefault="00000000" w:rsidRPr="00000000" w14:paraId="000000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Incarichi svolti presso Istituzioni Scolastiche o Università</w:t>
            </w:r>
          </w:p>
        </w:tc>
        <w:tc>
          <w:tcPr/>
          <w:p w:rsidR="00000000" w:rsidDel="00000000" w:rsidP="00000000" w:rsidRDefault="00000000" w:rsidRPr="00000000" w14:paraId="0000005B">
            <w:pPr>
              <w:spacing w:after="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C">
            <w:pPr>
              <w:spacing w:after="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D">
            <w:pPr>
              <w:spacing w:after="0" w:lineRule="auto"/>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Docenza/Formazione in Lingua Inglese (Livelli B1, B2, C1)</w:t>
            </w:r>
          </w:p>
          <w:p w:rsidR="00000000" w:rsidDel="00000000" w:rsidP="00000000" w:rsidRDefault="00000000" w:rsidRPr="00000000" w14:paraId="0000005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Corsi di formazione per adulti / docenti della scuola secondaria</w:t>
            </w:r>
          </w:p>
        </w:tc>
        <w:tc>
          <w:tcPr/>
          <w:p w:rsidR="00000000" w:rsidDel="00000000" w:rsidP="00000000" w:rsidRDefault="00000000" w:rsidRPr="00000000" w14:paraId="00000060">
            <w:pPr>
              <w:spacing w:after="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61">
            <w:pPr>
              <w:spacing w:after="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62">
            <w:pPr>
              <w:spacing w:after="0" w:lineRule="auto"/>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Esperienza di insegnamento della disciplina in lingua inglese</w:t>
            </w:r>
          </w:p>
          <w:p w:rsidR="00000000" w:rsidDel="00000000" w:rsidP="00000000" w:rsidRDefault="00000000" w:rsidRPr="00000000" w14:paraId="000000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Attività d'insegnamento CLIL svolta direttamente nelle classi di Scuola Secondaria di II grado</w:t>
            </w:r>
          </w:p>
        </w:tc>
        <w:tc>
          <w:tcPr/>
          <w:p w:rsidR="00000000" w:rsidDel="00000000" w:rsidP="00000000" w:rsidRDefault="00000000" w:rsidRPr="00000000" w14:paraId="00000065">
            <w:pPr>
              <w:spacing w:after="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66">
            <w:pPr>
              <w:spacing w:after="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67">
            <w:pPr>
              <w:spacing w:after="0" w:lineRule="auto"/>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Esperienze formative/docenza in progetti europei (PON / PN 2021-2027 / PNRR)</w:t>
            </w:r>
          </w:p>
          <w:p w:rsidR="00000000" w:rsidDel="00000000" w:rsidP="00000000" w:rsidRDefault="00000000" w:rsidRPr="00000000" w14:paraId="000000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Incarichi di formatore/esperto di lingua inglese o metodologia didattica</w:t>
            </w:r>
          </w:p>
        </w:tc>
        <w:tc>
          <w:tcPr/>
          <w:p w:rsidR="00000000" w:rsidDel="00000000" w:rsidP="00000000" w:rsidRDefault="00000000" w:rsidRPr="00000000" w14:paraId="0000006A">
            <w:pPr>
              <w:spacing w:after="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6B">
            <w:pPr>
              <w:spacing w:after="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6C">
            <w:pPr>
              <w:spacing w:after="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6D">
      <w:pPr>
        <w:spacing w:after="0" w:before="6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N.B. I punteggi dovranno essere attribuiti secondo la griglia prevista nell’Avviso di selezione.</w:t>
      </w:r>
      <w:r w:rsidDel="00000000" w:rsidR="00000000" w:rsidRPr="00000000">
        <w:rPr>
          <w:rtl w:val="0"/>
        </w:rPr>
      </w:r>
    </w:p>
    <w:p w:rsidR="00000000" w:rsidDel="00000000" w:rsidP="00000000" w:rsidRDefault="00000000" w:rsidRPr="00000000" w14:paraId="0000006E">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Il/La sottoscritto/a dichiara che quanto riportato nella presente scheda corrisponde a verità e si impegna a fornire, su richiesta dell’Amministrazione, la documentazione comprovante i titoli e le esperienze dichiarati.</w:t>
      </w:r>
    </w:p>
    <w:p w:rsidR="00000000" w:rsidDel="00000000" w:rsidP="00000000" w:rsidRDefault="00000000" w:rsidRPr="00000000" w14:paraId="0000006F">
      <w:pPr>
        <w:spacing w:after="0" w:before="10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Luogo e data __________________________</w:t>
      </w:r>
    </w:p>
    <w:p w:rsidR="00000000" w:rsidDel="00000000" w:rsidP="00000000" w:rsidRDefault="00000000" w:rsidRPr="00000000" w14:paraId="00000070">
      <w:pPr>
        <w:spacing w:after="0" w:before="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Firma del candidato/a ____________________________________</w:t>
      </w:r>
    </w:p>
    <w:p w:rsidR="00000000" w:rsidDel="00000000" w:rsidP="00000000" w:rsidRDefault="00000000" w:rsidRPr="00000000" w14:paraId="00000071">
      <w:pPr>
        <w:spacing w:after="40" w:before="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ALLEGATO C</w:t>
      </w:r>
      <w:r w:rsidDel="00000000" w:rsidR="00000000" w:rsidRPr="00000000">
        <w:rPr>
          <w:rtl w:val="0"/>
        </w:rPr>
      </w:r>
    </w:p>
    <w:p w:rsidR="00000000" w:rsidDel="00000000" w:rsidP="00000000" w:rsidRDefault="00000000" w:rsidRPr="00000000" w14:paraId="00000072">
      <w:pPr>
        <w:spacing w:after="40" w:before="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DICHIARAZIONE DI INSUSSISTENZA DI CAUSE DI INCOMPATIBILITÀ E CONFLITTO DI INTERESSI</w:t>
      </w:r>
      <w:r w:rsidDel="00000000" w:rsidR="00000000" w:rsidRPr="00000000">
        <w:rPr>
          <w:rtl w:val="0"/>
        </w:rPr>
      </w:r>
    </w:p>
    <w:p w:rsidR="00000000" w:rsidDel="00000000" w:rsidP="00000000" w:rsidRDefault="00000000" w:rsidRPr="00000000" w14:paraId="00000073">
      <w:pPr>
        <w:spacing w:after="40" w:before="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Selezione rivolta a personale INTERNO/COLLABORAZIONE PLURIMA/ ESTERNO all’Istituzione Scolastica per  l’individuazione di n.1 esperto/a per il modulo denominato “232952 - Corso CLIL in lingua inglese - scuola secondaria”.</w:t>
      </w:r>
      <w:r w:rsidDel="00000000" w:rsidR="00000000" w:rsidRPr="00000000">
        <w:rPr>
          <w:rtl w:val="0"/>
        </w:rPr>
      </w:r>
    </w:p>
    <w:p w:rsidR="00000000" w:rsidDel="00000000" w:rsidP="00000000" w:rsidRDefault="00000000" w:rsidRPr="00000000" w14:paraId="0000007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Fondi Strutturali Europei – Programma Nazionale “Scuola e competenze” 2021-2027 – Priorità 01 – Scuola e competenze – Fondo Sociale Europeo Plus (FSE+) – Obiettivo Specifico ESO4.5, Azione ESO4.5.A2 – Sotto azione ESO4.5.A2.B, interventi di cui al decreto del Ministro dell’istruzione e del merito n. 38 del 6 marzo 2026, Avviso 95165 del 24/04/2026 – Formazione docenti.</w:t>
      </w:r>
    </w:p>
    <w:p w:rsidR="00000000" w:rsidDel="00000000" w:rsidP="00000000" w:rsidRDefault="00000000" w:rsidRPr="00000000" w14:paraId="00000075">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ff"/>
          <w:rtl w:val="0"/>
        </w:rPr>
        <w:t xml:space="preserve">Titolo Progetto:</w:t>
      </w:r>
      <w:r w:rsidDel="00000000" w:rsidR="00000000" w:rsidRPr="00000000">
        <w:rPr>
          <w:rFonts w:ascii="Times New Roman" w:cs="Times New Roman" w:eastAsia="Times New Roman" w:hAnsi="Times New Roman"/>
          <w:rtl w:val="0"/>
        </w:rPr>
        <w:t xml:space="preserve"> “Innovazione Didattica”</w:t>
      </w:r>
    </w:p>
    <w:p w:rsidR="00000000" w:rsidDel="00000000" w:rsidP="00000000" w:rsidRDefault="00000000" w:rsidRPr="00000000" w14:paraId="0000007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ff"/>
          <w:rtl w:val="0"/>
        </w:rPr>
        <w:t xml:space="preserve">Codice progetto:</w:t>
      </w:r>
      <w:r w:rsidDel="00000000" w:rsidR="00000000" w:rsidRPr="00000000">
        <w:rPr>
          <w:rFonts w:ascii="Times New Roman" w:cs="Times New Roman" w:eastAsia="Times New Roman" w:hAnsi="Times New Roman"/>
          <w:rtl w:val="0"/>
        </w:rPr>
        <w:t xml:space="preserve"> ESO4.5.A2.B - Formazione docenti</w:t>
      </w:r>
    </w:p>
    <w:p w:rsidR="00000000" w:rsidDel="00000000" w:rsidP="00000000" w:rsidRDefault="00000000" w:rsidRPr="00000000" w14:paraId="0000007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ff"/>
          <w:rtl w:val="0"/>
        </w:rPr>
        <w:t xml:space="preserve">CUP:</w:t>
      </w:r>
      <w:r w:rsidDel="00000000" w:rsidR="00000000" w:rsidRPr="00000000">
        <w:rPr>
          <w:rFonts w:ascii="Times New Roman" w:cs="Times New Roman" w:eastAsia="Times New Roman" w:hAnsi="Times New Roman"/>
          <w:rtl w:val="0"/>
        </w:rPr>
        <w:t xml:space="preserve"> B94D26001190007</w:t>
      </w:r>
    </w:p>
    <w:p w:rsidR="00000000" w:rsidDel="00000000" w:rsidP="00000000" w:rsidRDefault="00000000" w:rsidRPr="00000000" w14:paraId="0000007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6740"/>
          <w:tab w:val="left" w:leader="none" w:pos="6760"/>
          <w:tab w:val="left" w:leader="none" w:pos="6780"/>
          <w:tab w:val="left" w:leader="none" w:pos="6800"/>
          <w:tab w:val="left" w:leader="none" w:pos="6820"/>
          <w:tab w:val="left" w:leader="none" w:pos="6840"/>
          <w:tab w:val="left" w:leader="none" w:pos="6860"/>
          <w:tab w:val="left" w:leader="none" w:pos="6880"/>
          <w:tab w:val="left" w:leader="none" w:pos="6900"/>
          <w:tab w:val="left" w:leader="none" w:pos="6920"/>
          <w:tab w:val="left" w:leader="none" w:pos="6940"/>
          <w:tab w:val="left" w:leader="none" w:pos="6960"/>
          <w:tab w:val="left" w:leader="none" w:pos="6980"/>
          <w:tab w:val="left" w:leader="none" w:pos="7000"/>
          <w:tab w:val="left" w:leader="none" w:pos="7020"/>
          <w:tab w:val="left" w:leader="none" w:pos="7040"/>
          <w:tab w:val="left" w:leader="none" w:pos="7060"/>
          <w:tab w:val="left" w:leader="none" w:pos="7080"/>
          <w:tab w:val="left" w:leader="none" w:pos="7100"/>
          <w:tab w:val="left" w:leader="none" w:pos="7120"/>
          <w:tab w:val="left" w:leader="none" w:pos="7140"/>
          <w:tab w:val="left" w:leader="none" w:pos="7160"/>
          <w:tab w:val="left" w:leader="none" w:pos="7180"/>
          <w:tab w:val="left" w:leader="none" w:pos="7200"/>
          <w:tab w:val="left" w:leader="none" w:pos="7220"/>
          <w:tab w:val="left" w:leader="none" w:pos="7240"/>
          <w:tab w:val="left" w:leader="none" w:pos="7260"/>
          <w:tab w:val="left" w:leader="none" w:pos="7280"/>
          <w:tab w:val="left" w:leader="none" w:pos="7300"/>
          <w:tab w:val="left" w:leader="none" w:pos="7320"/>
          <w:tab w:val="left" w:leader="none" w:pos="7340"/>
          <w:tab w:val="left" w:leader="none" w:pos="7360"/>
          <w:tab w:val="left" w:leader="none" w:pos="7380"/>
          <w:tab w:val="left" w:leader="none" w:pos="7400"/>
          <w:tab w:val="left" w:leader="none" w:pos="7420"/>
          <w:tab w:val="left" w:leader="none" w:pos="7440"/>
          <w:tab w:val="left" w:leader="none" w:pos="7460"/>
          <w:tab w:val="left" w:leader="none" w:pos="7480"/>
          <w:tab w:val="left" w:leader="none" w:pos="7500"/>
          <w:tab w:val="left" w:leader="none" w:pos="7520"/>
          <w:tab w:val="left" w:leader="none" w:pos="7540"/>
          <w:tab w:val="left" w:leader="none" w:pos="7560"/>
          <w:tab w:val="left" w:leader="none" w:pos="7580"/>
          <w:tab w:val="left" w:leader="none" w:pos="7600"/>
          <w:tab w:val="left" w:leader="none" w:pos="7620"/>
          <w:tab w:val="left" w:leader="none" w:pos="7640"/>
          <w:tab w:val="left" w:leader="none" w:pos="7660"/>
          <w:tab w:val="left" w:leader="none" w:pos="7680"/>
          <w:tab w:val="left" w:leader="none" w:pos="7700"/>
          <w:tab w:val="left" w:leader="none" w:pos="7720"/>
          <w:tab w:val="left" w:leader="none" w:pos="7740"/>
          <w:tab w:val="left" w:leader="none" w:pos="7760"/>
        </w:tabs>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ff"/>
          <w:rtl w:val="0"/>
        </w:rPr>
        <w:t xml:space="preserve">Importo totale richiesto per il progetto:</w:t>
      </w:r>
      <w:r w:rsidDel="00000000" w:rsidR="00000000" w:rsidRPr="00000000">
        <w:rPr>
          <w:rFonts w:ascii="Times New Roman" w:cs="Times New Roman" w:eastAsia="Times New Roman" w:hAnsi="Times New Roman"/>
          <w:color w:val="0000ff"/>
          <w:rtl w:val="0"/>
        </w:rPr>
        <w:t xml:space="preserve"> </w:t>
      </w:r>
      <w:r w:rsidDel="00000000" w:rsidR="00000000" w:rsidRPr="00000000">
        <w:rPr>
          <w:rFonts w:ascii="Times New Roman" w:cs="Times New Roman" w:eastAsia="Times New Roman" w:hAnsi="Times New Roman"/>
          <w:rtl w:val="0"/>
        </w:rPr>
        <w:t xml:space="preserve">€ 34.524,00</w:t>
      </w:r>
    </w:p>
    <w:p w:rsidR="00000000" w:rsidDel="00000000" w:rsidP="00000000" w:rsidRDefault="00000000" w:rsidRPr="00000000" w14:paraId="0000007A">
      <w:pPr>
        <w:spacing w:after="80" w:before="0" w:line="24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B">
      <w:pPr>
        <w:spacing w:after="0" w:before="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Dirigente Scolastico dell’I.C. “Roiano Gretta - Margherita Hack” - TRIESTE</w:t>
      </w:r>
    </w:p>
    <w:p w:rsidR="00000000" w:rsidDel="00000000" w:rsidP="00000000" w:rsidRDefault="00000000" w:rsidRPr="00000000" w14:paraId="0000007C">
      <w:pPr>
        <w:spacing w:after="0" w:before="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Il/La sottoscritto/a ________________________________________________</w:t>
      </w:r>
    </w:p>
    <w:p w:rsidR="00000000" w:rsidDel="00000000" w:rsidP="00000000" w:rsidRDefault="00000000" w:rsidRPr="00000000" w14:paraId="0000007D">
      <w:pPr>
        <w:spacing w:after="0" w:before="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Nato/a a __________________________________ il _____________________</w:t>
      </w:r>
    </w:p>
    <w:p w:rsidR="00000000" w:rsidDel="00000000" w:rsidP="00000000" w:rsidRDefault="00000000" w:rsidRPr="00000000" w14:paraId="0000007E">
      <w:pPr>
        <w:spacing w:after="0" w:before="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Codice Fiscale _________________________________________________</w:t>
      </w:r>
    </w:p>
    <w:p w:rsidR="00000000" w:rsidDel="00000000" w:rsidP="00000000" w:rsidRDefault="00000000" w:rsidRPr="00000000" w14:paraId="0000007F">
      <w:pPr>
        <w:spacing w:after="0" w:before="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relazione all’eventuale conferimento dell’incarico nell’ambito del progetto “Innovazione Didattica”, consapevole delle sanzioni penali previste dall’art. 76 del D.P.R. n. 445/2000 in caso di dichiarazioni mendaci,</w:t>
      </w:r>
    </w:p>
    <w:p w:rsidR="00000000" w:rsidDel="00000000" w:rsidP="00000000" w:rsidRDefault="00000000" w:rsidRPr="00000000" w14:paraId="00000080">
      <w:pPr>
        <w:spacing w:after="20" w:before="60" w:line="24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1">
      <w:pPr>
        <w:spacing w:after="20" w:before="6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DICHIARA SOTTO LA PROPRIA RESPONSABILITÀ</w:t>
      </w:r>
      <w:r w:rsidDel="00000000" w:rsidR="00000000" w:rsidRPr="00000000">
        <w:rPr>
          <w:rtl w:val="0"/>
        </w:rPr>
      </w:r>
    </w:p>
    <w:p w:rsidR="00000000" w:rsidDel="00000000" w:rsidP="00000000" w:rsidRDefault="00000000" w:rsidRPr="00000000" w14:paraId="00000082">
      <w:pPr>
        <w:numPr>
          <w:ilvl w:val="0"/>
          <w:numId w:val="2"/>
        </w:numPr>
        <w:spacing w:after="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di non trovarsi in nessuna delle condizioni di incompatibilità o inconferibilità dell’incarico in oggetto ai sensi di quanto previsto dal D. lgs. 39/2013 e dall’art. 53 del D. lgs. 165/200; </w:t>
      </w:r>
    </w:p>
    <w:p w:rsidR="00000000" w:rsidDel="00000000" w:rsidP="00000000" w:rsidRDefault="00000000" w:rsidRPr="00000000" w14:paraId="00000083">
      <w:pPr>
        <w:numPr>
          <w:ilvl w:val="0"/>
          <w:numId w:val="2"/>
        </w:numPr>
        <w:spacing w:after="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ovvero, nel caso in cui sussistano situazioni di incompatibilità che le stesse sono le seguenti: __________________________________________________________________________________________________________________________________________________________</w:t>
      </w:r>
    </w:p>
    <w:p w:rsidR="00000000" w:rsidDel="00000000" w:rsidP="00000000" w:rsidRDefault="00000000" w:rsidRPr="00000000" w14:paraId="00000084">
      <w:pPr>
        <w:numPr>
          <w:ilvl w:val="0"/>
          <w:numId w:val="2"/>
        </w:numPr>
        <w:spacing w:after="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85">
      <w:pPr>
        <w:numPr>
          <w:ilvl w:val="0"/>
          <w:numId w:val="2"/>
        </w:numPr>
        <w:spacing w:after="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86">
      <w:pPr>
        <w:numPr>
          <w:ilvl w:val="0"/>
          <w:numId w:val="2"/>
        </w:numPr>
        <w:spacing w:after="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di non trovarsi in nessuna delle eventuali condizioni di incompatibilità o inconferibilità dell’incarico specificatamente previste per l’attuazione delle azioni e delle iniziative rientranti nell’ambito delle attività di cui all’Avviso pubblico indicato in oggetto;</w:t>
      </w:r>
    </w:p>
    <w:p w:rsidR="00000000" w:rsidDel="00000000" w:rsidP="00000000" w:rsidRDefault="00000000" w:rsidRPr="00000000" w14:paraId="00000087">
      <w:pPr>
        <w:numPr>
          <w:ilvl w:val="0"/>
          <w:numId w:val="2"/>
        </w:numPr>
        <w:spacing w:after="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di essere a conoscenza che l’incarico in oggetto potrà essere revocato, in qualsiasi momento, qualora l’Amministrazione scolastica dovesse accertare la sussistenza di una situazione di conflitto di interesse non diversamente risolvibile;</w:t>
      </w:r>
    </w:p>
    <w:p w:rsidR="00000000" w:rsidDel="00000000" w:rsidP="00000000" w:rsidRDefault="00000000" w:rsidRPr="00000000" w14:paraId="00000088">
      <w:pPr>
        <w:numPr>
          <w:ilvl w:val="0"/>
          <w:numId w:val="2"/>
        </w:numPr>
        <w:spacing w:after="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 </w:t>
      </w:r>
    </w:p>
    <w:p w:rsidR="00000000" w:rsidDel="00000000" w:rsidP="00000000" w:rsidRDefault="00000000" w:rsidRPr="00000000" w14:paraId="00000089">
      <w:pPr>
        <w:numPr>
          <w:ilvl w:val="0"/>
          <w:numId w:val="2"/>
        </w:numPr>
        <w:spacing w:after="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8A">
      <w:pPr>
        <w:numPr>
          <w:ilvl w:val="0"/>
          <w:numId w:val="2"/>
        </w:numPr>
        <w:spacing w:after="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8B">
      <w:pPr>
        <w:numPr>
          <w:ilvl w:val="0"/>
          <w:numId w:val="2"/>
        </w:numPr>
        <w:spacing w:after="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8C">
      <w:pPr>
        <w:numPr>
          <w:ilvl w:val="0"/>
          <w:numId w:val="2"/>
        </w:numPr>
        <w:spacing w:after="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r w:rsidDel="00000000" w:rsidR="00000000" w:rsidRPr="00000000">
        <w:rPr>
          <w:rtl w:val="0"/>
        </w:rPr>
      </w:r>
    </w:p>
    <w:p w:rsidR="00000000" w:rsidDel="00000000" w:rsidP="00000000" w:rsidRDefault="00000000" w:rsidRPr="00000000" w14:paraId="0000008D">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presente dichiarazione è resa ai sensi del D.P.R. n. 445/2000.</w:t>
      </w:r>
    </w:p>
    <w:p w:rsidR="00000000" w:rsidDel="00000000" w:rsidP="00000000" w:rsidRDefault="00000000" w:rsidRPr="00000000" w14:paraId="0000008E">
      <w:pPr>
        <w:spacing w:after="0" w:before="10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Luogo e data __________________________</w:t>
      </w:r>
    </w:p>
    <w:p w:rsidR="00000000" w:rsidDel="00000000" w:rsidP="00000000" w:rsidRDefault="00000000" w:rsidRPr="00000000" w14:paraId="0000008F">
      <w:pPr>
        <w:spacing w:after="0" w:before="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Firma del candidato/a ____________________________________</w:t>
      </w:r>
    </w:p>
    <w:sectPr>
      <w:headerReference r:id="rId7" w:type="default"/>
      <w:footerReference r:id="rId8" w:type="default"/>
      <w:pgSz w:h="15840" w:w="12240" w:orient="portrait"/>
      <w:pgMar w:bottom="1531" w:top="2438" w:left="765" w:right="765" w:header="170" w:footer="22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tabs>
        <w:tab w:val="center" w:leader="none" w:pos="4819"/>
        <w:tab w:val="right" w:leader="none" w:pos="9638"/>
      </w:tabs>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tabs>
        <w:tab w:val="center" w:leader="none" w:pos="4819"/>
        <w:tab w:val="right" w:leader="none" w:pos="9638"/>
      </w:tabs>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sz w:val="20"/>
        <w:szCs w:val="20"/>
      </w:rPr>
      <w:drawing>
        <wp:inline distB="0" distT="0" distL="0" distR="0">
          <wp:extent cx="6408110" cy="660400"/>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408110" cy="660400"/>
                  </a:xfrm>
                  <a:prstGeom prst="rect"/>
                  <a:ln/>
                </pic:spPr>
              </pic:pic>
            </a:graphicData>
          </a:graphic>
        </wp:inline>
      </w:drawing>
    </w:r>
    <w:r w:rsidDel="00000000" w:rsidR="00000000" w:rsidRPr="00000000">
      <w:rPr>
        <w:rtl w:val="0"/>
      </w:rPr>
    </w:r>
  </w:p>
  <w:p w:rsidR="00000000" w:rsidDel="00000000" w:rsidP="00000000" w:rsidRDefault="00000000" w:rsidRPr="00000000" w14:paraId="00000091">
    <w:pPr>
      <w:spacing w:after="0" w:lineRule="auto"/>
      <w:jc w:val="center"/>
      <w:rPr/>
    </w:pPr>
    <w:r w:rsidDel="00000000" w:rsidR="00000000" w:rsidRPr="00000000">
      <w:rPr>
        <w:rtl w:val="0"/>
      </w:rPr>
    </w:r>
  </w:p>
  <w:p w:rsidR="00000000" w:rsidDel="00000000" w:rsidP="00000000" w:rsidRDefault="00000000" w:rsidRPr="00000000" w14:paraId="00000092">
    <w:pPr>
      <w:pBdr>
        <w:bottom w:color="808080" w:space="1" w:sz="6" w:val="single"/>
      </w:pBd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18"/>
        <w:szCs w:val="18"/>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BwLSFypv2DSsV2fAJwD9JdwKeA==">CgMxLjA4AHIhMVFjaGcxMy1ja3NTN3VWRG0zVXd2cHFWZ1NyRHVNWDdU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