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0CDE" w:rsidRDefault="00FC0CDE" w:rsidP="00FC0CDE">
      <w:pPr>
        <w:spacing w:after="40"/>
        <w:rPr>
          <w:b/>
        </w:rPr>
      </w:pPr>
    </w:p>
    <w:p w:rsidR="00FC0CDE" w:rsidRDefault="00FC0CDE" w:rsidP="00FC0CDE">
      <w:pPr>
        <w:spacing w:after="40"/>
      </w:pPr>
    </w:p>
    <w:p w:rsidR="00FC0CDE" w:rsidRPr="00DF7A70" w:rsidRDefault="00FC0CDE" w:rsidP="00FC0CDE">
      <w:pPr>
        <w:widowControl w:val="0"/>
        <w:autoSpaceDE w:val="0"/>
        <w:autoSpaceDN w:val="0"/>
        <w:spacing w:after="0" w:line="240" w:lineRule="auto"/>
        <w:ind w:left="78"/>
        <w:rPr>
          <w:rFonts w:ascii="Times New Roman" w:eastAsia="Times New Roman" w:hAnsi="Times New Roman" w:cs="Times New Roman"/>
          <w:sz w:val="22"/>
        </w:rPr>
      </w:pPr>
    </w:p>
    <w:p w:rsidR="00FC0CDE" w:rsidRPr="00DF7A70" w:rsidRDefault="00FC0CDE" w:rsidP="00FC0CDE">
      <w:pPr>
        <w:widowControl w:val="0"/>
        <w:autoSpaceDE w:val="0"/>
        <w:autoSpaceDN w:val="0"/>
        <w:spacing w:after="0" w:line="240" w:lineRule="auto"/>
        <w:ind w:left="78"/>
        <w:rPr>
          <w:rFonts w:ascii="Times New Roman" w:eastAsia="Times New Roman" w:hAnsi="Times New Roman" w:cs="Times New Roman"/>
          <w:sz w:val="22"/>
        </w:rPr>
      </w:pPr>
      <w:r w:rsidRPr="00DF7A70">
        <w:rPr>
          <w:rFonts w:ascii="Times New Roman" w:eastAsia="Times New Roman" w:hAnsi="Times New Roman" w:cs="Times New Roman"/>
          <w:noProof/>
          <w:sz w:val="22"/>
        </w:rPr>
        <w:drawing>
          <wp:anchor distT="0" distB="0" distL="114300" distR="114300" simplePos="0" relativeHeight="251659264" behindDoc="0" locked="0" layoutInCell="1" allowOverlap="1" wp14:anchorId="4188FADB" wp14:editId="3F0C7C93">
            <wp:simplePos x="0" y="0"/>
            <wp:positionH relativeFrom="column">
              <wp:posOffset>2911466</wp:posOffset>
            </wp:positionH>
            <wp:positionV relativeFrom="paragraph">
              <wp:posOffset>-293702</wp:posOffset>
            </wp:positionV>
            <wp:extent cx="428625" cy="466725"/>
            <wp:effectExtent l="0" t="0" r="9525" b="9525"/>
            <wp:wrapNone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C0CDE" w:rsidRPr="00DF7A70" w:rsidRDefault="00FC0CDE" w:rsidP="00FC0CDE">
      <w:pPr>
        <w:widowControl w:val="0"/>
        <w:autoSpaceDE w:val="0"/>
        <w:autoSpaceDN w:val="0"/>
        <w:spacing w:after="0" w:line="240" w:lineRule="auto"/>
        <w:ind w:left="-426" w:right="-851"/>
        <w:jc w:val="center"/>
        <w:rPr>
          <w:rFonts w:ascii="Times New Roman" w:eastAsia="Times New Roman" w:hAnsi="Times New Roman" w:cs="Times New Roman"/>
          <w:b/>
          <w:bCs/>
          <w:sz w:val="22"/>
        </w:rPr>
      </w:pPr>
      <w:bookmarkStart w:id="0" w:name="_Hlk200542511"/>
      <w:r w:rsidRPr="00DF7A70">
        <w:rPr>
          <w:rFonts w:ascii="Times New Roman" w:eastAsia="Times New Roman" w:hAnsi="Times New Roman" w:cs="Times New Roman"/>
          <w:b/>
          <w:bCs/>
          <w:sz w:val="22"/>
        </w:rPr>
        <w:t>I S T I T U T O   C O M P R E N S I V O</w:t>
      </w:r>
    </w:p>
    <w:p w:rsidR="00FC0CDE" w:rsidRPr="00DF7A70" w:rsidRDefault="00FC0CDE" w:rsidP="00FC0CD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2"/>
        </w:rPr>
      </w:pPr>
      <w:r w:rsidRPr="00DF7A70">
        <w:rPr>
          <w:rFonts w:ascii="Times New Roman" w:eastAsia="Times New Roman" w:hAnsi="Times New Roman" w:cs="Times New Roman"/>
          <w:b/>
          <w:sz w:val="22"/>
        </w:rPr>
        <w:t>M. GORTANI - COMEGLIANS</w:t>
      </w:r>
    </w:p>
    <w:p w:rsidR="00FC0CDE" w:rsidRPr="00DF7A70" w:rsidRDefault="00FC0CDE" w:rsidP="00FC0CD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2"/>
        </w:rPr>
      </w:pPr>
      <w:r w:rsidRPr="00DF7A70">
        <w:rPr>
          <w:rFonts w:ascii="Times New Roman" w:eastAsia="Times New Roman" w:hAnsi="Times New Roman" w:cs="Times New Roman"/>
          <w:sz w:val="22"/>
        </w:rPr>
        <w:t xml:space="preserve">33025 OVARO (UD) Via </w:t>
      </w:r>
      <w:proofErr w:type="spellStart"/>
      <w:r w:rsidRPr="00DF7A70">
        <w:rPr>
          <w:rFonts w:ascii="Times New Roman" w:eastAsia="Times New Roman" w:hAnsi="Times New Roman" w:cs="Times New Roman"/>
          <w:sz w:val="22"/>
        </w:rPr>
        <w:t>delle</w:t>
      </w:r>
      <w:proofErr w:type="spellEnd"/>
      <w:r w:rsidRPr="00DF7A70">
        <w:rPr>
          <w:rFonts w:ascii="Times New Roman" w:eastAsia="Times New Roman" w:hAnsi="Times New Roman" w:cs="Times New Roman"/>
          <w:sz w:val="22"/>
        </w:rPr>
        <w:t xml:space="preserve"> </w:t>
      </w:r>
      <w:proofErr w:type="spellStart"/>
      <w:r w:rsidRPr="00DF7A70">
        <w:rPr>
          <w:rFonts w:ascii="Times New Roman" w:eastAsia="Times New Roman" w:hAnsi="Times New Roman" w:cs="Times New Roman"/>
          <w:sz w:val="22"/>
        </w:rPr>
        <w:t>scuole</w:t>
      </w:r>
      <w:proofErr w:type="spellEnd"/>
      <w:r w:rsidRPr="00DF7A70">
        <w:rPr>
          <w:rFonts w:ascii="Times New Roman" w:eastAsia="Times New Roman" w:hAnsi="Times New Roman" w:cs="Times New Roman"/>
          <w:sz w:val="22"/>
        </w:rPr>
        <w:t xml:space="preserve"> n. 4 - tel. 0433/67006</w:t>
      </w:r>
    </w:p>
    <w:p w:rsidR="00FC0CDE" w:rsidRPr="00DF7A70" w:rsidRDefault="00FC0CDE" w:rsidP="00FC0CD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2"/>
        </w:rPr>
      </w:pPr>
      <w:proofErr w:type="spellStart"/>
      <w:r w:rsidRPr="00DF7A70">
        <w:rPr>
          <w:rFonts w:ascii="Times New Roman" w:eastAsia="Times New Roman" w:hAnsi="Times New Roman" w:cs="Times New Roman"/>
          <w:sz w:val="22"/>
        </w:rPr>
        <w:t>Cod.mecc</w:t>
      </w:r>
      <w:proofErr w:type="spellEnd"/>
      <w:r w:rsidRPr="00DF7A70">
        <w:rPr>
          <w:rFonts w:ascii="Times New Roman" w:eastAsia="Times New Roman" w:hAnsi="Times New Roman" w:cs="Times New Roman"/>
          <w:sz w:val="22"/>
        </w:rPr>
        <w:t>: UDIC80900E - C.F. 93012280306</w:t>
      </w:r>
      <w:bookmarkEnd w:id="0"/>
    </w:p>
    <w:p w:rsidR="00FC0CDE" w:rsidRPr="00DF7A70" w:rsidRDefault="00FC0CDE" w:rsidP="00FC0CD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2"/>
        </w:rPr>
      </w:pPr>
      <w:r w:rsidRPr="00DF7A70">
        <w:rPr>
          <w:rFonts w:ascii="Times New Roman" w:eastAsia="Times New Roman" w:hAnsi="Times New Roman" w:cs="Times New Roman"/>
          <w:sz w:val="22"/>
        </w:rPr>
        <w:t xml:space="preserve">e-mail: </w:t>
      </w:r>
      <w:hyperlink r:id="rId9" w:history="1">
        <w:r w:rsidRPr="00DF7A70">
          <w:rPr>
            <w:rFonts w:ascii="Times New Roman" w:eastAsia="Times New Roman" w:hAnsi="Times New Roman" w:cs="Times New Roman"/>
            <w:color w:val="0000FF"/>
            <w:sz w:val="22"/>
            <w:u w:val="single"/>
          </w:rPr>
          <w:t>udic80900e@istruzione.it</w:t>
        </w:r>
      </w:hyperlink>
      <w:r w:rsidRPr="00DF7A70">
        <w:rPr>
          <w:rFonts w:ascii="Times New Roman" w:eastAsia="Times New Roman" w:hAnsi="Times New Roman" w:cs="Times New Roman"/>
          <w:sz w:val="22"/>
        </w:rPr>
        <w:t xml:space="preserve">  pec: </w:t>
      </w:r>
      <w:hyperlink r:id="rId10" w:history="1">
        <w:r w:rsidRPr="00DF7A70">
          <w:rPr>
            <w:rFonts w:ascii="Times New Roman" w:eastAsia="Times New Roman" w:hAnsi="Times New Roman" w:cs="Times New Roman"/>
            <w:color w:val="0000FF"/>
            <w:sz w:val="22"/>
            <w:u w:val="single"/>
          </w:rPr>
          <w:t>udic80900e@pec.istruzione.it</w:t>
        </w:r>
      </w:hyperlink>
      <w:r w:rsidRPr="00DF7A70">
        <w:rPr>
          <w:rFonts w:ascii="Times New Roman" w:eastAsia="Times New Roman" w:hAnsi="Times New Roman" w:cs="Times New Roman"/>
          <w:sz w:val="22"/>
        </w:rPr>
        <w:t xml:space="preserve">  </w:t>
      </w:r>
      <w:proofErr w:type="spellStart"/>
      <w:r w:rsidRPr="00DF7A70">
        <w:rPr>
          <w:rFonts w:ascii="Times New Roman" w:eastAsia="Times New Roman" w:hAnsi="Times New Roman" w:cs="Times New Roman"/>
          <w:sz w:val="22"/>
        </w:rPr>
        <w:t>sito</w:t>
      </w:r>
      <w:proofErr w:type="spellEnd"/>
      <w:r w:rsidRPr="00DF7A70">
        <w:rPr>
          <w:rFonts w:ascii="Times New Roman" w:eastAsia="Times New Roman" w:hAnsi="Times New Roman" w:cs="Times New Roman"/>
          <w:sz w:val="22"/>
        </w:rPr>
        <w:t xml:space="preserve">: </w:t>
      </w:r>
      <w:hyperlink r:id="rId11" w:history="1">
        <w:r w:rsidRPr="00DF7A70">
          <w:rPr>
            <w:rFonts w:ascii="Times New Roman" w:eastAsia="Times New Roman" w:hAnsi="Times New Roman" w:cs="Times New Roman"/>
            <w:color w:val="0000FF"/>
            <w:sz w:val="22"/>
            <w:u w:val="single"/>
          </w:rPr>
          <w:t>www.iccomeglians.edu.it</w:t>
        </w:r>
      </w:hyperlink>
    </w:p>
    <w:p w:rsidR="00FC0CDE" w:rsidRDefault="00FC0CDE" w:rsidP="00FC0CDE">
      <w:pPr>
        <w:widowControl w:val="0"/>
        <w:tabs>
          <w:tab w:val="left" w:pos="893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2"/>
        </w:rPr>
      </w:pPr>
      <w:proofErr w:type="spellStart"/>
      <w:r w:rsidRPr="00DF7A70">
        <w:rPr>
          <w:rFonts w:ascii="Times New Roman" w:eastAsia="Times New Roman" w:hAnsi="Times New Roman" w:cs="Times New Roman"/>
          <w:bCs/>
          <w:sz w:val="22"/>
        </w:rPr>
        <w:t>Codice</w:t>
      </w:r>
      <w:proofErr w:type="spellEnd"/>
      <w:r w:rsidRPr="00DF7A70">
        <w:rPr>
          <w:rFonts w:ascii="Times New Roman" w:eastAsia="Times New Roman" w:hAnsi="Times New Roman" w:cs="Times New Roman"/>
          <w:bCs/>
          <w:sz w:val="22"/>
        </w:rPr>
        <w:t xml:space="preserve"> </w:t>
      </w:r>
      <w:proofErr w:type="spellStart"/>
      <w:r w:rsidRPr="00DF7A70">
        <w:rPr>
          <w:rFonts w:ascii="Times New Roman" w:eastAsia="Times New Roman" w:hAnsi="Times New Roman" w:cs="Times New Roman"/>
          <w:bCs/>
          <w:sz w:val="22"/>
        </w:rPr>
        <w:t>Univoco</w:t>
      </w:r>
      <w:proofErr w:type="spellEnd"/>
      <w:r w:rsidRPr="00DF7A70">
        <w:rPr>
          <w:rFonts w:ascii="Times New Roman" w:eastAsia="Times New Roman" w:hAnsi="Times New Roman" w:cs="Times New Roman"/>
          <w:bCs/>
          <w:sz w:val="22"/>
        </w:rPr>
        <w:t xml:space="preserve"> </w:t>
      </w:r>
      <w:proofErr w:type="spellStart"/>
      <w:r w:rsidRPr="00DF7A70">
        <w:rPr>
          <w:rFonts w:ascii="Times New Roman" w:eastAsia="Times New Roman" w:hAnsi="Times New Roman" w:cs="Times New Roman"/>
          <w:bCs/>
          <w:sz w:val="22"/>
        </w:rPr>
        <w:t>Ufficio</w:t>
      </w:r>
      <w:proofErr w:type="spellEnd"/>
      <w:r w:rsidRPr="00DF7A70">
        <w:rPr>
          <w:rFonts w:ascii="Times New Roman" w:eastAsia="Times New Roman" w:hAnsi="Times New Roman" w:cs="Times New Roman"/>
          <w:bCs/>
          <w:sz w:val="22"/>
        </w:rPr>
        <w:t xml:space="preserve"> UFHV9K</w:t>
      </w:r>
    </w:p>
    <w:p w:rsidR="00FC0CDE" w:rsidRPr="00FC0CDE" w:rsidRDefault="00FC0CDE" w:rsidP="00FC0CDE">
      <w:pPr>
        <w:widowControl w:val="0"/>
        <w:tabs>
          <w:tab w:val="left" w:pos="8931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2"/>
        </w:rPr>
      </w:pPr>
      <w:bookmarkStart w:id="1" w:name="_GoBack"/>
      <w:bookmarkEnd w:id="1"/>
    </w:p>
    <w:p w:rsidR="007A1CC0" w:rsidRDefault="00E5376A">
      <w:pPr>
        <w:spacing w:after="40"/>
        <w:jc w:val="right"/>
        <w:rPr>
          <w:b/>
        </w:rPr>
      </w:pPr>
      <w:proofErr w:type="spellStart"/>
      <w:r>
        <w:rPr>
          <w:b/>
        </w:rPr>
        <w:t>Allegato</w:t>
      </w:r>
      <w:proofErr w:type="spellEnd"/>
      <w:r>
        <w:rPr>
          <w:b/>
        </w:rPr>
        <w:t xml:space="preserve"> 3</w:t>
      </w:r>
    </w:p>
    <w:p w:rsidR="002E6CA3" w:rsidRDefault="002E6CA3">
      <w:pPr>
        <w:spacing w:after="40"/>
        <w:jc w:val="right"/>
      </w:pPr>
    </w:p>
    <w:p w:rsidR="007A1CC0" w:rsidRDefault="00E5376A">
      <w:pPr>
        <w:spacing w:after="40"/>
        <w:jc w:val="center"/>
      </w:pPr>
      <w:r>
        <w:rPr>
          <w:b/>
        </w:rPr>
        <w:t>DICHIARAZIONE DI INSUSSISTENZA DI CAUSE DI INCOMPATIBILITA E DI CONFLITTO DI INTERESSI</w:t>
      </w:r>
    </w:p>
    <w:p w:rsidR="007A1CC0" w:rsidRPr="0072477B" w:rsidRDefault="00E5376A">
      <w:pPr>
        <w:spacing w:after="160"/>
        <w:jc w:val="center"/>
      </w:pPr>
      <w:r>
        <w:t>(</w:t>
      </w:r>
      <w:proofErr w:type="spellStart"/>
      <w:r>
        <w:t>artt</w:t>
      </w:r>
      <w:proofErr w:type="spellEnd"/>
      <w:r>
        <w:t xml:space="preserve">. 20 del </w:t>
      </w:r>
      <w:proofErr w:type="spellStart"/>
      <w:proofErr w:type="gramStart"/>
      <w:r w:rsidRPr="0072477B">
        <w:rPr>
          <w:lang w:val="it-IT"/>
        </w:rPr>
        <w:t>D.Lgs</w:t>
      </w:r>
      <w:proofErr w:type="spellEnd"/>
      <w:proofErr w:type="gramEnd"/>
      <w:r>
        <w:t xml:space="preserve">. 39/2013 e 53 del </w:t>
      </w:r>
      <w:proofErr w:type="spellStart"/>
      <w:proofErr w:type="gramStart"/>
      <w:r>
        <w:t>D.Lgs</w:t>
      </w:r>
      <w:proofErr w:type="spellEnd"/>
      <w:proofErr w:type="gramEnd"/>
      <w:r>
        <w:t>. 165/</w:t>
      </w:r>
      <w:r w:rsidRPr="0072477B">
        <w:t>2001)</w:t>
      </w:r>
    </w:p>
    <w:p w:rsidR="007A1CC0" w:rsidRPr="0072477B" w:rsidRDefault="00E5376A">
      <w:pPr>
        <w:spacing w:after="0"/>
        <w:jc w:val="right"/>
      </w:pPr>
      <w:r w:rsidRPr="0072477B">
        <w:t xml:space="preserve">Al </w:t>
      </w:r>
      <w:proofErr w:type="spellStart"/>
      <w:r w:rsidRPr="0072477B">
        <w:t>Dirigente</w:t>
      </w:r>
      <w:proofErr w:type="spellEnd"/>
      <w:r w:rsidRPr="0072477B">
        <w:t xml:space="preserve"> </w:t>
      </w:r>
      <w:proofErr w:type="spellStart"/>
      <w:r w:rsidRPr="0072477B">
        <w:t>Scolastico</w:t>
      </w:r>
      <w:proofErr w:type="spellEnd"/>
    </w:p>
    <w:p w:rsidR="007A1CC0" w:rsidRPr="0072477B" w:rsidRDefault="0072477B">
      <w:pPr>
        <w:spacing w:after="0"/>
        <w:jc w:val="right"/>
      </w:pPr>
      <w:proofErr w:type="spellStart"/>
      <w:r w:rsidRPr="0072477B">
        <w:t>Istituto</w:t>
      </w:r>
      <w:proofErr w:type="spellEnd"/>
      <w:r w:rsidRPr="0072477B">
        <w:t xml:space="preserve"> </w:t>
      </w:r>
      <w:proofErr w:type="spellStart"/>
      <w:r w:rsidRPr="0072477B">
        <w:t>Comprensivo</w:t>
      </w:r>
      <w:proofErr w:type="spellEnd"/>
      <w:r w:rsidRPr="0072477B">
        <w:t xml:space="preserve"> M. </w:t>
      </w:r>
      <w:proofErr w:type="spellStart"/>
      <w:r w:rsidRPr="0072477B">
        <w:t>Gortani</w:t>
      </w:r>
      <w:proofErr w:type="spellEnd"/>
      <w:r w:rsidRPr="0072477B">
        <w:t xml:space="preserve"> - </w:t>
      </w:r>
      <w:proofErr w:type="spellStart"/>
      <w:r w:rsidRPr="0072477B">
        <w:t>Comeglians</w:t>
      </w:r>
      <w:proofErr w:type="spellEnd"/>
    </w:p>
    <w:p w:rsidR="007A1CC0" w:rsidRPr="0072477B" w:rsidRDefault="00E5376A">
      <w:pPr>
        <w:spacing w:after="160"/>
        <w:jc w:val="right"/>
      </w:pPr>
      <w:r w:rsidRPr="0072477B">
        <w:t xml:space="preserve">Via </w:t>
      </w:r>
      <w:proofErr w:type="spellStart"/>
      <w:r w:rsidR="0072477B" w:rsidRPr="0072477B">
        <w:t>delle</w:t>
      </w:r>
      <w:proofErr w:type="spellEnd"/>
      <w:r w:rsidR="0072477B" w:rsidRPr="0072477B">
        <w:t xml:space="preserve"> </w:t>
      </w:r>
      <w:proofErr w:type="spellStart"/>
      <w:r w:rsidR="0072477B" w:rsidRPr="0072477B">
        <w:t>scuole</w:t>
      </w:r>
      <w:proofErr w:type="spellEnd"/>
      <w:r w:rsidR="0072477B" w:rsidRPr="0072477B">
        <w:t xml:space="preserve"> n. 4</w:t>
      </w:r>
      <w:r w:rsidRPr="0072477B">
        <w:t xml:space="preserve"> – </w:t>
      </w:r>
      <w:r w:rsidR="0072477B" w:rsidRPr="0072477B">
        <w:t>33025</w:t>
      </w:r>
      <w:r w:rsidRPr="0072477B">
        <w:t xml:space="preserve"> </w:t>
      </w:r>
      <w:proofErr w:type="spellStart"/>
      <w:r w:rsidR="0072477B" w:rsidRPr="0072477B">
        <w:t>Ovaro</w:t>
      </w:r>
      <w:proofErr w:type="spellEnd"/>
      <w:r w:rsidR="0072477B" w:rsidRPr="0072477B">
        <w:t xml:space="preserve"> (UD)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321"/>
        <w:gridCol w:w="3321"/>
        <w:gridCol w:w="3321"/>
      </w:tblGrid>
      <w:tr w:rsidR="0072477B">
        <w:trPr>
          <w:jc w:val="center"/>
        </w:trPr>
        <w:tc>
          <w:tcPr>
            <w:tcW w:w="3321" w:type="dxa"/>
          </w:tcPr>
          <w:p w:rsidR="0072477B" w:rsidRPr="005B5920" w:rsidRDefault="0072477B" w:rsidP="0072477B">
            <w:r w:rsidRPr="005B5920">
              <w:t>CODICE PROGETTO</w:t>
            </w:r>
          </w:p>
        </w:tc>
        <w:tc>
          <w:tcPr>
            <w:tcW w:w="3321" w:type="dxa"/>
          </w:tcPr>
          <w:p w:rsidR="0072477B" w:rsidRPr="005B5920" w:rsidRDefault="0072477B" w:rsidP="0072477B">
            <w:r w:rsidRPr="005B5920">
              <w:t>TITOLO PROGETTO</w:t>
            </w:r>
          </w:p>
        </w:tc>
        <w:tc>
          <w:tcPr>
            <w:tcW w:w="3321" w:type="dxa"/>
          </w:tcPr>
          <w:p w:rsidR="0072477B" w:rsidRPr="005B5920" w:rsidRDefault="0072477B" w:rsidP="0072477B">
            <w:r w:rsidRPr="005B5920">
              <w:t>CUP</w:t>
            </w:r>
          </w:p>
        </w:tc>
      </w:tr>
      <w:tr w:rsidR="0072477B">
        <w:trPr>
          <w:jc w:val="center"/>
        </w:trPr>
        <w:tc>
          <w:tcPr>
            <w:tcW w:w="3321" w:type="dxa"/>
          </w:tcPr>
          <w:p w:rsidR="0072477B" w:rsidRPr="005B5920" w:rsidRDefault="0072477B" w:rsidP="0072477B">
            <w:r w:rsidRPr="005B5920">
              <w:t>ESO4.</w:t>
            </w:r>
            <w:proofErr w:type="gramStart"/>
            <w:r w:rsidRPr="005B5920">
              <w:t>5.A</w:t>
            </w:r>
            <w:proofErr w:type="gramEnd"/>
            <w:r w:rsidRPr="005B5920">
              <w:t>2.B-FSEPN-FR-2026-34</w:t>
            </w:r>
          </w:p>
        </w:tc>
        <w:tc>
          <w:tcPr>
            <w:tcW w:w="3321" w:type="dxa"/>
          </w:tcPr>
          <w:p w:rsidR="0072477B" w:rsidRPr="005B5920" w:rsidRDefault="0072477B" w:rsidP="0072477B">
            <w:proofErr w:type="spellStart"/>
            <w:r w:rsidRPr="005B5920">
              <w:t>Trame</w:t>
            </w:r>
            <w:proofErr w:type="spellEnd"/>
            <w:r w:rsidRPr="005B5920">
              <w:t xml:space="preserve"> inclusive</w:t>
            </w:r>
          </w:p>
        </w:tc>
        <w:tc>
          <w:tcPr>
            <w:tcW w:w="3321" w:type="dxa"/>
          </w:tcPr>
          <w:p w:rsidR="0072477B" w:rsidRDefault="0072477B" w:rsidP="0072477B">
            <w:r w:rsidRPr="005B5920">
              <w:t>J34D26002330007</w:t>
            </w:r>
          </w:p>
        </w:tc>
      </w:tr>
    </w:tbl>
    <w:p w:rsidR="007A1CC0" w:rsidRDefault="007A1CC0">
      <w:pPr>
        <w:spacing w:after="80"/>
      </w:pPr>
    </w:p>
    <w:p w:rsidR="007A1CC0" w:rsidRDefault="00E5376A">
      <w:pPr>
        <w:spacing w:after="120"/>
        <w:jc w:val="both"/>
      </w:pPr>
      <w:r>
        <w:t xml:space="preserve">Il/La </w:t>
      </w:r>
      <w:proofErr w:type="spellStart"/>
      <w:r>
        <w:t>sottoscritto</w:t>
      </w:r>
      <w:proofErr w:type="spellEnd"/>
      <w:r>
        <w:t xml:space="preserve">/a ______________________________________ </w:t>
      </w:r>
      <w:proofErr w:type="spellStart"/>
      <w:r>
        <w:t>nato</w:t>
      </w:r>
      <w:proofErr w:type="spellEnd"/>
      <w:r>
        <w:t xml:space="preserve">/a a ____________________________ (______) </w:t>
      </w:r>
      <w:proofErr w:type="spellStart"/>
      <w:r>
        <w:t>il</w:t>
      </w:r>
      <w:proofErr w:type="spellEnd"/>
      <w:r>
        <w:t xml:space="preserve"> _____/_____/__________, </w:t>
      </w:r>
      <w:proofErr w:type="spellStart"/>
      <w:r>
        <w:t>residente</w:t>
      </w:r>
      <w:proofErr w:type="spellEnd"/>
      <w:r>
        <w:t xml:space="preserve"> a ________________________________ (______) in via ______________________________________, </w:t>
      </w:r>
      <w:proofErr w:type="spellStart"/>
      <w:r>
        <w:t>codice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 ______________________________, in </w:t>
      </w:r>
      <w:proofErr w:type="spellStart"/>
      <w:r>
        <w:t>relazione</w:t>
      </w:r>
      <w:proofErr w:type="spellEnd"/>
      <w:r>
        <w:t xml:space="preserve"> </w:t>
      </w:r>
      <w:proofErr w:type="spellStart"/>
      <w:r>
        <w:t>all’avviso</w:t>
      </w:r>
      <w:proofErr w:type="spellEnd"/>
      <w:r>
        <w:t xml:space="preserve"> di </w:t>
      </w:r>
      <w:proofErr w:type="spellStart"/>
      <w:r>
        <w:t>selezione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figure di </w:t>
      </w:r>
      <w:proofErr w:type="spellStart"/>
      <w:r>
        <w:t>supporto</w:t>
      </w:r>
      <w:proofErr w:type="spellEnd"/>
      <w:r>
        <w:t xml:space="preserve"> del </w:t>
      </w:r>
      <w:proofErr w:type="spellStart"/>
      <w:r>
        <w:t>progetto</w:t>
      </w:r>
      <w:proofErr w:type="spellEnd"/>
      <w:r>
        <w:t xml:space="preserve"> </w:t>
      </w:r>
      <w:r w:rsidR="0072477B" w:rsidRPr="0072477B">
        <w:t>“</w:t>
      </w:r>
      <w:proofErr w:type="spellStart"/>
      <w:r w:rsidR="0072477B">
        <w:t>T</w:t>
      </w:r>
      <w:r w:rsidR="0072477B" w:rsidRPr="0072477B">
        <w:t>rame</w:t>
      </w:r>
      <w:proofErr w:type="spellEnd"/>
      <w:r w:rsidR="0072477B" w:rsidRPr="0072477B">
        <w:t xml:space="preserve"> inclusive</w:t>
      </w:r>
      <w:r w:rsidRPr="0072477B">
        <w:t>”,</w:t>
      </w:r>
      <w:r>
        <w:t xml:space="preserve"> per </w:t>
      </w:r>
      <w:proofErr w:type="spellStart"/>
      <w:r>
        <w:t>il</w:t>
      </w:r>
      <w:proofErr w:type="spellEnd"/>
      <w:r>
        <w:t xml:space="preserve"> </w:t>
      </w:r>
      <w:proofErr w:type="spellStart"/>
      <w:r>
        <w:t>profilo</w:t>
      </w:r>
      <w:proofErr w:type="spellEnd"/>
      <w:r>
        <w:t xml:space="preserve"> di ______________________________,</w:t>
      </w:r>
    </w:p>
    <w:p w:rsidR="007A1CC0" w:rsidRDefault="00E5376A">
      <w:pPr>
        <w:spacing w:after="120"/>
        <w:jc w:val="both"/>
      </w:pPr>
      <w:proofErr w:type="spellStart"/>
      <w:r>
        <w:t>consapevole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la </w:t>
      </w:r>
      <w:proofErr w:type="spellStart"/>
      <w:r>
        <w:t>falsit</w:t>
      </w:r>
      <w:r w:rsidR="0072477B">
        <w:t>à</w:t>
      </w:r>
      <w:proofErr w:type="spellEnd"/>
      <w:r>
        <w:t xml:space="preserve"> in </w:t>
      </w:r>
      <w:proofErr w:type="spellStart"/>
      <w:r>
        <w:t>atti</w:t>
      </w:r>
      <w:proofErr w:type="spellEnd"/>
      <w:r>
        <w:t xml:space="preserve"> e le </w:t>
      </w:r>
      <w:proofErr w:type="spellStart"/>
      <w:r>
        <w:t>dichiarazioni</w:t>
      </w:r>
      <w:proofErr w:type="spellEnd"/>
      <w:r>
        <w:t xml:space="preserve"> </w:t>
      </w:r>
      <w:proofErr w:type="spellStart"/>
      <w:r>
        <w:t>mendaci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punite</w:t>
      </w:r>
      <w:proofErr w:type="spellEnd"/>
      <w:r>
        <w:t xml:space="preserve"> ai </w:t>
      </w:r>
      <w:proofErr w:type="spellStart"/>
      <w:r>
        <w:t>sensi</w:t>
      </w:r>
      <w:proofErr w:type="spellEnd"/>
      <w:r>
        <w:t xml:space="preserve"> del </w:t>
      </w:r>
      <w:proofErr w:type="spellStart"/>
      <w:r>
        <w:t>codice</w:t>
      </w:r>
      <w:proofErr w:type="spellEnd"/>
      <w:r>
        <w:t xml:space="preserve"> </w:t>
      </w:r>
      <w:proofErr w:type="spellStart"/>
      <w:r>
        <w:t>penale</w:t>
      </w:r>
      <w:proofErr w:type="spellEnd"/>
      <w:r>
        <w:t xml:space="preserve"> e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leggi</w:t>
      </w:r>
      <w:proofErr w:type="spellEnd"/>
      <w:r>
        <w:t xml:space="preserve"> </w:t>
      </w:r>
      <w:proofErr w:type="spellStart"/>
      <w:r>
        <w:t>speciali</w:t>
      </w:r>
      <w:proofErr w:type="spellEnd"/>
      <w:r>
        <w:t xml:space="preserve"> in </w:t>
      </w:r>
      <w:proofErr w:type="spellStart"/>
      <w:r>
        <w:t>materia</w:t>
      </w:r>
      <w:proofErr w:type="spellEnd"/>
      <w:r>
        <w:t xml:space="preserve"> e </w:t>
      </w:r>
      <w:proofErr w:type="spellStart"/>
      <w:r>
        <w:t>che</w:t>
      </w:r>
      <w:proofErr w:type="spellEnd"/>
      <w:r>
        <w:t xml:space="preserve">, </w:t>
      </w:r>
      <w:proofErr w:type="spellStart"/>
      <w:r>
        <w:t>laddove</w:t>
      </w:r>
      <w:proofErr w:type="spellEnd"/>
      <w:r>
        <w:t xml:space="preserve"> </w:t>
      </w:r>
      <w:proofErr w:type="spellStart"/>
      <w:r>
        <w:t>dovesse</w:t>
      </w:r>
      <w:proofErr w:type="spellEnd"/>
      <w:r>
        <w:t xml:space="preserve"> </w:t>
      </w:r>
      <w:proofErr w:type="spellStart"/>
      <w:r>
        <w:t>emergere</w:t>
      </w:r>
      <w:proofErr w:type="spellEnd"/>
      <w:r>
        <w:t xml:space="preserve"> la non </w:t>
      </w:r>
      <w:proofErr w:type="spellStart"/>
      <w:r>
        <w:t>veridicita</w:t>
      </w:r>
      <w:proofErr w:type="spellEnd"/>
      <w:r>
        <w:t xml:space="preserve"> di </w:t>
      </w:r>
      <w:proofErr w:type="spellStart"/>
      <w:r>
        <w:t>quanto</w:t>
      </w:r>
      <w:proofErr w:type="spellEnd"/>
      <w:r>
        <w:t xml:space="preserve"> </w:t>
      </w:r>
      <w:proofErr w:type="spellStart"/>
      <w:r>
        <w:t>dichiarato</w:t>
      </w:r>
      <w:proofErr w:type="spellEnd"/>
      <w:r>
        <w:t xml:space="preserve">, </w:t>
      </w:r>
      <w:proofErr w:type="spellStart"/>
      <w:r>
        <w:t>si</w:t>
      </w:r>
      <w:proofErr w:type="spellEnd"/>
      <w:r>
        <w:t xml:space="preserve"> </w:t>
      </w:r>
      <w:proofErr w:type="spellStart"/>
      <w:r>
        <w:t>avr</w:t>
      </w:r>
      <w:r w:rsidR="0072477B">
        <w:t>à</w:t>
      </w:r>
      <w:proofErr w:type="spellEnd"/>
      <w:r>
        <w:t xml:space="preserve"> la </w:t>
      </w:r>
      <w:proofErr w:type="spellStart"/>
      <w:r>
        <w:t>decadenza</w:t>
      </w:r>
      <w:proofErr w:type="spellEnd"/>
      <w:r>
        <w:t xml:space="preserve"> </w:t>
      </w:r>
      <w:proofErr w:type="spellStart"/>
      <w:r>
        <w:t>dai</w:t>
      </w:r>
      <w:proofErr w:type="spellEnd"/>
      <w:r>
        <w:t xml:space="preserve"> </w:t>
      </w:r>
      <w:proofErr w:type="spellStart"/>
      <w:r>
        <w:t>benefici</w:t>
      </w:r>
      <w:proofErr w:type="spellEnd"/>
      <w:r>
        <w:t xml:space="preserve"> </w:t>
      </w:r>
      <w:proofErr w:type="spellStart"/>
      <w:r>
        <w:t>eventualmente</w:t>
      </w:r>
      <w:proofErr w:type="spellEnd"/>
      <w:r>
        <w:t xml:space="preserve"> </w:t>
      </w:r>
      <w:proofErr w:type="spellStart"/>
      <w:r>
        <w:t>ottenuti</w:t>
      </w:r>
      <w:proofErr w:type="spellEnd"/>
      <w:r>
        <w:t xml:space="preserve"> ai </w:t>
      </w:r>
      <w:proofErr w:type="spellStart"/>
      <w:r>
        <w:t>sensi</w:t>
      </w:r>
      <w:proofErr w:type="spellEnd"/>
      <w:r>
        <w:t xml:space="preserve"> </w:t>
      </w:r>
      <w:proofErr w:type="spellStart"/>
      <w:r>
        <w:t>dell’art</w:t>
      </w:r>
      <w:proofErr w:type="spellEnd"/>
      <w:r>
        <w:t xml:space="preserve">. 75 del D.P.R. n. 445 del 28 </w:t>
      </w:r>
      <w:proofErr w:type="spellStart"/>
      <w:r>
        <w:t>dicembre</w:t>
      </w:r>
      <w:proofErr w:type="spellEnd"/>
      <w:r>
        <w:t xml:space="preserve"> 2000, ai </w:t>
      </w:r>
      <w:proofErr w:type="spellStart"/>
      <w:r>
        <w:t>sensi</w:t>
      </w:r>
      <w:proofErr w:type="spellEnd"/>
      <w:r>
        <w:t xml:space="preserve"> e per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effetti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artt</w:t>
      </w:r>
      <w:proofErr w:type="spellEnd"/>
      <w:r>
        <w:t xml:space="preserve">. 46 e 47 del </w:t>
      </w:r>
      <w:proofErr w:type="spellStart"/>
      <w:r>
        <w:t>medesimo</w:t>
      </w:r>
      <w:proofErr w:type="spellEnd"/>
      <w:r>
        <w:t xml:space="preserve"> D.P.R.,</w:t>
      </w:r>
    </w:p>
    <w:p w:rsidR="007A1CC0" w:rsidRDefault="00E5376A">
      <w:pPr>
        <w:spacing w:before="120" w:after="120"/>
        <w:jc w:val="center"/>
      </w:pPr>
      <w:r>
        <w:rPr>
          <w:b/>
        </w:rPr>
        <w:t>DICHIARA</w:t>
      </w:r>
    </w:p>
    <w:p w:rsidR="007A1CC0" w:rsidRDefault="00E5376A">
      <w:pPr>
        <w:spacing w:after="60"/>
        <w:ind w:left="432"/>
        <w:jc w:val="both"/>
      </w:pPr>
      <w:r>
        <w:t xml:space="preserve">•  di non </w:t>
      </w:r>
      <w:proofErr w:type="spellStart"/>
      <w:r>
        <w:t>trovarsi</w:t>
      </w:r>
      <w:proofErr w:type="spellEnd"/>
      <w:r>
        <w:t xml:space="preserve"> in </w:t>
      </w:r>
      <w:proofErr w:type="spellStart"/>
      <w:r>
        <w:t>situazione</w:t>
      </w:r>
      <w:proofErr w:type="spellEnd"/>
      <w:r>
        <w:t xml:space="preserve"> di </w:t>
      </w:r>
      <w:proofErr w:type="spellStart"/>
      <w:r>
        <w:t>incompatibilit</w:t>
      </w:r>
      <w:r w:rsidR="0072477B">
        <w:t>à</w:t>
      </w:r>
      <w:proofErr w:type="spellEnd"/>
      <w:r>
        <w:t xml:space="preserve">, ai </w:t>
      </w:r>
      <w:proofErr w:type="spellStart"/>
      <w:r>
        <w:t>sensi</w:t>
      </w:r>
      <w:proofErr w:type="spellEnd"/>
      <w:r>
        <w:t xml:space="preserve"> di </w:t>
      </w:r>
      <w:proofErr w:type="spellStart"/>
      <w:r>
        <w:t>quanto</w:t>
      </w:r>
      <w:proofErr w:type="spellEnd"/>
      <w:r>
        <w:t xml:space="preserve"> </w:t>
      </w:r>
      <w:proofErr w:type="spellStart"/>
      <w:r>
        <w:t>previsto</w:t>
      </w:r>
      <w:proofErr w:type="spellEnd"/>
      <w:r>
        <w:t xml:space="preserve"> dal </w:t>
      </w:r>
      <w:proofErr w:type="spellStart"/>
      <w:proofErr w:type="gramStart"/>
      <w:r>
        <w:t>D.Lgs</w:t>
      </w:r>
      <w:proofErr w:type="spellEnd"/>
      <w:proofErr w:type="gramEnd"/>
      <w:r>
        <w:t xml:space="preserve">. n. 39/2013 e </w:t>
      </w:r>
      <w:proofErr w:type="spellStart"/>
      <w:r>
        <w:t>dall’art</w:t>
      </w:r>
      <w:proofErr w:type="spellEnd"/>
      <w:r>
        <w:t xml:space="preserve">. 53 del </w:t>
      </w:r>
      <w:proofErr w:type="spellStart"/>
      <w:proofErr w:type="gramStart"/>
      <w:r>
        <w:t>D.Lgs</w:t>
      </w:r>
      <w:proofErr w:type="spellEnd"/>
      <w:proofErr w:type="gramEnd"/>
      <w:r>
        <w:t xml:space="preserve">. n. 165/2001; </w:t>
      </w:r>
      <w:proofErr w:type="spellStart"/>
      <w:r>
        <w:t>ovvero</w:t>
      </w:r>
      <w:proofErr w:type="spellEnd"/>
      <w:r>
        <w:t xml:space="preserve">, </w:t>
      </w:r>
      <w:proofErr w:type="spellStart"/>
      <w:r>
        <w:t>nel</w:t>
      </w:r>
      <w:proofErr w:type="spellEnd"/>
      <w:r>
        <w:t xml:space="preserve"> </w:t>
      </w:r>
      <w:proofErr w:type="spellStart"/>
      <w:r>
        <w:t>caso</w:t>
      </w:r>
      <w:proofErr w:type="spellEnd"/>
      <w:r>
        <w:t xml:space="preserve"> in cui </w:t>
      </w:r>
      <w:proofErr w:type="spellStart"/>
      <w:r>
        <w:t>sussistano</w:t>
      </w:r>
      <w:proofErr w:type="spellEnd"/>
      <w:r>
        <w:t xml:space="preserve"> </w:t>
      </w:r>
      <w:proofErr w:type="spellStart"/>
      <w:r>
        <w:t>situazioni</w:t>
      </w:r>
      <w:proofErr w:type="spellEnd"/>
      <w:r>
        <w:t xml:space="preserve"> di </w:t>
      </w:r>
      <w:proofErr w:type="spellStart"/>
      <w:r>
        <w:t>incompatibilit</w:t>
      </w:r>
      <w:r w:rsidR="0072477B">
        <w:t>à</w:t>
      </w:r>
      <w:proofErr w:type="spellEnd"/>
      <w:r>
        <w:t xml:space="preserve">, </w:t>
      </w:r>
      <w:proofErr w:type="spellStart"/>
      <w:r>
        <w:t>che</w:t>
      </w:r>
      <w:proofErr w:type="spellEnd"/>
      <w:r>
        <w:t xml:space="preserve"> le </w:t>
      </w:r>
      <w:proofErr w:type="spellStart"/>
      <w:r>
        <w:t>stesse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le </w:t>
      </w:r>
      <w:proofErr w:type="spellStart"/>
      <w:r>
        <w:t>seguenti</w:t>
      </w:r>
      <w:proofErr w:type="spellEnd"/>
      <w:r>
        <w:t>: ______________________________________________________________________________;</w:t>
      </w:r>
    </w:p>
    <w:p w:rsidR="007A1CC0" w:rsidRDefault="00E5376A">
      <w:pPr>
        <w:spacing w:after="60"/>
        <w:ind w:left="432"/>
        <w:jc w:val="both"/>
      </w:pPr>
      <w:r>
        <w:t xml:space="preserve">•  di non </w:t>
      </w:r>
      <w:proofErr w:type="spellStart"/>
      <w:r>
        <w:t>trovarsi</w:t>
      </w:r>
      <w:proofErr w:type="spellEnd"/>
      <w:r>
        <w:t xml:space="preserve"> in </w:t>
      </w:r>
      <w:proofErr w:type="spellStart"/>
      <w:r>
        <w:t>situazioni</w:t>
      </w:r>
      <w:proofErr w:type="spellEnd"/>
      <w:r>
        <w:t xml:space="preserve"> di </w:t>
      </w:r>
      <w:proofErr w:type="spellStart"/>
      <w:r>
        <w:t>conflitto</w:t>
      </w:r>
      <w:proofErr w:type="spellEnd"/>
      <w:r>
        <w:t xml:space="preserve"> di </w:t>
      </w:r>
      <w:proofErr w:type="spellStart"/>
      <w:r>
        <w:t>interessi</w:t>
      </w:r>
      <w:proofErr w:type="spellEnd"/>
      <w:r>
        <w:t xml:space="preserve">, </w:t>
      </w:r>
      <w:proofErr w:type="spellStart"/>
      <w:r>
        <w:t>anche</w:t>
      </w:r>
      <w:proofErr w:type="spellEnd"/>
      <w:r>
        <w:t xml:space="preserve"> </w:t>
      </w:r>
      <w:proofErr w:type="spellStart"/>
      <w:r>
        <w:t>potenziale</w:t>
      </w:r>
      <w:proofErr w:type="spellEnd"/>
      <w:r>
        <w:t xml:space="preserve">, ai </w:t>
      </w:r>
      <w:proofErr w:type="spellStart"/>
      <w:r>
        <w:t>sensi</w:t>
      </w:r>
      <w:proofErr w:type="spellEnd"/>
      <w:r>
        <w:t xml:space="preserve"> </w:t>
      </w:r>
      <w:proofErr w:type="spellStart"/>
      <w:r>
        <w:t>dell’art</w:t>
      </w:r>
      <w:proofErr w:type="spellEnd"/>
      <w:r>
        <w:t xml:space="preserve">. 53, comma 14, del </w:t>
      </w:r>
      <w:proofErr w:type="spellStart"/>
      <w:proofErr w:type="gramStart"/>
      <w:r>
        <w:t>D.Lgs</w:t>
      </w:r>
      <w:proofErr w:type="spellEnd"/>
      <w:proofErr w:type="gramEnd"/>
      <w:r>
        <w:t xml:space="preserve">. n. 165/2001, </w:t>
      </w:r>
      <w:proofErr w:type="spellStart"/>
      <w:r>
        <w:t>che</w:t>
      </w:r>
      <w:proofErr w:type="spellEnd"/>
      <w:r>
        <w:t xml:space="preserve"> </w:t>
      </w:r>
      <w:proofErr w:type="spellStart"/>
      <w:r>
        <w:t>possano</w:t>
      </w:r>
      <w:proofErr w:type="spellEnd"/>
      <w:r>
        <w:t xml:space="preserve"> </w:t>
      </w:r>
      <w:proofErr w:type="spellStart"/>
      <w:r>
        <w:t>interferire</w:t>
      </w:r>
      <w:proofErr w:type="spellEnd"/>
      <w:r>
        <w:t xml:space="preserve"> con </w:t>
      </w:r>
      <w:proofErr w:type="spellStart"/>
      <w:r>
        <w:t>l’esercizio</w:t>
      </w:r>
      <w:proofErr w:type="spellEnd"/>
      <w:r>
        <w:t xml:space="preserve"> </w:t>
      </w:r>
      <w:proofErr w:type="spellStart"/>
      <w:r>
        <w:t>dell’incarico</w:t>
      </w:r>
      <w:proofErr w:type="spellEnd"/>
      <w:r>
        <w:t>;</w:t>
      </w:r>
    </w:p>
    <w:p w:rsidR="007A1CC0" w:rsidRDefault="00E5376A">
      <w:pPr>
        <w:spacing w:after="60"/>
        <w:ind w:left="432"/>
        <w:jc w:val="both"/>
      </w:pPr>
      <w:r>
        <w:t xml:space="preserve">•  </w:t>
      </w:r>
      <w:proofErr w:type="spellStart"/>
      <w:r>
        <w:t>che</w:t>
      </w:r>
      <w:proofErr w:type="spellEnd"/>
      <w:r>
        <w:t xml:space="preserve"> </w:t>
      </w:r>
      <w:proofErr w:type="spellStart"/>
      <w:r>
        <w:t>l’esercizio</w:t>
      </w:r>
      <w:proofErr w:type="spellEnd"/>
      <w:r>
        <w:t xml:space="preserve"> </w:t>
      </w:r>
      <w:proofErr w:type="spellStart"/>
      <w:r>
        <w:t>dell’incarico</w:t>
      </w:r>
      <w:proofErr w:type="spellEnd"/>
      <w:r>
        <w:t xml:space="preserve"> non </w:t>
      </w:r>
      <w:proofErr w:type="spellStart"/>
      <w:r>
        <w:t>coinvolge</w:t>
      </w:r>
      <w:proofErr w:type="spellEnd"/>
      <w:r>
        <w:t xml:space="preserve"> </w:t>
      </w:r>
      <w:proofErr w:type="spellStart"/>
      <w:r>
        <w:t>interessi</w:t>
      </w:r>
      <w:proofErr w:type="spellEnd"/>
      <w:r>
        <w:t xml:space="preserve"> </w:t>
      </w:r>
      <w:proofErr w:type="spellStart"/>
      <w:r>
        <w:t>propri</w:t>
      </w:r>
      <w:proofErr w:type="spellEnd"/>
      <w:r>
        <w:t xml:space="preserve">, ne </w:t>
      </w:r>
      <w:proofErr w:type="spellStart"/>
      <w:r>
        <w:t>interessi</w:t>
      </w:r>
      <w:proofErr w:type="spellEnd"/>
      <w:r>
        <w:t xml:space="preserve"> di </w:t>
      </w:r>
      <w:proofErr w:type="spellStart"/>
      <w:r>
        <w:t>parenti</w:t>
      </w:r>
      <w:proofErr w:type="spellEnd"/>
      <w:r>
        <w:t xml:space="preserve"> o </w:t>
      </w:r>
      <w:proofErr w:type="spellStart"/>
      <w:r>
        <w:t>affini</w:t>
      </w:r>
      <w:proofErr w:type="spellEnd"/>
      <w:r>
        <w:t xml:space="preserve"> </w:t>
      </w:r>
      <w:proofErr w:type="spellStart"/>
      <w:r>
        <w:t>entro</w:t>
      </w:r>
      <w:proofErr w:type="spellEnd"/>
      <w:r>
        <w:t xml:space="preserve"> </w:t>
      </w:r>
      <w:proofErr w:type="spellStart"/>
      <w:r>
        <w:t>il</w:t>
      </w:r>
      <w:proofErr w:type="spellEnd"/>
      <w:r>
        <w:t xml:space="preserve"> secondo </w:t>
      </w:r>
      <w:proofErr w:type="spellStart"/>
      <w:r>
        <w:t>grado</w:t>
      </w:r>
      <w:proofErr w:type="spellEnd"/>
      <w:r>
        <w:t xml:space="preserve">, del </w:t>
      </w:r>
      <w:proofErr w:type="spellStart"/>
      <w:r>
        <w:t>coniuge</w:t>
      </w:r>
      <w:proofErr w:type="spellEnd"/>
      <w:r>
        <w:t xml:space="preserve"> o di </w:t>
      </w:r>
      <w:proofErr w:type="spellStart"/>
      <w:r>
        <w:t>conviventi</w:t>
      </w:r>
      <w:proofErr w:type="spellEnd"/>
      <w:r>
        <w:t xml:space="preserve">, </w:t>
      </w:r>
      <w:proofErr w:type="spellStart"/>
      <w:r>
        <w:t>oppure</w:t>
      </w:r>
      <w:proofErr w:type="spellEnd"/>
      <w:r>
        <w:t xml:space="preserve"> di </w:t>
      </w:r>
      <w:proofErr w:type="spellStart"/>
      <w:r>
        <w:t>persone</w:t>
      </w:r>
      <w:proofErr w:type="spellEnd"/>
      <w:r>
        <w:t xml:space="preserve"> con le </w:t>
      </w:r>
      <w:proofErr w:type="spellStart"/>
      <w:r>
        <w:t>quali</w:t>
      </w:r>
      <w:proofErr w:type="spellEnd"/>
      <w:r>
        <w:t xml:space="preserve"> </w:t>
      </w:r>
      <w:proofErr w:type="spellStart"/>
      <w:r>
        <w:t>abbia</w:t>
      </w:r>
      <w:proofErr w:type="spellEnd"/>
      <w:r>
        <w:t xml:space="preserve"> </w:t>
      </w:r>
      <w:proofErr w:type="spellStart"/>
      <w:r>
        <w:t>rapporti</w:t>
      </w:r>
      <w:proofErr w:type="spellEnd"/>
      <w:r>
        <w:t xml:space="preserve"> di </w:t>
      </w:r>
      <w:proofErr w:type="spellStart"/>
      <w:r>
        <w:lastRenderedPageBreak/>
        <w:t>frequentazione</w:t>
      </w:r>
      <w:proofErr w:type="spellEnd"/>
      <w:r>
        <w:t xml:space="preserve"> </w:t>
      </w:r>
      <w:proofErr w:type="spellStart"/>
      <w:r>
        <w:t>abituale</w:t>
      </w:r>
      <w:proofErr w:type="spellEnd"/>
      <w:r>
        <w:t xml:space="preserve">, ne </w:t>
      </w:r>
      <w:proofErr w:type="spellStart"/>
      <w:r>
        <w:t>interessi</w:t>
      </w:r>
      <w:proofErr w:type="spellEnd"/>
      <w:r>
        <w:t xml:space="preserve"> di </w:t>
      </w:r>
      <w:proofErr w:type="spellStart"/>
      <w:r>
        <w:t>soggetti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organizzazioni</w:t>
      </w:r>
      <w:proofErr w:type="spellEnd"/>
      <w:r>
        <w:t xml:space="preserve"> con cui </w:t>
      </w:r>
      <w:proofErr w:type="spellStart"/>
      <w:r>
        <w:t>egli</w:t>
      </w:r>
      <w:proofErr w:type="spellEnd"/>
      <w:r>
        <w:t xml:space="preserve"> o </w:t>
      </w:r>
      <w:proofErr w:type="spellStart"/>
      <w:r>
        <w:t>il</w:t>
      </w:r>
      <w:proofErr w:type="spellEnd"/>
      <w:r>
        <w:t xml:space="preserve"> </w:t>
      </w:r>
      <w:proofErr w:type="spellStart"/>
      <w:r>
        <w:t>coniuge</w:t>
      </w:r>
      <w:proofErr w:type="spellEnd"/>
      <w:r>
        <w:t xml:space="preserve"> </w:t>
      </w:r>
      <w:proofErr w:type="spellStart"/>
      <w:r>
        <w:t>abbia</w:t>
      </w:r>
      <w:proofErr w:type="spellEnd"/>
      <w:r>
        <w:t xml:space="preserve"> causa pendente o grave </w:t>
      </w:r>
      <w:proofErr w:type="spellStart"/>
      <w:r>
        <w:t>inimicizia</w:t>
      </w:r>
      <w:proofErr w:type="spellEnd"/>
      <w:r>
        <w:t xml:space="preserve"> o </w:t>
      </w:r>
      <w:proofErr w:type="spellStart"/>
      <w:r>
        <w:t>rapporti</w:t>
      </w:r>
      <w:proofErr w:type="spellEnd"/>
      <w:r>
        <w:t xml:space="preserve"> di </w:t>
      </w:r>
      <w:proofErr w:type="spellStart"/>
      <w:r>
        <w:t>credito</w:t>
      </w:r>
      <w:proofErr w:type="spellEnd"/>
      <w:r>
        <w:t xml:space="preserve"> o </w:t>
      </w:r>
      <w:proofErr w:type="spellStart"/>
      <w:r>
        <w:t>debito</w:t>
      </w:r>
      <w:proofErr w:type="spellEnd"/>
      <w:r>
        <w:t xml:space="preserve"> </w:t>
      </w:r>
      <w:proofErr w:type="spellStart"/>
      <w:r>
        <w:t>significativi</w:t>
      </w:r>
      <w:proofErr w:type="spellEnd"/>
      <w:r>
        <w:t xml:space="preserve">, ne </w:t>
      </w:r>
      <w:proofErr w:type="spellStart"/>
      <w:r>
        <w:t>interessi</w:t>
      </w:r>
      <w:proofErr w:type="spellEnd"/>
      <w:r>
        <w:t xml:space="preserve"> di </w:t>
      </w:r>
      <w:proofErr w:type="spellStart"/>
      <w:r>
        <w:t>soggetti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organizzazioni</w:t>
      </w:r>
      <w:proofErr w:type="spellEnd"/>
      <w:r>
        <w:t xml:space="preserve"> di cui </w:t>
      </w:r>
      <w:proofErr w:type="spellStart"/>
      <w:r>
        <w:t>sia</w:t>
      </w:r>
      <w:proofErr w:type="spellEnd"/>
      <w:r>
        <w:t xml:space="preserve"> </w:t>
      </w:r>
      <w:proofErr w:type="spellStart"/>
      <w:r>
        <w:t>tutore</w:t>
      </w:r>
      <w:proofErr w:type="spellEnd"/>
      <w:r>
        <w:t xml:space="preserve">, </w:t>
      </w:r>
      <w:proofErr w:type="spellStart"/>
      <w:r>
        <w:t>curatore</w:t>
      </w:r>
      <w:proofErr w:type="spellEnd"/>
      <w:r>
        <w:t xml:space="preserve">, </w:t>
      </w:r>
      <w:proofErr w:type="spellStart"/>
      <w:r>
        <w:t>procuratore</w:t>
      </w:r>
      <w:proofErr w:type="spellEnd"/>
      <w:r>
        <w:t xml:space="preserve"> o </w:t>
      </w:r>
      <w:proofErr w:type="spellStart"/>
      <w:r>
        <w:t>agente</w:t>
      </w:r>
      <w:proofErr w:type="spellEnd"/>
      <w:r>
        <w:t xml:space="preserve">, </w:t>
      </w:r>
      <w:proofErr w:type="spellStart"/>
      <w:r>
        <w:t>titolare</w:t>
      </w:r>
      <w:proofErr w:type="spellEnd"/>
      <w:r>
        <w:t xml:space="preserve"> </w:t>
      </w:r>
      <w:proofErr w:type="spellStart"/>
      <w:r>
        <w:t>effettivo</w:t>
      </w:r>
      <w:proofErr w:type="spellEnd"/>
      <w:r>
        <w:t xml:space="preserve">, </w:t>
      </w:r>
      <w:proofErr w:type="spellStart"/>
      <w:r>
        <w:t>ovvero</w:t>
      </w:r>
      <w:proofErr w:type="spellEnd"/>
      <w:r>
        <w:t xml:space="preserve"> di </w:t>
      </w:r>
      <w:proofErr w:type="spellStart"/>
      <w:r>
        <w:t>enti</w:t>
      </w:r>
      <w:proofErr w:type="spellEnd"/>
      <w:r>
        <w:t xml:space="preserve">, </w:t>
      </w:r>
      <w:proofErr w:type="spellStart"/>
      <w:r>
        <w:t>associazioni</w:t>
      </w:r>
      <w:proofErr w:type="spellEnd"/>
      <w:r>
        <w:t xml:space="preserve"> </w:t>
      </w:r>
      <w:proofErr w:type="spellStart"/>
      <w:r>
        <w:t>anche</w:t>
      </w:r>
      <w:proofErr w:type="spellEnd"/>
      <w:r>
        <w:t xml:space="preserve"> non </w:t>
      </w:r>
      <w:proofErr w:type="spellStart"/>
      <w:r>
        <w:t>riconosciute</w:t>
      </w:r>
      <w:proofErr w:type="spellEnd"/>
      <w:r>
        <w:t xml:space="preserve">, </w:t>
      </w:r>
      <w:proofErr w:type="spellStart"/>
      <w:r>
        <w:t>comitati</w:t>
      </w:r>
      <w:proofErr w:type="spellEnd"/>
      <w:r>
        <w:t xml:space="preserve">, </w:t>
      </w:r>
      <w:proofErr w:type="spellStart"/>
      <w:r>
        <w:t>societa</w:t>
      </w:r>
      <w:proofErr w:type="spellEnd"/>
      <w:r>
        <w:t xml:space="preserve"> o </w:t>
      </w:r>
      <w:proofErr w:type="spellStart"/>
      <w:r>
        <w:t>stabilimenti</w:t>
      </w:r>
      <w:proofErr w:type="spellEnd"/>
      <w:r>
        <w:t xml:space="preserve"> di cui </w:t>
      </w:r>
      <w:proofErr w:type="spellStart"/>
      <w:r>
        <w:t>sia</w:t>
      </w:r>
      <w:proofErr w:type="spellEnd"/>
      <w:r>
        <w:t xml:space="preserve"> </w:t>
      </w:r>
      <w:proofErr w:type="spellStart"/>
      <w:r>
        <w:t>amministratore</w:t>
      </w:r>
      <w:proofErr w:type="spellEnd"/>
      <w:r>
        <w:t xml:space="preserve">, </w:t>
      </w:r>
      <w:proofErr w:type="spellStart"/>
      <w:r>
        <w:t>gerente</w:t>
      </w:r>
      <w:proofErr w:type="spellEnd"/>
      <w:r>
        <w:t xml:space="preserve"> o </w:t>
      </w:r>
      <w:proofErr w:type="spellStart"/>
      <w:r>
        <w:t>dirigente</w:t>
      </w:r>
      <w:proofErr w:type="spellEnd"/>
      <w:r>
        <w:t>;</w:t>
      </w:r>
    </w:p>
    <w:p w:rsidR="007A1CC0" w:rsidRDefault="00E5376A">
      <w:pPr>
        <w:spacing w:after="60"/>
        <w:ind w:left="432"/>
        <w:jc w:val="both"/>
      </w:pPr>
      <w:r>
        <w:t xml:space="preserve">•  di aver </w:t>
      </w:r>
      <w:proofErr w:type="spellStart"/>
      <w:r>
        <w:t>preso</w:t>
      </w:r>
      <w:proofErr w:type="spellEnd"/>
      <w:r>
        <w:t xml:space="preserve"> </w:t>
      </w:r>
      <w:proofErr w:type="spellStart"/>
      <w:r>
        <w:t>piena</w:t>
      </w:r>
      <w:proofErr w:type="spellEnd"/>
      <w:r>
        <w:t xml:space="preserve"> </w:t>
      </w:r>
      <w:proofErr w:type="spellStart"/>
      <w:r>
        <w:t>cognizione</w:t>
      </w:r>
      <w:proofErr w:type="spellEnd"/>
      <w:r>
        <w:t xml:space="preserve"> del D.P.R. 16 </w:t>
      </w:r>
      <w:proofErr w:type="spellStart"/>
      <w:r>
        <w:t>aprile</w:t>
      </w:r>
      <w:proofErr w:type="spellEnd"/>
      <w:r>
        <w:t xml:space="preserve"> 2013, n. 62, e del D.M. 26 </w:t>
      </w:r>
      <w:proofErr w:type="spellStart"/>
      <w:r>
        <w:t>aprile</w:t>
      </w:r>
      <w:proofErr w:type="spellEnd"/>
      <w:r>
        <w:t xml:space="preserve"> 2022, n. 105, </w:t>
      </w:r>
      <w:proofErr w:type="spellStart"/>
      <w:r>
        <w:t>recante</w:t>
      </w:r>
      <w:proofErr w:type="spellEnd"/>
      <w:r>
        <w:t xml:space="preserve"> </w:t>
      </w:r>
      <w:proofErr w:type="spellStart"/>
      <w:r>
        <w:t>il</w:t>
      </w:r>
      <w:proofErr w:type="spellEnd"/>
      <w:r>
        <w:t xml:space="preserve"> </w:t>
      </w:r>
      <w:proofErr w:type="spellStart"/>
      <w:r>
        <w:t>Codice</w:t>
      </w:r>
      <w:proofErr w:type="spellEnd"/>
      <w:r>
        <w:t xml:space="preserve"> di </w:t>
      </w:r>
      <w:proofErr w:type="spellStart"/>
      <w:r>
        <w:t>comportamento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dipendenti</w:t>
      </w:r>
      <w:proofErr w:type="spellEnd"/>
      <w:r>
        <w:t xml:space="preserve"> del </w:t>
      </w:r>
      <w:proofErr w:type="spellStart"/>
      <w:r>
        <w:t>Ministero</w:t>
      </w:r>
      <w:proofErr w:type="spellEnd"/>
      <w:r>
        <w:t xml:space="preserve"> </w:t>
      </w:r>
      <w:proofErr w:type="spellStart"/>
      <w:r>
        <w:t>dell’istruzione</w:t>
      </w:r>
      <w:proofErr w:type="spellEnd"/>
      <w:r>
        <w:t xml:space="preserve"> e del </w:t>
      </w:r>
      <w:proofErr w:type="spellStart"/>
      <w:r>
        <w:t>merito</w:t>
      </w:r>
      <w:proofErr w:type="spellEnd"/>
      <w:r>
        <w:t>;</w:t>
      </w:r>
    </w:p>
    <w:p w:rsidR="007A1CC0" w:rsidRDefault="00E5376A">
      <w:pPr>
        <w:spacing w:after="60"/>
        <w:ind w:left="432"/>
        <w:jc w:val="both"/>
      </w:pPr>
      <w:r>
        <w:t xml:space="preserve">•  di </w:t>
      </w:r>
      <w:proofErr w:type="spellStart"/>
      <w:r>
        <w:t>impegnarsi</w:t>
      </w:r>
      <w:proofErr w:type="spellEnd"/>
      <w:r>
        <w:t xml:space="preserve"> a </w:t>
      </w:r>
      <w:proofErr w:type="spellStart"/>
      <w:r>
        <w:t>comunicare</w:t>
      </w:r>
      <w:proofErr w:type="spellEnd"/>
      <w:r>
        <w:t xml:space="preserve"> </w:t>
      </w:r>
      <w:proofErr w:type="spellStart"/>
      <w:r>
        <w:t>tempestivamente</w:t>
      </w:r>
      <w:proofErr w:type="spellEnd"/>
      <w:r>
        <w:t xml:space="preserve"> </w:t>
      </w:r>
      <w:proofErr w:type="spellStart"/>
      <w:r>
        <w:t>all’Istituzione</w:t>
      </w:r>
      <w:proofErr w:type="spellEnd"/>
      <w:r>
        <w:t xml:space="preserve"> </w:t>
      </w:r>
      <w:proofErr w:type="spellStart"/>
      <w:r>
        <w:t>scolastica</w:t>
      </w:r>
      <w:proofErr w:type="spellEnd"/>
      <w:r>
        <w:t xml:space="preserve"> </w:t>
      </w:r>
      <w:proofErr w:type="spellStart"/>
      <w:r>
        <w:t>eventuali</w:t>
      </w:r>
      <w:proofErr w:type="spellEnd"/>
      <w:r>
        <w:t xml:space="preserve"> </w:t>
      </w:r>
      <w:proofErr w:type="spellStart"/>
      <w:r>
        <w:t>variazioni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dovessero</w:t>
      </w:r>
      <w:proofErr w:type="spellEnd"/>
      <w:r>
        <w:t xml:space="preserve"> </w:t>
      </w:r>
      <w:proofErr w:type="spellStart"/>
      <w:r>
        <w:t>intervenire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corso</w:t>
      </w:r>
      <w:proofErr w:type="spellEnd"/>
      <w:r>
        <w:t xml:space="preserve"> </w:t>
      </w:r>
      <w:proofErr w:type="spellStart"/>
      <w:r>
        <w:t>dello</w:t>
      </w:r>
      <w:proofErr w:type="spellEnd"/>
      <w:r>
        <w:t xml:space="preserve"> </w:t>
      </w:r>
      <w:proofErr w:type="spellStart"/>
      <w:r>
        <w:t>svolgimento</w:t>
      </w:r>
      <w:proofErr w:type="spellEnd"/>
      <w:r>
        <w:t xml:space="preserve"> </w:t>
      </w:r>
      <w:proofErr w:type="spellStart"/>
      <w:r>
        <w:t>dell’incarico</w:t>
      </w:r>
      <w:proofErr w:type="spellEnd"/>
      <w:r>
        <w:t xml:space="preserve">, </w:t>
      </w:r>
      <w:proofErr w:type="spellStart"/>
      <w:r>
        <w:t>nonche</w:t>
      </w:r>
      <w:proofErr w:type="spellEnd"/>
      <w:r>
        <w:t xml:space="preserve">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altra</w:t>
      </w:r>
      <w:proofErr w:type="spellEnd"/>
      <w:r>
        <w:t xml:space="preserve"> </w:t>
      </w:r>
      <w:proofErr w:type="spellStart"/>
      <w:r>
        <w:t>circostanza</w:t>
      </w:r>
      <w:proofErr w:type="spellEnd"/>
      <w:r>
        <w:t xml:space="preserve"> </w:t>
      </w:r>
      <w:proofErr w:type="spellStart"/>
      <w:r>
        <w:t>sopravvenuta</w:t>
      </w:r>
      <w:proofErr w:type="spellEnd"/>
      <w:r>
        <w:t xml:space="preserve"> di carattere </w:t>
      </w:r>
      <w:proofErr w:type="spellStart"/>
      <w:r>
        <w:t>ostativo</w:t>
      </w:r>
      <w:proofErr w:type="spellEnd"/>
      <w:r>
        <w:t>;</w:t>
      </w:r>
    </w:p>
    <w:p w:rsidR="007A1CC0" w:rsidRDefault="00E5376A">
      <w:pPr>
        <w:spacing w:after="60"/>
        <w:ind w:left="432"/>
        <w:jc w:val="both"/>
      </w:pPr>
      <w:r>
        <w:t xml:space="preserve">•  di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stato</w:t>
      </w:r>
      <w:proofErr w:type="spellEnd"/>
      <w:r>
        <w:t xml:space="preserve">/a </w:t>
      </w:r>
      <w:proofErr w:type="spellStart"/>
      <w:r>
        <w:t>informato</w:t>
      </w:r>
      <w:proofErr w:type="spellEnd"/>
      <w:r>
        <w:t xml:space="preserve">/a, ai </w:t>
      </w:r>
      <w:proofErr w:type="spellStart"/>
      <w:r>
        <w:t>sensi</w:t>
      </w:r>
      <w:proofErr w:type="spellEnd"/>
      <w:r>
        <w:t xml:space="preserve"> </w:t>
      </w:r>
      <w:proofErr w:type="spellStart"/>
      <w:r>
        <w:t>dell’art</w:t>
      </w:r>
      <w:proofErr w:type="spellEnd"/>
      <w:r>
        <w:t xml:space="preserve">. 13 del </w:t>
      </w:r>
      <w:proofErr w:type="spellStart"/>
      <w:r>
        <w:t>Regolamento</w:t>
      </w:r>
      <w:proofErr w:type="spellEnd"/>
      <w:r>
        <w:t xml:space="preserve"> (UE) 2016/679 e del </w:t>
      </w:r>
      <w:proofErr w:type="spellStart"/>
      <w:proofErr w:type="gramStart"/>
      <w:r>
        <w:t>D.Lgs</w:t>
      </w:r>
      <w:proofErr w:type="spellEnd"/>
      <w:proofErr w:type="gramEnd"/>
      <w:r>
        <w:t xml:space="preserve">. 30 </w:t>
      </w:r>
      <w:proofErr w:type="spellStart"/>
      <w:r>
        <w:t>giugno</w:t>
      </w:r>
      <w:proofErr w:type="spellEnd"/>
      <w:r>
        <w:t xml:space="preserve"> 2003, n. 196, circa </w:t>
      </w:r>
      <w:proofErr w:type="spellStart"/>
      <w:r>
        <w:t>il</w:t>
      </w:r>
      <w:proofErr w:type="spellEnd"/>
      <w:r>
        <w:t xml:space="preserve">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raccolti</w:t>
      </w:r>
      <w:proofErr w:type="spellEnd"/>
      <w:r>
        <w:t xml:space="preserve"> e, in </w:t>
      </w:r>
      <w:proofErr w:type="spellStart"/>
      <w:r>
        <w:t>particolare</w:t>
      </w:r>
      <w:proofErr w:type="spellEnd"/>
      <w:r>
        <w:t xml:space="preserve">, </w:t>
      </w:r>
      <w:proofErr w:type="spellStart"/>
      <w:r>
        <w:t>che</w:t>
      </w:r>
      <w:proofErr w:type="spellEnd"/>
      <w:r>
        <w:t xml:space="preserve">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trattati</w:t>
      </w:r>
      <w:proofErr w:type="spellEnd"/>
      <w:r>
        <w:t xml:space="preserve">, </w:t>
      </w:r>
      <w:proofErr w:type="spellStart"/>
      <w:r>
        <w:t>anche</w:t>
      </w:r>
      <w:proofErr w:type="spellEnd"/>
      <w:r>
        <w:t xml:space="preserve"> con </w:t>
      </w:r>
      <w:proofErr w:type="spellStart"/>
      <w:r>
        <w:t>strumenti</w:t>
      </w:r>
      <w:proofErr w:type="spellEnd"/>
      <w:r>
        <w:t xml:space="preserve"> </w:t>
      </w:r>
      <w:proofErr w:type="spellStart"/>
      <w:r>
        <w:t>informatici</w:t>
      </w:r>
      <w:proofErr w:type="spellEnd"/>
      <w:r>
        <w:t xml:space="preserve">, </w:t>
      </w:r>
      <w:proofErr w:type="spellStart"/>
      <w:r>
        <w:t>esclusivamente</w:t>
      </w:r>
      <w:proofErr w:type="spellEnd"/>
      <w:r>
        <w:t xml:space="preserve"> per le </w:t>
      </w:r>
      <w:proofErr w:type="spellStart"/>
      <w:r>
        <w:t>finalita</w:t>
      </w:r>
      <w:proofErr w:type="spellEnd"/>
      <w:r>
        <w:t xml:space="preserve"> per le </w:t>
      </w:r>
      <w:proofErr w:type="spellStart"/>
      <w:r>
        <w:t>quali</w:t>
      </w:r>
      <w:proofErr w:type="spellEnd"/>
      <w:r>
        <w:t xml:space="preserve"> le </w:t>
      </w:r>
      <w:proofErr w:type="spellStart"/>
      <w:r>
        <w:t>presenti</w:t>
      </w:r>
      <w:proofErr w:type="spellEnd"/>
      <w:r>
        <w:t xml:space="preserve"> </w:t>
      </w:r>
      <w:proofErr w:type="spellStart"/>
      <w:r>
        <w:t>dichiarazioni</w:t>
      </w:r>
      <w:proofErr w:type="spellEnd"/>
      <w:r>
        <w:t xml:space="preserve"> </w:t>
      </w:r>
      <w:proofErr w:type="spellStart"/>
      <w:r>
        <w:t>vengono</w:t>
      </w:r>
      <w:proofErr w:type="spellEnd"/>
      <w:r>
        <w:t xml:space="preserve"> rese, e </w:t>
      </w:r>
      <w:proofErr w:type="spellStart"/>
      <w:r>
        <w:t>fornisce</w:t>
      </w:r>
      <w:proofErr w:type="spellEnd"/>
      <w:r>
        <w:t xml:space="preserve"> </w:t>
      </w:r>
      <w:proofErr w:type="spellStart"/>
      <w:r>
        <w:t>il</w:t>
      </w:r>
      <w:proofErr w:type="spellEnd"/>
      <w:r>
        <w:t xml:space="preserve"> </w:t>
      </w:r>
      <w:proofErr w:type="spellStart"/>
      <w:r>
        <w:t>relativo</w:t>
      </w:r>
      <w:proofErr w:type="spellEnd"/>
      <w:r>
        <w:t xml:space="preserve"> </w:t>
      </w:r>
      <w:proofErr w:type="spellStart"/>
      <w:r>
        <w:t>consenso</w:t>
      </w:r>
      <w:proofErr w:type="spellEnd"/>
      <w:r>
        <w:t>.</w:t>
      </w:r>
    </w:p>
    <w:p w:rsidR="007A1CC0" w:rsidRDefault="007A1CC0">
      <w:pPr>
        <w:jc w:val="both"/>
      </w:pPr>
    </w:p>
    <w:p w:rsidR="007A1CC0" w:rsidRDefault="00E5376A">
      <w:pPr>
        <w:spacing w:after="240"/>
        <w:jc w:val="both"/>
      </w:pPr>
      <w:proofErr w:type="spellStart"/>
      <w:r>
        <w:t>Luogo</w:t>
      </w:r>
      <w:proofErr w:type="spellEnd"/>
      <w:r>
        <w:t xml:space="preserve"> e data ______________________, _____/_____/__________</w:t>
      </w:r>
    </w:p>
    <w:p w:rsidR="007A1CC0" w:rsidRDefault="00E5376A">
      <w:pPr>
        <w:spacing w:after="0"/>
        <w:jc w:val="right"/>
      </w:pPr>
      <w:proofErr w:type="spellStart"/>
      <w:r>
        <w:t>Firma</w:t>
      </w:r>
      <w:proofErr w:type="spellEnd"/>
    </w:p>
    <w:p w:rsidR="007A1CC0" w:rsidRDefault="00E5376A">
      <w:pPr>
        <w:spacing w:after="0"/>
        <w:jc w:val="right"/>
      </w:pPr>
      <w:r>
        <w:t>______________________________________</w:t>
      </w:r>
    </w:p>
    <w:sectPr w:rsidR="007A1CC0" w:rsidSect="00034616">
      <w:headerReference w:type="default" r:id="rId12"/>
      <w:pgSz w:w="12240" w:h="15840"/>
      <w:pgMar w:top="576" w:right="1138" w:bottom="864" w:left="113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61CF" w:rsidRDefault="000861CF" w:rsidP="007A1CC0">
      <w:pPr>
        <w:spacing w:after="0" w:line="240" w:lineRule="auto"/>
      </w:pPr>
      <w:r>
        <w:separator/>
      </w:r>
    </w:p>
  </w:endnote>
  <w:endnote w:type="continuationSeparator" w:id="0">
    <w:p w:rsidR="000861CF" w:rsidRDefault="000861CF" w:rsidP="007A1C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6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61CF" w:rsidRDefault="000861CF" w:rsidP="007A1CC0">
      <w:pPr>
        <w:spacing w:after="0" w:line="240" w:lineRule="auto"/>
      </w:pPr>
      <w:r>
        <w:separator/>
      </w:r>
    </w:p>
  </w:footnote>
  <w:footnote w:type="continuationSeparator" w:id="0">
    <w:p w:rsidR="000861CF" w:rsidRDefault="000861CF" w:rsidP="007A1C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1CC0" w:rsidRDefault="00E5376A">
    <w:pPr>
      <w:pStyle w:val="Intestazione"/>
      <w:jc w:val="center"/>
    </w:pPr>
    <w:r>
      <w:rPr>
        <w:noProof/>
        <w:lang w:val="it-IT" w:eastAsia="it-IT"/>
      </w:rPr>
      <w:drawing>
        <wp:inline distT="0" distB="0" distL="0" distR="0">
          <wp:extent cx="6035040" cy="591002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heade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35040" cy="5910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7730"/>
    <w:rsid w:val="00034616"/>
    <w:rsid w:val="0006063C"/>
    <w:rsid w:val="000861CF"/>
    <w:rsid w:val="00117F50"/>
    <w:rsid w:val="0015074B"/>
    <w:rsid w:val="0029639D"/>
    <w:rsid w:val="002E6CA3"/>
    <w:rsid w:val="00326F90"/>
    <w:rsid w:val="00335F6C"/>
    <w:rsid w:val="0072477B"/>
    <w:rsid w:val="007A1CC0"/>
    <w:rsid w:val="009E6B5E"/>
    <w:rsid w:val="00AA1D8D"/>
    <w:rsid w:val="00B47730"/>
    <w:rsid w:val="00CB0664"/>
    <w:rsid w:val="00E5376A"/>
    <w:rsid w:val="00FC0CDE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D758D9"/>
  <w15:docId w15:val="{640332E6-A455-4F4F-B585-2F73CCB22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C693F"/>
    <w:rPr>
      <w:rFonts w:ascii="Garamond" w:hAnsi="Garamond" w:cs="Garamond"/>
      <w:sz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35F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35F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ccomeglians.edu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udic80900e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dic80900e@istruzione.it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93C3D5C-2104-4986-8071-AB65046B4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549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UDIC80900E - M. GORTANI - COMEGLIANS</cp:lastModifiedBy>
  <cp:revision>7</cp:revision>
  <dcterms:created xsi:type="dcterms:W3CDTF">2026-07-30T13:04:00Z</dcterms:created>
  <dcterms:modified xsi:type="dcterms:W3CDTF">2026-09-22T12:57:00Z</dcterms:modified>
</cp:coreProperties>
</file>