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7F" w:rsidRDefault="00E0279E" w:rsidP="00E0279E">
      <w:pPr>
        <w:spacing w:after="40"/>
        <w:jc w:val="center"/>
      </w:pPr>
      <w:r>
        <w:rPr>
          <w:b/>
        </w:rPr>
        <w:t>ALLEGATO 2</w:t>
      </w:r>
    </w:p>
    <w:p w:rsidR="00E3077F" w:rsidRDefault="00F2158E">
      <w:pPr>
        <w:spacing w:after="0"/>
        <w:jc w:val="right"/>
      </w:pPr>
      <w:r>
        <w:t>Al Dirigente Scolastico</w:t>
      </w:r>
    </w:p>
    <w:p w:rsidR="00E3077F" w:rsidRDefault="00F2158E">
      <w:pPr>
        <w:spacing w:after="0"/>
        <w:jc w:val="right"/>
      </w:pPr>
      <w:r>
        <w:t>dell’Istituto Comprensivo “Linussio-Matiz”</w:t>
      </w:r>
    </w:p>
    <w:p w:rsidR="00E3077F" w:rsidRDefault="00F2158E">
      <w:pPr>
        <w:spacing w:after="160"/>
        <w:jc w:val="right"/>
      </w:pPr>
      <w:r>
        <w:t>Via Roma 42 – 33026 Paluzza (UD)</w:t>
      </w:r>
    </w:p>
    <w:p w:rsidR="00E3077F" w:rsidRDefault="00F2158E">
      <w:pPr>
        <w:spacing w:after="40"/>
        <w:jc w:val="center"/>
      </w:pPr>
      <w:r>
        <w:rPr>
          <w:b/>
        </w:rPr>
        <w:t>SCHEDA DI AUTOVALUTAZIONE DEI TITOLI</w:t>
      </w:r>
    </w:p>
    <w:p w:rsidR="00E3077F" w:rsidRDefault="00F2158E">
      <w:pPr>
        <w:spacing w:after="160"/>
        <w:jc w:val="center"/>
      </w:pPr>
      <w:r>
        <w:rPr>
          <w:b/>
        </w:rPr>
        <w:t>Figura di COLLAUDATORE/VERIFICATORE DELLA CONFORMITA</w:t>
      </w:r>
    </w:p>
    <w:tbl>
      <w:tblPr>
        <w:tblStyle w:val="Grigliatabella"/>
        <w:tblW w:w="0" w:type="auto"/>
        <w:jc w:val="center"/>
        <w:tblLook w:val="04A0"/>
      </w:tblPr>
      <w:tblGrid>
        <w:gridCol w:w="3321"/>
        <w:gridCol w:w="3321"/>
        <w:gridCol w:w="3321"/>
      </w:tblGrid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b/>
                <w:sz w:val="20"/>
              </w:rPr>
              <w:t>CODICE PROGETTO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20"/>
              </w:rPr>
              <w:t>TITOLO PROGETTO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20"/>
              </w:rPr>
              <w:t>CUP</w:t>
            </w:r>
          </w:p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20"/>
              </w:rPr>
              <w:t>10.8.6A-FDRPOC-FR-2026-8</w:t>
            </w:r>
          </w:p>
        </w:tc>
        <w:tc>
          <w:tcPr>
            <w:tcW w:w="3321" w:type="dxa"/>
          </w:tcPr>
          <w:p w:rsidR="00E3077F" w:rsidRDefault="00F2158E">
            <w:r>
              <w:rPr>
                <w:sz w:val="20"/>
              </w:rPr>
              <w:t>Dispositivi digitali</w:t>
            </w:r>
          </w:p>
        </w:tc>
        <w:tc>
          <w:tcPr>
            <w:tcW w:w="3321" w:type="dxa"/>
          </w:tcPr>
          <w:p w:rsidR="00E3077F" w:rsidRDefault="00F2158E">
            <w:r>
              <w:rPr>
                <w:sz w:val="20"/>
              </w:rPr>
              <w:t>D74D26001140007</w:t>
            </w:r>
          </w:p>
        </w:tc>
      </w:tr>
    </w:tbl>
    <w:p w:rsidR="00E3077F" w:rsidRDefault="00E3077F">
      <w:pPr>
        <w:spacing w:after="80"/>
      </w:pPr>
    </w:p>
    <w:p w:rsidR="00E3077F" w:rsidRDefault="00F2158E">
      <w:pPr>
        <w:spacing w:after="120"/>
        <w:jc w:val="both"/>
      </w:pPr>
      <w:r>
        <w:t>Il/La sottoscritto/a ______________________________________ nato/a a ____________________________ (______) il _____/_____/__________, compila, sotto la propria personale responsabilita, la seg</w:t>
      </w:r>
      <w:r>
        <w:t>uente griglia di valutazione per la selezione relativa all’incarico di collaudatore/verificatore della conformita del progetto “Dispositivi digitali”.</w:t>
      </w:r>
    </w:p>
    <w:tbl>
      <w:tblPr>
        <w:tblStyle w:val="Grigliatabella"/>
        <w:tblW w:w="0" w:type="auto"/>
        <w:jc w:val="center"/>
        <w:tblLook w:val="04A0"/>
      </w:tblPr>
      <w:tblGrid>
        <w:gridCol w:w="3321"/>
        <w:gridCol w:w="3321"/>
        <w:gridCol w:w="3321"/>
      </w:tblGrid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b/>
                <w:sz w:val="20"/>
              </w:rPr>
              <w:t>Criterio di valutazione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20"/>
              </w:rPr>
              <w:t>Punteggio massimo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20"/>
              </w:rPr>
              <w:t>Punteggio a cura del candidato</w:t>
            </w:r>
          </w:p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 xml:space="preserve">1° Macrocriterio: Titoli di </w:t>
            </w:r>
            <w:r>
              <w:rPr>
                <w:b/>
                <w:sz w:val="18"/>
              </w:rPr>
              <w:t>Studio</w:t>
            </w:r>
          </w:p>
        </w:tc>
        <w:tc>
          <w:tcPr>
            <w:tcW w:w="3321" w:type="dxa"/>
          </w:tcPr>
          <w:p w:rsidR="00E3077F" w:rsidRDefault="00E3077F"/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t>Laurea Triennale valida (tecnica o equipollente):</w:t>
            </w:r>
            <w:r>
              <w:rPr>
                <w:sz w:val="18"/>
              </w:rPr>
              <w:br/>
              <w:t>fino a 89 ...... 1 punto</w:t>
            </w:r>
            <w:r>
              <w:rPr>
                <w:sz w:val="18"/>
              </w:rPr>
              <w:br/>
              <w:t>da 90 a 104 .... 2 punti</w:t>
            </w:r>
            <w:r>
              <w:rPr>
                <w:sz w:val="18"/>
              </w:rPr>
              <w:br/>
              <w:t>da 105 in poi .. 3 punti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Max punti 10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t>Laurea specialistica o vecchio ordinamento valida (tecnico/scientifica o equipollente):</w:t>
            </w:r>
            <w:r>
              <w:rPr>
                <w:sz w:val="18"/>
              </w:rPr>
              <w:br/>
              <w:t>fino a 89 ...... 4</w:t>
            </w:r>
            <w:r>
              <w:rPr>
                <w:sz w:val="18"/>
              </w:rPr>
              <w:t xml:space="preserve"> punti</w:t>
            </w:r>
            <w:r>
              <w:rPr>
                <w:sz w:val="18"/>
              </w:rPr>
              <w:br/>
              <w:t>da 90 a 99 ..... 5 punti</w:t>
            </w:r>
            <w:r>
              <w:rPr>
                <w:sz w:val="18"/>
              </w:rPr>
              <w:br/>
              <w:t>da 100 a 104 ... 6 punti</w:t>
            </w:r>
            <w:r>
              <w:rPr>
                <w:sz w:val="18"/>
              </w:rPr>
              <w:br/>
              <w:t>da 105 a 110 e lode ... 10 punti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Max punti 10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t>Dottorato di ricerca in materie tecnico/scientifiche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2 punti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t>Corso di perfezionamento / annuale inerente il profilo per cui ci si candida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Max punti 1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t>Docenza universitaria nel settore ICT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1 punto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t>Pubblicazione riferita alla disciplina richiesta (1 punto)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Max punti 1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2° Macrocriterio: Titoli Culturali Specifici</w:t>
            </w:r>
          </w:p>
        </w:tc>
        <w:tc>
          <w:tcPr>
            <w:tcW w:w="3321" w:type="dxa"/>
          </w:tcPr>
          <w:p w:rsidR="00E3077F" w:rsidRDefault="00E3077F"/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t xml:space="preserve">Partecipazione a corsi di formazione attinenti alla figura richiesta, in qualita di </w:t>
            </w:r>
            <w:r>
              <w:rPr>
                <w:sz w:val="18"/>
              </w:rPr>
              <w:t>discente (1 punto per corso)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Max punti 3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t>Certificazioni informatiche (1 punto per certificazione)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Max punti 3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t>Corsi inerenti la sicurezza (D.Lgs. 81/08) (si valuta un solo titolo)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Max punti 1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t xml:space="preserve">Incarico di Animatore Digitale (1 punto ad </w:t>
            </w:r>
            <w:r>
              <w:rPr>
                <w:sz w:val="18"/>
              </w:rPr>
              <w:lastRenderedPageBreak/>
              <w:t>incarico)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lastRenderedPageBreak/>
              <w:t xml:space="preserve">Max </w:t>
            </w:r>
            <w:r>
              <w:rPr>
                <w:b/>
                <w:sz w:val="18"/>
              </w:rPr>
              <w:t>punti 3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lastRenderedPageBreak/>
              <w:t>Incarico di Funzione Strumentale area informatica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Max punti 3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t>Iscrizione all’Albo professionale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1 punto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3° Macrocriterio: Titoli di Servizio o Lavoro</w:t>
            </w:r>
          </w:p>
        </w:tc>
        <w:tc>
          <w:tcPr>
            <w:tcW w:w="3321" w:type="dxa"/>
          </w:tcPr>
          <w:p w:rsidR="00E3077F" w:rsidRDefault="00E3077F"/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t xml:space="preserve">Esperienza lavorativa di progettazione/collaudo nel settore di riferimento (PON </w:t>
            </w:r>
            <w:r>
              <w:rPr>
                <w:sz w:val="18"/>
              </w:rPr>
              <w:t>FESR/REACT, progetti comunitari, PNSD, ecc.) (1 punto per esperienza)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Max punti 15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sz w:val="18"/>
              </w:rPr>
              <w:t>Esperienze lavorative con utilizzo di strumenti elettronici e/o inerenti la progettazione di laboratori:</w:t>
            </w:r>
            <w:r>
              <w:rPr>
                <w:sz w:val="18"/>
              </w:rPr>
              <w:br/>
              <w:t>meno di 2 anni ... 1 punto</w:t>
            </w:r>
            <w:r>
              <w:rPr>
                <w:sz w:val="18"/>
              </w:rPr>
              <w:br/>
              <w:t>da 2 a 3 anni .... 2 punti</w:t>
            </w:r>
            <w:r>
              <w:rPr>
                <w:sz w:val="18"/>
              </w:rPr>
              <w:br/>
              <w:t>da 3 a 4 ann</w:t>
            </w:r>
            <w:r>
              <w:rPr>
                <w:sz w:val="18"/>
              </w:rPr>
              <w:t>i .... 3 punti</w:t>
            </w:r>
            <w:r>
              <w:rPr>
                <w:sz w:val="18"/>
              </w:rPr>
              <w:br/>
              <w:t>da 4 a 6 anni .... 4 punti</w:t>
            </w:r>
            <w:r>
              <w:rPr>
                <w:sz w:val="18"/>
              </w:rPr>
              <w:br/>
              <w:t>da 6 a 8 anni .... 5 punti</w:t>
            </w:r>
            <w:r>
              <w:rPr>
                <w:sz w:val="18"/>
              </w:rPr>
              <w:br/>
              <w:t>da 8 a 10 anni ... 6 punti</w:t>
            </w:r>
            <w:r>
              <w:rPr>
                <w:sz w:val="18"/>
              </w:rPr>
              <w:br/>
              <w:t>oltre 10 anni .... 7 punti</w:t>
            </w:r>
          </w:p>
        </w:tc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Max punti 7</w:t>
            </w:r>
          </w:p>
        </w:tc>
        <w:tc>
          <w:tcPr>
            <w:tcW w:w="3321" w:type="dxa"/>
          </w:tcPr>
          <w:p w:rsidR="00E3077F" w:rsidRDefault="00E3077F"/>
        </w:tc>
      </w:tr>
      <w:tr w:rsidR="00E3077F">
        <w:trPr>
          <w:jc w:val="center"/>
        </w:trPr>
        <w:tc>
          <w:tcPr>
            <w:tcW w:w="3321" w:type="dxa"/>
          </w:tcPr>
          <w:p w:rsidR="00E3077F" w:rsidRDefault="00F2158E">
            <w:r>
              <w:rPr>
                <w:b/>
                <w:sz w:val="18"/>
              </w:rPr>
              <w:t>TOTALE (max 100 punti)</w:t>
            </w:r>
          </w:p>
        </w:tc>
        <w:tc>
          <w:tcPr>
            <w:tcW w:w="3321" w:type="dxa"/>
          </w:tcPr>
          <w:p w:rsidR="00E3077F" w:rsidRDefault="00E3077F"/>
        </w:tc>
        <w:tc>
          <w:tcPr>
            <w:tcW w:w="3321" w:type="dxa"/>
          </w:tcPr>
          <w:p w:rsidR="00E3077F" w:rsidRDefault="00E3077F"/>
        </w:tc>
      </w:tr>
    </w:tbl>
    <w:p w:rsidR="00E3077F" w:rsidRDefault="00E3077F">
      <w:pPr>
        <w:spacing w:after="40"/>
      </w:pPr>
    </w:p>
    <w:p w:rsidR="00E3077F" w:rsidRDefault="00F2158E">
      <w:pPr>
        <w:spacing w:before="80" w:after="240"/>
        <w:jc w:val="both"/>
      </w:pPr>
      <w:r>
        <w:rPr>
          <w:i/>
        </w:rPr>
        <w:t xml:space="preserve">N.B.: il punteggio autodichiarato deve evincersi chiaramente dal curriculum vitae, che deve </w:t>
      </w:r>
      <w:r>
        <w:rPr>
          <w:i/>
        </w:rPr>
        <w:t>essere numerato in corrispondenza di ogni titolo/esperienza per cui si richiede l’attribuzione del punteggio.</w:t>
      </w:r>
    </w:p>
    <w:p w:rsidR="00E3077F" w:rsidRDefault="00F2158E">
      <w:pPr>
        <w:spacing w:after="0"/>
        <w:jc w:val="both"/>
      </w:pPr>
      <w:r>
        <w:t>Data _____/_____/__________                              Firma ______________________________________</w:t>
      </w:r>
    </w:p>
    <w:sectPr w:rsidR="00E3077F" w:rsidSect="00034616">
      <w:headerReference w:type="default" r:id="rId8"/>
      <w:pgSz w:w="12240" w:h="15840"/>
      <w:pgMar w:top="720" w:right="1138" w:bottom="1008" w:left="113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58E" w:rsidRDefault="00F2158E" w:rsidP="00E3077F">
      <w:pPr>
        <w:spacing w:after="0" w:line="240" w:lineRule="auto"/>
      </w:pPr>
      <w:r>
        <w:separator/>
      </w:r>
    </w:p>
  </w:endnote>
  <w:endnote w:type="continuationSeparator" w:id="1">
    <w:p w:rsidR="00F2158E" w:rsidRDefault="00F2158E" w:rsidP="00E30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58E" w:rsidRDefault="00F2158E" w:rsidP="00E3077F">
      <w:pPr>
        <w:spacing w:after="0" w:line="240" w:lineRule="auto"/>
      </w:pPr>
      <w:r>
        <w:separator/>
      </w:r>
    </w:p>
  </w:footnote>
  <w:footnote w:type="continuationSeparator" w:id="1">
    <w:p w:rsidR="00F2158E" w:rsidRDefault="00F2158E" w:rsidP="00E30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77F" w:rsidRDefault="00F2158E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6035040" cy="202710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5040" cy="2027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E0279E"/>
    <w:rsid w:val="00E3077F"/>
    <w:rsid w:val="00F2158E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  <w:rPr>
      <w:rFonts w:ascii="Garamond" w:hAnsi="Garamond" w:cs="Garamond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99"/>
    <w:unhideWhenUsed/>
    <w:rsid w:val="00AA1D8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2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27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Docente</cp:lastModifiedBy>
  <cp:revision>2</cp:revision>
  <dcterms:created xsi:type="dcterms:W3CDTF">2026-07-27T16:12:00Z</dcterms:created>
  <dcterms:modified xsi:type="dcterms:W3CDTF">2026-07-27T16:12:00Z</dcterms:modified>
</cp:coreProperties>
</file>