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063" w:rsidRDefault="00ED2BF6" w:rsidP="00ED2BF6">
      <w:pPr>
        <w:spacing w:after="40"/>
        <w:jc w:val="center"/>
      </w:pPr>
      <w:r>
        <w:rPr>
          <w:b/>
        </w:rPr>
        <w:t>ALLEGATO 3</w:t>
      </w:r>
    </w:p>
    <w:p w:rsidR="00ED2BF6" w:rsidRDefault="00ED2BF6">
      <w:pPr>
        <w:spacing w:after="40"/>
        <w:jc w:val="center"/>
        <w:rPr>
          <w:b/>
        </w:rPr>
      </w:pPr>
    </w:p>
    <w:p w:rsidR="00A40063" w:rsidRDefault="00FA2313">
      <w:pPr>
        <w:spacing w:after="40"/>
        <w:jc w:val="center"/>
      </w:pPr>
      <w:r>
        <w:rPr>
          <w:b/>
        </w:rPr>
        <w:t>DICHIARAZIONE DI INSUSSISTENZA DI CAUSE DI INCOMPATIBILITA E DI CONFLITTO DI INTERESSI</w:t>
      </w:r>
    </w:p>
    <w:p w:rsidR="00A40063" w:rsidRDefault="00FA2313">
      <w:pPr>
        <w:spacing w:after="160"/>
        <w:jc w:val="center"/>
      </w:pPr>
      <w:r>
        <w:t>(artt. 20 del D.Lgs. 39/2013 e 53 del D.Lgs. 165/2001) – Figura di collaudatore/verificatore della conformita</w:t>
      </w:r>
    </w:p>
    <w:p w:rsidR="00A40063" w:rsidRDefault="00FA2313">
      <w:pPr>
        <w:spacing w:after="0"/>
        <w:jc w:val="right"/>
      </w:pPr>
      <w:r>
        <w:t>Al Dirigente Scolastico</w:t>
      </w:r>
    </w:p>
    <w:p w:rsidR="00A40063" w:rsidRDefault="00FA2313">
      <w:pPr>
        <w:spacing w:after="0"/>
        <w:jc w:val="right"/>
      </w:pPr>
      <w:r>
        <w:t xml:space="preserve">dell’Istituto </w:t>
      </w:r>
      <w:r>
        <w:t>Comprensivo “Linussio-Matiz”</w:t>
      </w:r>
    </w:p>
    <w:p w:rsidR="00A40063" w:rsidRDefault="00FA2313">
      <w:pPr>
        <w:spacing w:after="160"/>
        <w:jc w:val="right"/>
      </w:pPr>
      <w:r>
        <w:t>Via Roma 42 – 33026 Paluzza (UD)</w:t>
      </w:r>
    </w:p>
    <w:tbl>
      <w:tblPr>
        <w:tblStyle w:val="Grigliatabella"/>
        <w:tblW w:w="0" w:type="auto"/>
        <w:jc w:val="center"/>
        <w:tblLook w:val="04A0"/>
      </w:tblPr>
      <w:tblGrid>
        <w:gridCol w:w="3321"/>
        <w:gridCol w:w="3321"/>
        <w:gridCol w:w="3321"/>
      </w:tblGrid>
      <w:tr w:rsidR="00A40063">
        <w:trPr>
          <w:jc w:val="center"/>
        </w:trPr>
        <w:tc>
          <w:tcPr>
            <w:tcW w:w="3321" w:type="dxa"/>
          </w:tcPr>
          <w:p w:rsidR="00A40063" w:rsidRDefault="00FA2313">
            <w:r>
              <w:rPr>
                <w:b/>
                <w:sz w:val="20"/>
              </w:rPr>
              <w:t>CODICE PROGETTO</w:t>
            </w:r>
          </w:p>
        </w:tc>
        <w:tc>
          <w:tcPr>
            <w:tcW w:w="3321" w:type="dxa"/>
          </w:tcPr>
          <w:p w:rsidR="00A40063" w:rsidRDefault="00FA2313">
            <w:r>
              <w:rPr>
                <w:b/>
                <w:sz w:val="20"/>
              </w:rPr>
              <w:t>TITOLO PROGETTO</w:t>
            </w:r>
          </w:p>
        </w:tc>
        <w:tc>
          <w:tcPr>
            <w:tcW w:w="3321" w:type="dxa"/>
          </w:tcPr>
          <w:p w:rsidR="00A40063" w:rsidRDefault="00FA2313">
            <w:r>
              <w:rPr>
                <w:b/>
                <w:sz w:val="20"/>
              </w:rPr>
              <w:t>CUP</w:t>
            </w:r>
          </w:p>
        </w:tc>
      </w:tr>
      <w:tr w:rsidR="00A40063">
        <w:trPr>
          <w:jc w:val="center"/>
        </w:trPr>
        <w:tc>
          <w:tcPr>
            <w:tcW w:w="3321" w:type="dxa"/>
          </w:tcPr>
          <w:p w:rsidR="00A40063" w:rsidRDefault="00FA2313">
            <w:r>
              <w:rPr>
                <w:sz w:val="20"/>
              </w:rPr>
              <w:t>10.8.6A-FDRPOC-FR-2026-8</w:t>
            </w:r>
          </w:p>
        </w:tc>
        <w:tc>
          <w:tcPr>
            <w:tcW w:w="3321" w:type="dxa"/>
          </w:tcPr>
          <w:p w:rsidR="00A40063" w:rsidRDefault="00FA2313">
            <w:r>
              <w:rPr>
                <w:sz w:val="20"/>
              </w:rPr>
              <w:t>Dispositivi digitali</w:t>
            </w:r>
          </w:p>
        </w:tc>
        <w:tc>
          <w:tcPr>
            <w:tcW w:w="3321" w:type="dxa"/>
          </w:tcPr>
          <w:p w:rsidR="00A40063" w:rsidRDefault="00FA2313">
            <w:r>
              <w:rPr>
                <w:sz w:val="20"/>
              </w:rPr>
              <w:t>D74D26001140007</w:t>
            </w:r>
          </w:p>
        </w:tc>
      </w:tr>
    </w:tbl>
    <w:p w:rsidR="00A40063" w:rsidRDefault="00A40063">
      <w:pPr>
        <w:spacing w:after="80"/>
      </w:pPr>
    </w:p>
    <w:p w:rsidR="00A40063" w:rsidRDefault="00FA2313">
      <w:pPr>
        <w:spacing w:after="120"/>
        <w:jc w:val="both"/>
      </w:pPr>
      <w:r>
        <w:t>Il/La sottoscritto/a ______________________________________ nato/a a ________________________</w:t>
      </w:r>
      <w:r>
        <w:t>____ (______) il _____/_____/__________, residente a ________________________________ (______) in via ______________________________________, codice fiscale ______________________________, in relazione all’avviso di selezione per l’incarico di COLLAUDATORE</w:t>
      </w:r>
      <w:r>
        <w:t>/VERIFICATORE DELLA CONFORMITA del progetto “Dispositivi digitali”,</w:t>
      </w:r>
    </w:p>
    <w:p w:rsidR="00A40063" w:rsidRDefault="00FA2313">
      <w:pPr>
        <w:spacing w:after="120"/>
        <w:jc w:val="both"/>
      </w:pPr>
      <w:r>
        <w:t xml:space="preserve">consapevole che la falsita in atti e le dichiarazioni mendaci sono punite ai sensi del codice penale e delle leggi speciali in materia e che, laddove dovesse emergere la non veridicita di </w:t>
      </w:r>
      <w:r>
        <w:t>quanto dichiarato, si avra la decadenza dai benefici eventualmente ottenuti ai sensi dell’art. 75 del D.P.R. n. 445 del 28 dicembre 2000, ai sensi e per gli effetti degli artt. 46 e 47 del medesimo D.P.R.,</w:t>
      </w:r>
    </w:p>
    <w:p w:rsidR="00A40063" w:rsidRDefault="00FA2313">
      <w:pPr>
        <w:spacing w:before="120" w:after="120"/>
        <w:jc w:val="center"/>
      </w:pPr>
      <w:r>
        <w:rPr>
          <w:b/>
        </w:rPr>
        <w:t>DICHIARA</w:t>
      </w:r>
    </w:p>
    <w:p w:rsidR="00A40063" w:rsidRDefault="00FA2313">
      <w:pPr>
        <w:spacing w:after="60"/>
        <w:ind w:left="432"/>
        <w:jc w:val="both"/>
      </w:pPr>
      <w:r>
        <w:t xml:space="preserve">•  di non trovarsi in situazione di </w:t>
      </w:r>
      <w:r>
        <w:t>incompatibilita, ai sensi di quanto previsto dal D.Lgs. n. 39/2013 e dall’art. 53 del D.Lgs. n. 165/2001; ovvero, nel caso in cui sussistano situazioni di incompatibilita, che le stesse sono le seguenti: ____________________________________________________</w:t>
      </w:r>
      <w:r>
        <w:t>__________________________;</w:t>
      </w:r>
    </w:p>
    <w:p w:rsidR="00A40063" w:rsidRDefault="00FA2313">
      <w:pPr>
        <w:spacing w:after="60"/>
        <w:ind w:left="432"/>
        <w:jc w:val="both"/>
      </w:pPr>
      <w:r>
        <w:t>•  di non trovarsi in situazioni di conflitto di interessi, anche potenziale, ai sensi dell’art. 53, comma 14, del D.Lgs. n. 165/2001, che possano interferire con l’esercizio dell’incarico;</w:t>
      </w:r>
    </w:p>
    <w:p w:rsidR="00A40063" w:rsidRDefault="00FA2313">
      <w:pPr>
        <w:spacing w:after="60"/>
        <w:ind w:left="432"/>
        <w:jc w:val="both"/>
      </w:pPr>
      <w:r>
        <w:t xml:space="preserve">•  di non aver assunto e di non voler </w:t>
      </w:r>
      <w:r>
        <w:t>assumere, nell’ambito del medesimo progetto, l’incarico di progettista, essendo tale incarico incompatibile con quello di collaudatore/verificatore della conformita;</w:t>
      </w:r>
    </w:p>
    <w:p w:rsidR="00A40063" w:rsidRDefault="00FA2313">
      <w:pPr>
        <w:spacing w:after="60"/>
        <w:ind w:left="432"/>
        <w:jc w:val="both"/>
      </w:pPr>
      <w:r>
        <w:lastRenderedPageBreak/>
        <w:t>•  di non avere, direttamente o indirettamente, alcun interesse finanziario, economico o p</w:t>
      </w:r>
      <w:r>
        <w:t>ersonale, ne alcun rapporto di tipo commerciale, lavorativo o di altra natura con le ditte partecipanti alle procedure di acquisto delle forniture relative al progetto;</w:t>
      </w:r>
    </w:p>
    <w:p w:rsidR="00A40063" w:rsidRDefault="00FA2313">
      <w:pPr>
        <w:spacing w:after="60"/>
        <w:ind w:left="432"/>
        <w:jc w:val="both"/>
      </w:pPr>
      <w:r>
        <w:t>•  che l’esercizio dell’incarico non coinvolge interessi propri, ne interessi di parent</w:t>
      </w:r>
      <w:r>
        <w:t>i o affini entro il secondo grado, del coniuge o di conviventi, oppure di persone con le quali abbia rapporti di frequentazione abituale, ne interessi di soggetti od organizzazioni con cui egli o il coniuge abbia causa pendente o grave inimicizia o rapport</w:t>
      </w:r>
      <w:r>
        <w:t>i di credito o debito significativi, ne interessi di soggetti od organizzazioni di cui sia tutore, curatore, procuratore o agente, titolare effettivo, ovvero di enti, associazioni anche non riconosciute, comitati, societa o stabilimenti di cui sia amminist</w:t>
      </w:r>
      <w:r>
        <w:t>ratore, gerente o dirigente;</w:t>
      </w:r>
    </w:p>
    <w:p w:rsidR="00A40063" w:rsidRDefault="00FA2313">
      <w:pPr>
        <w:spacing w:after="60"/>
        <w:ind w:left="432"/>
        <w:jc w:val="both"/>
      </w:pPr>
      <w:r>
        <w:t>•  di aver preso piena cognizione del D.P.R. 16 aprile 2013, n. 62, e del D.M. 26 aprile 2022, n. 105, recante il Codice di comportamento dei dipendenti del Ministero dell’istruzione e del merito;</w:t>
      </w:r>
    </w:p>
    <w:p w:rsidR="00A40063" w:rsidRDefault="00FA2313">
      <w:pPr>
        <w:spacing w:after="60"/>
        <w:ind w:left="432"/>
        <w:jc w:val="both"/>
      </w:pPr>
      <w:r>
        <w:t xml:space="preserve">•  di impegnarsi a comunicare </w:t>
      </w:r>
      <w:r>
        <w:t>tempestivamente all’Istituzione scolastica eventuali variazioni che dovessero intervenire nel corso dello svolgimento dell’incarico, nonche qualsiasi altra circostanza sopravvenuta di carattere ostativo;</w:t>
      </w:r>
    </w:p>
    <w:p w:rsidR="00A40063" w:rsidRDefault="00FA2313">
      <w:pPr>
        <w:spacing w:after="60"/>
        <w:ind w:left="432"/>
        <w:jc w:val="both"/>
      </w:pPr>
      <w:r>
        <w:t>•  di essere stato/a informato/a, ai sensi dell’art.</w:t>
      </w:r>
      <w:r>
        <w:t xml:space="preserve"> 13 del Regolamento (UE) 2016/679 e del D.Lgs. 30 giugno 2003, n. 196, circa il trattamento dei dati personali raccolti e, in particolare, che tali dati saranno trattati, anche con strumenti informatici, esclusivamente per le finalita per le quali le prese</w:t>
      </w:r>
      <w:r>
        <w:t>nti dichiarazioni vengono rese, e fornisce il relativo consenso.</w:t>
      </w:r>
    </w:p>
    <w:p w:rsidR="00A40063" w:rsidRDefault="00A40063">
      <w:pPr>
        <w:jc w:val="both"/>
      </w:pPr>
    </w:p>
    <w:p w:rsidR="00A40063" w:rsidRDefault="00FA2313">
      <w:pPr>
        <w:spacing w:after="240"/>
        <w:jc w:val="both"/>
      </w:pPr>
      <w:r>
        <w:t>Luogo e data ______________________, _____/_____/__________</w:t>
      </w:r>
    </w:p>
    <w:p w:rsidR="00A40063" w:rsidRDefault="00FA2313">
      <w:pPr>
        <w:spacing w:after="0"/>
        <w:jc w:val="right"/>
      </w:pPr>
      <w:r>
        <w:t>Firma</w:t>
      </w:r>
    </w:p>
    <w:p w:rsidR="00A40063" w:rsidRDefault="00FA2313">
      <w:pPr>
        <w:spacing w:after="0"/>
        <w:jc w:val="right"/>
      </w:pPr>
      <w:r>
        <w:t>______________________________________</w:t>
      </w:r>
    </w:p>
    <w:sectPr w:rsidR="00A40063" w:rsidSect="00034616">
      <w:headerReference w:type="default" r:id="rId8"/>
      <w:pgSz w:w="12240" w:h="15840"/>
      <w:pgMar w:top="720" w:right="1138" w:bottom="1008" w:left="113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313" w:rsidRDefault="00FA2313" w:rsidP="00A40063">
      <w:pPr>
        <w:spacing w:after="0" w:line="240" w:lineRule="auto"/>
      </w:pPr>
      <w:r>
        <w:separator/>
      </w:r>
    </w:p>
  </w:endnote>
  <w:endnote w:type="continuationSeparator" w:id="1">
    <w:p w:rsidR="00FA2313" w:rsidRDefault="00FA2313" w:rsidP="00A40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313" w:rsidRDefault="00FA2313" w:rsidP="00A40063">
      <w:pPr>
        <w:spacing w:after="0" w:line="240" w:lineRule="auto"/>
      </w:pPr>
      <w:r>
        <w:separator/>
      </w:r>
    </w:p>
  </w:footnote>
  <w:footnote w:type="continuationSeparator" w:id="1">
    <w:p w:rsidR="00FA2313" w:rsidRDefault="00FA2313" w:rsidP="00A40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63" w:rsidRDefault="00FA2313">
    <w:pPr>
      <w:pStyle w:val="Intestazione"/>
      <w:jc w:val="center"/>
    </w:pPr>
    <w:r>
      <w:rPr>
        <w:noProof/>
        <w:lang w:val="it-IT" w:eastAsia="it-IT"/>
      </w:rPr>
      <w:drawing>
        <wp:inline distT="0" distB="0" distL="0" distR="0">
          <wp:extent cx="6035040" cy="2027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035040" cy="202710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useFELayout/>
  </w:compat>
  <w:rsids>
    <w:rsidRoot w:val="00B47730"/>
    <w:rsid w:val="00034616"/>
    <w:rsid w:val="0006063C"/>
    <w:rsid w:val="0015074B"/>
    <w:rsid w:val="0029639D"/>
    <w:rsid w:val="00326F90"/>
    <w:rsid w:val="00A40063"/>
    <w:rsid w:val="00AA1D8D"/>
    <w:rsid w:val="00B47730"/>
    <w:rsid w:val="00CB0664"/>
    <w:rsid w:val="00ED2BF6"/>
    <w:rsid w:val="00FA2313"/>
    <w:rsid w:val="00FC693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93F"/>
    <w:rPr>
      <w:rFonts w:ascii="Garamond" w:hAnsi="Garamond" w:cs="Garamond"/>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
    <w:name w:val="Body Text"/>
    <w:basedOn w:val="Normale"/>
    <w:link w:val="CorpodeltestoCarattere"/>
    <w:uiPriority w:val="99"/>
    <w:unhideWhenUsed/>
    <w:rsid w:val="00AA1D8D"/>
    <w:pPr>
      <w:spacing w:after="120"/>
    </w:pPr>
  </w:style>
  <w:style w:type="character" w:customStyle="1" w:styleId="CorpodeltestoCarattere">
    <w:name w:val="Corpo del testo Carattere"/>
    <w:basedOn w:val="Carpredefinitoparagrafo"/>
    <w:link w:val="Corpodel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stofumetto">
    <w:name w:val="Balloon Text"/>
    <w:basedOn w:val="Normale"/>
    <w:link w:val="TestofumettoCarattere"/>
    <w:uiPriority w:val="99"/>
    <w:semiHidden/>
    <w:unhideWhenUsed/>
    <w:rsid w:val="00ED2B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2BF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3734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Docente</cp:lastModifiedBy>
  <cp:revision>2</cp:revision>
  <dcterms:created xsi:type="dcterms:W3CDTF">2026-07-27T16:13:00Z</dcterms:created>
  <dcterms:modified xsi:type="dcterms:W3CDTF">2026-07-27T16:13:00Z</dcterms:modified>
</cp:coreProperties>
</file>